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7C6CA" w14:textId="113A04B7" w:rsidR="0044133C" w:rsidRDefault="004403F9" w:rsidP="006F18B7">
      <w:pPr>
        <w:pStyle w:val="ListParagraph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JOURNAL</w:t>
      </w:r>
    </w:p>
    <w:p w14:paraId="07545ADF" w14:textId="1D940494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Irudayaraj</w:t>
      </w:r>
      <w:proofErr w:type="spellEnd"/>
      <w:r w:rsidRPr="006F18B7">
        <w:rPr>
          <w:rFonts w:ascii="Times New Roman" w:hAnsi="Times New Roman"/>
          <w:sz w:val="22"/>
        </w:rPr>
        <w:t xml:space="preserve"> S.V.S.; </w:t>
      </w:r>
      <w:proofErr w:type="spellStart"/>
      <w:r w:rsidRPr="006F18B7">
        <w:rPr>
          <w:rFonts w:ascii="Times New Roman" w:hAnsi="Times New Roman"/>
          <w:sz w:val="22"/>
        </w:rPr>
        <w:t>Thanigaivelan</w:t>
      </w:r>
      <w:proofErr w:type="spellEnd"/>
      <w:r w:rsidRPr="006F18B7">
        <w:rPr>
          <w:rFonts w:ascii="Times New Roman" w:hAnsi="Times New Roman"/>
          <w:sz w:val="22"/>
        </w:rPr>
        <w:t xml:space="preserve"> V.; </w:t>
      </w:r>
      <w:proofErr w:type="spellStart"/>
      <w:r w:rsidRPr="006F18B7">
        <w:rPr>
          <w:rFonts w:ascii="Times New Roman" w:hAnsi="Times New Roman"/>
          <w:sz w:val="22"/>
        </w:rPr>
        <w:t>Brucely</w:t>
      </w:r>
      <w:proofErr w:type="spellEnd"/>
      <w:r w:rsidRPr="006F18B7">
        <w:rPr>
          <w:rFonts w:ascii="Times New Roman" w:hAnsi="Times New Roman"/>
          <w:sz w:val="22"/>
        </w:rPr>
        <w:t xml:space="preserve"> Y.; Kumar </w:t>
      </w:r>
      <w:proofErr w:type="gramStart"/>
      <w:r w:rsidRPr="006F18B7">
        <w:rPr>
          <w:rFonts w:ascii="Times New Roman" w:hAnsi="Times New Roman"/>
          <w:sz w:val="22"/>
        </w:rPr>
        <w:t>S.S..</w:t>
      </w:r>
      <w:proofErr w:type="gramEnd"/>
      <w:r w:rsidRPr="006F18B7">
        <w:rPr>
          <w:rFonts w:ascii="Times New Roman" w:hAnsi="Times New Roman"/>
          <w:sz w:val="22"/>
        </w:rPr>
        <w:t xml:space="preserve"> "Optimization of engine performance in biodiesel blends enhanced with nanoparticles." Journal of Renewable and Sustainable Energy (2026). DOI: </w:t>
      </w:r>
      <w:hyperlink r:id="rId7" w:history="1">
        <w:r w:rsidRPr="005A53C6">
          <w:rPr>
            <w:rStyle w:val="Hyperlink"/>
            <w:rFonts w:ascii="Times New Roman" w:hAnsi="Times New Roman"/>
            <w:sz w:val="22"/>
          </w:rPr>
          <w:t>https://doi.org/10.1063/5.0296788</w:t>
        </w:r>
      </w:hyperlink>
    </w:p>
    <w:p w14:paraId="22D5AB1E" w14:textId="5D4FE0F5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Rahimi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Saryazdi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Ghassemi</w:t>
      </w:r>
      <w:proofErr w:type="spellEnd"/>
      <w:r w:rsidRPr="006F18B7">
        <w:rPr>
          <w:rFonts w:ascii="Times New Roman" w:hAnsi="Times New Roman"/>
          <w:sz w:val="22"/>
        </w:rPr>
        <w:t xml:space="preserve"> F.; </w:t>
      </w:r>
      <w:proofErr w:type="spellStart"/>
      <w:r w:rsidRPr="006F18B7">
        <w:rPr>
          <w:rFonts w:ascii="Times New Roman" w:hAnsi="Times New Roman"/>
          <w:sz w:val="22"/>
        </w:rPr>
        <w:t>Parastesh</w:t>
      </w:r>
      <w:proofErr w:type="spellEnd"/>
      <w:r w:rsidRPr="006F18B7">
        <w:rPr>
          <w:rFonts w:ascii="Times New Roman" w:hAnsi="Times New Roman"/>
          <w:sz w:val="22"/>
        </w:rPr>
        <w:t xml:space="preserve"> F.;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Jafari</w:t>
      </w:r>
      <w:proofErr w:type="spellEnd"/>
      <w:r w:rsidRPr="006F18B7">
        <w:rPr>
          <w:rFonts w:ascii="Times New Roman" w:hAnsi="Times New Roman"/>
          <w:sz w:val="22"/>
        </w:rPr>
        <w:t xml:space="preserve"> S.. "From truth to deception: a network control theory perspective on brain connectivity and cognitive dynamics." Brain Research (2026). DOI: </w:t>
      </w:r>
      <w:hyperlink r:id="rId8" w:history="1">
        <w:r w:rsidRPr="005A53C6">
          <w:rPr>
            <w:rStyle w:val="Hyperlink"/>
            <w:rFonts w:ascii="Times New Roman" w:hAnsi="Times New Roman"/>
            <w:sz w:val="22"/>
          </w:rPr>
          <w:t>https://doi.org/10.1016/j.brainres.2026.150159</w:t>
        </w:r>
      </w:hyperlink>
    </w:p>
    <w:p w14:paraId="525F918A" w14:textId="5ACC4F75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Vignesh</w:t>
      </w:r>
      <w:proofErr w:type="spellEnd"/>
      <w:r w:rsidRPr="006F18B7">
        <w:rPr>
          <w:rFonts w:ascii="Times New Roman" w:hAnsi="Times New Roman"/>
          <w:sz w:val="22"/>
        </w:rPr>
        <w:t xml:space="preserve"> V.; </w:t>
      </w:r>
      <w:proofErr w:type="spellStart"/>
      <w:r w:rsidRPr="006F18B7">
        <w:rPr>
          <w:rFonts w:ascii="Times New Roman" w:hAnsi="Times New Roman"/>
          <w:sz w:val="22"/>
        </w:rPr>
        <w:t>Balasubramanian</w:t>
      </w:r>
      <w:proofErr w:type="spellEnd"/>
      <w:r w:rsidRPr="006F18B7">
        <w:rPr>
          <w:rFonts w:ascii="Times New Roman" w:hAnsi="Times New Roman"/>
          <w:sz w:val="22"/>
        </w:rPr>
        <w:t xml:space="preserve"> K.A.; Mohan A.M.A.; </w:t>
      </w:r>
      <w:proofErr w:type="spellStart"/>
      <w:r w:rsidRPr="006F18B7">
        <w:rPr>
          <w:rFonts w:ascii="Times New Roman" w:hAnsi="Times New Roman"/>
          <w:sz w:val="22"/>
        </w:rPr>
        <w:t>Rajan</w:t>
      </w:r>
      <w:proofErr w:type="spellEnd"/>
      <w:r w:rsidRPr="006F18B7">
        <w:rPr>
          <w:rFonts w:ascii="Times New Roman" w:hAnsi="Times New Roman"/>
          <w:sz w:val="22"/>
        </w:rPr>
        <w:t xml:space="preserve"> S.T.K.; </w:t>
      </w:r>
      <w:proofErr w:type="spellStart"/>
      <w:r w:rsidRPr="006F18B7">
        <w:rPr>
          <w:rFonts w:ascii="Times New Roman" w:hAnsi="Times New Roman"/>
          <w:sz w:val="22"/>
        </w:rPr>
        <w:t>Ammarullah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M.I..</w:t>
      </w:r>
      <w:proofErr w:type="gramEnd"/>
      <w:r w:rsidRPr="006F18B7">
        <w:rPr>
          <w:rFonts w:ascii="Times New Roman" w:hAnsi="Times New Roman"/>
          <w:sz w:val="22"/>
        </w:rPr>
        <w:t xml:space="preserve"> "Hibiscus </w:t>
      </w:r>
      <w:proofErr w:type="spellStart"/>
      <w:r w:rsidRPr="006F18B7">
        <w:rPr>
          <w:rFonts w:ascii="Times New Roman" w:hAnsi="Times New Roman"/>
          <w:sz w:val="22"/>
        </w:rPr>
        <w:t>sabdariffa</w:t>
      </w:r>
      <w:proofErr w:type="spellEnd"/>
      <w:r w:rsidRPr="006F18B7">
        <w:rPr>
          <w:rFonts w:ascii="Times New Roman" w:hAnsi="Times New Roman"/>
          <w:sz w:val="22"/>
        </w:rPr>
        <w:t xml:space="preserve"> L. </w:t>
      </w:r>
      <w:proofErr w:type="spellStart"/>
      <w:r w:rsidRPr="006F18B7">
        <w:rPr>
          <w:rFonts w:ascii="Times New Roman" w:hAnsi="Times New Roman"/>
          <w:sz w:val="22"/>
        </w:rPr>
        <w:t>Fiber</w:t>
      </w:r>
      <w:proofErr w:type="spellEnd"/>
      <w:r w:rsidRPr="006F18B7">
        <w:rPr>
          <w:rFonts w:ascii="Times New Roman" w:hAnsi="Times New Roman"/>
          <w:sz w:val="22"/>
        </w:rPr>
        <w:t xml:space="preserve"> (HSF) Rope Mat/Wood Sawdust Filler Polyester Composites for Potential Biomedical Structural Application: Mechanical and Thermal Characteristics." Journal of Natural </w:t>
      </w:r>
      <w:proofErr w:type="spellStart"/>
      <w:r w:rsidRPr="006F18B7">
        <w:rPr>
          <w:rFonts w:ascii="Times New Roman" w:hAnsi="Times New Roman"/>
          <w:sz w:val="22"/>
        </w:rPr>
        <w:t>Fibers</w:t>
      </w:r>
      <w:proofErr w:type="spellEnd"/>
      <w:r w:rsidRPr="006F18B7">
        <w:rPr>
          <w:rFonts w:ascii="Times New Roman" w:hAnsi="Times New Roman"/>
          <w:sz w:val="22"/>
        </w:rPr>
        <w:t xml:space="preserve"> (2026). DOI: </w:t>
      </w:r>
      <w:hyperlink r:id="rId9" w:history="1">
        <w:r w:rsidRPr="005A53C6">
          <w:rPr>
            <w:rStyle w:val="Hyperlink"/>
            <w:rFonts w:ascii="Times New Roman" w:hAnsi="Times New Roman"/>
            <w:sz w:val="22"/>
          </w:rPr>
          <w:t>https://doi.org/10.1080/15440478.2026.2626509</w:t>
        </w:r>
      </w:hyperlink>
    </w:p>
    <w:p w14:paraId="135F1719" w14:textId="545D259B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Palani</w:t>
      </w:r>
      <w:proofErr w:type="spellEnd"/>
      <w:r w:rsidRPr="006F18B7">
        <w:rPr>
          <w:rFonts w:ascii="Times New Roman" w:hAnsi="Times New Roman"/>
          <w:sz w:val="22"/>
        </w:rPr>
        <w:t xml:space="preserve"> N.; </w:t>
      </w:r>
      <w:proofErr w:type="spellStart"/>
      <w:r w:rsidRPr="006F18B7">
        <w:rPr>
          <w:rFonts w:ascii="Times New Roman" w:hAnsi="Times New Roman"/>
          <w:sz w:val="22"/>
        </w:rPr>
        <w:t>Gopalsamy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Bhuvanesh</w:t>
      </w:r>
      <w:proofErr w:type="spellEnd"/>
      <w:r w:rsidRPr="006F18B7">
        <w:rPr>
          <w:rFonts w:ascii="Times New Roman" w:hAnsi="Times New Roman"/>
          <w:sz w:val="22"/>
        </w:rPr>
        <w:t xml:space="preserve"> N.; </w:t>
      </w:r>
      <w:proofErr w:type="spellStart"/>
      <w:r w:rsidRPr="006F18B7">
        <w:rPr>
          <w:rFonts w:ascii="Times New Roman" w:hAnsi="Times New Roman"/>
          <w:sz w:val="22"/>
        </w:rPr>
        <w:t>Ajaykamal</w:t>
      </w:r>
      <w:proofErr w:type="spellEnd"/>
      <w:r w:rsidRPr="006F18B7">
        <w:rPr>
          <w:rFonts w:ascii="Times New Roman" w:hAnsi="Times New Roman"/>
          <w:sz w:val="22"/>
        </w:rPr>
        <w:t xml:space="preserve"> T.; </w:t>
      </w:r>
      <w:proofErr w:type="spellStart"/>
      <w:r w:rsidRPr="006F18B7">
        <w:rPr>
          <w:rFonts w:ascii="Times New Roman" w:hAnsi="Times New Roman"/>
          <w:sz w:val="22"/>
        </w:rPr>
        <w:t>Maurin</w:t>
      </w:r>
      <w:proofErr w:type="spellEnd"/>
      <w:r w:rsidRPr="006F18B7">
        <w:rPr>
          <w:rFonts w:ascii="Times New Roman" w:hAnsi="Times New Roman"/>
          <w:sz w:val="22"/>
        </w:rPr>
        <w:t xml:space="preserve"> G.; </w:t>
      </w:r>
      <w:proofErr w:type="spellStart"/>
      <w:r w:rsidRPr="006F18B7">
        <w:rPr>
          <w:rFonts w:ascii="Times New Roman" w:hAnsi="Times New Roman"/>
          <w:sz w:val="22"/>
        </w:rPr>
        <w:t>Sundaravel</w:t>
      </w:r>
      <w:proofErr w:type="spellEnd"/>
      <w:r w:rsidRPr="006F18B7">
        <w:rPr>
          <w:rFonts w:ascii="Times New Roman" w:hAnsi="Times New Roman"/>
          <w:sz w:val="22"/>
        </w:rPr>
        <w:t xml:space="preserve"> K.. "</w:t>
      </w:r>
      <w:proofErr w:type="gramStart"/>
      <w:r w:rsidRPr="006F18B7">
        <w:rPr>
          <w:rFonts w:ascii="Times New Roman" w:hAnsi="Times New Roman"/>
          <w:sz w:val="22"/>
        </w:rPr>
        <w:t>Manganese(</w:t>
      </w:r>
      <w:proofErr w:type="gramEnd"/>
      <w:r w:rsidRPr="006F18B7">
        <w:rPr>
          <w:rFonts w:ascii="Times New Roman" w:hAnsi="Times New Roman"/>
          <w:sz w:val="22"/>
        </w:rPr>
        <w:t xml:space="preserve">ii) complexes of tridentate 3N ligands as functional models of </w:t>
      </w:r>
      <w:proofErr w:type="spellStart"/>
      <w:r w:rsidRPr="006F18B7">
        <w:rPr>
          <w:rFonts w:ascii="Times New Roman" w:hAnsi="Times New Roman"/>
          <w:sz w:val="22"/>
        </w:rPr>
        <w:t>phenoxazinone</w:t>
      </w:r>
      <w:proofErr w:type="spellEnd"/>
      <w:r w:rsidRPr="006F18B7">
        <w:rPr>
          <w:rFonts w:ascii="Times New Roman" w:hAnsi="Times New Roman"/>
          <w:sz w:val="22"/>
        </w:rPr>
        <w:t xml:space="preserve"> synthase: impact of ligand steric hindrance on reactivity." New Journal of Chemistry (2026). DOI: </w:t>
      </w:r>
      <w:hyperlink r:id="rId10" w:history="1">
        <w:r w:rsidRPr="005A53C6">
          <w:rPr>
            <w:rStyle w:val="Hyperlink"/>
            <w:rFonts w:ascii="Times New Roman" w:hAnsi="Times New Roman"/>
            <w:sz w:val="22"/>
          </w:rPr>
          <w:t>https://doi.org/10.1039/d5nj03127c</w:t>
        </w:r>
      </w:hyperlink>
    </w:p>
    <w:p w14:paraId="7A0B4C53" w14:textId="5D775AF5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Murali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Kanchana</w:t>
      </w:r>
      <w:proofErr w:type="spellEnd"/>
      <w:r w:rsidRPr="006F18B7">
        <w:rPr>
          <w:rFonts w:ascii="Times New Roman" w:hAnsi="Times New Roman"/>
          <w:sz w:val="22"/>
        </w:rPr>
        <w:t xml:space="preserve"> Mala A.; </w:t>
      </w:r>
      <w:proofErr w:type="spellStart"/>
      <w:r w:rsidRPr="006F18B7">
        <w:rPr>
          <w:rFonts w:ascii="Times New Roman" w:hAnsi="Times New Roman"/>
          <w:sz w:val="22"/>
        </w:rPr>
        <w:t>Sangeetha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Selvakumaran</w:t>
      </w:r>
      <w:proofErr w:type="spellEnd"/>
      <w:r w:rsidRPr="006F18B7">
        <w:rPr>
          <w:rFonts w:ascii="Times New Roman" w:hAnsi="Times New Roman"/>
          <w:sz w:val="22"/>
        </w:rPr>
        <w:t xml:space="preserve"> B.; Arul Prakash P.; </w:t>
      </w:r>
      <w:proofErr w:type="spellStart"/>
      <w:r w:rsidRPr="006F18B7">
        <w:rPr>
          <w:rFonts w:ascii="Times New Roman" w:hAnsi="Times New Roman"/>
          <w:sz w:val="22"/>
        </w:rPr>
        <w:t>Shanmugavadivel</w:t>
      </w:r>
      <w:proofErr w:type="spellEnd"/>
      <w:r w:rsidRPr="006F18B7">
        <w:rPr>
          <w:rFonts w:ascii="Times New Roman" w:hAnsi="Times New Roman"/>
          <w:sz w:val="22"/>
        </w:rPr>
        <w:t xml:space="preserve"> S.; Ajay Kamal T.; Mohamed </w:t>
      </w:r>
      <w:proofErr w:type="spellStart"/>
      <w:r w:rsidRPr="006F18B7">
        <w:rPr>
          <w:rFonts w:ascii="Times New Roman" w:hAnsi="Times New Roman"/>
          <w:sz w:val="22"/>
        </w:rPr>
        <w:t>Jaabir</w:t>
      </w:r>
      <w:proofErr w:type="spellEnd"/>
      <w:r w:rsidRPr="006F18B7">
        <w:rPr>
          <w:rFonts w:ascii="Times New Roman" w:hAnsi="Times New Roman"/>
          <w:sz w:val="22"/>
        </w:rPr>
        <w:t xml:space="preserve"> M.S.. "Interaction of </w:t>
      </w:r>
      <w:proofErr w:type="gramStart"/>
      <w:r w:rsidRPr="006F18B7">
        <w:rPr>
          <w:rFonts w:ascii="Times New Roman" w:hAnsi="Times New Roman"/>
          <w:sz w:val="22"/>
        </w:rPr>
        <w:t>copper(</w:t>
      </w:r>
      <w:proofErr w:type="gramEnd"/>
      <w:r w:rsidRPr="006F18B7">
        <w:rPr>
          <w:rFonts w:ascii="Times New Roman" w:hAnsi="Times New Roman"/>
          <w:sz w:val="22"/>
        </w:rPr>
        <w:t xml:space="preserve">ii) (3 + 2) N-chelating complexes with DNA and BSA: hydrolytic DNA cleavage and ROS-mediated apoptosis." Dalton Transactions (2026). DOI: </w:t>
      </w:r>
      <w:hyperlink r:id="rId11" w:history="1">
        <w:r w:rsidRPr="005A53C6">
          <w:rPr>
            <w:rStyle w:val="Hyperlink"/>
            <w:rFonts w:ascii="Times New Roman" w:hAnsi="Times New Roman"/>
            <w:sz w:val="22"/>
          </w:rPr>
          <w:t>https://doi.org/10.1039/d5dt02476e</w:t>
        </w:r>
      </w:hyperlink>
    </w:p>
    <w:p w14:paraId="1ED2C435" w14:textId="01A08F87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Adithya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Shuhruth</w:t>
      </w:r>
      <w:proofErr w:type="spellEnd"/>
      <w:r w:rsidRPr="006F18B7">
        <w:rPr>
          <w:rFonts w:ascii="Times New Roman" w:hAnsi="Times New Roman"/>
          <w:sz w:val="22"/>
        </w:rPr>
        <w:t xml:space="preserve"> J.; </w:t>
      </w:r>
      <w:proofErr w:type="spellStart"/>
      <w:r w:rsidRPr="006F18B7">
        <w:rPr>
          <w:rFonts w:ascii="Times New Roman" w:hAnsi="Times New Roman"/>
          <w:sz w:val="22"/>
        </w:rPr>
        <w:t>Nitesh</w:t>
      </w:r>
      <w:proofErr w:type="spellEnd"/>
      <w:r w:rsidRPr="006F18B7">
        <w:rPr>
          <w:rFonts w:ascii="Times New Roman" w:hAnsi="Times New Roman"/>
          <w:sz w:val="22"/>
        </w:rPr>
        <w:t xml:space="preserve"> P.; </w:t>
      </w:r>
      <w:proofErr w:type="spellStart"/>
      <w:r w:rsidRPr="006F18B7">
        <w:rPr>
          <w:rFonts w:ascii="Times New Roman" w:hAnsi="Times New Roman"/>
          <w:sz w:val="22"/>
        </w:rPr>
        <w:t>Ambikeswari</w:t>
      </w:r>
      <w:proofErr w:type="spellEnd"/>
      <w:r w:rsidRPr="006F18B7">
        <w:rPr>
          <w:rFonts w:ascii="Times New Roman" w:hAnsi="Times New Roman"/>
          <w:sz w:val="22"/>
        </w:rPr>
        <w:t xml:space="preserve"> N.; </w:t>
      </w:r>
      <w:proofErr w:type="spellStart"/>
      <w:r w:rsidRPr="006F18B7">
        <w:rPr>
          <w:rFonts w:ascii="Times New Roman" w:hAnsi="Times New Roman"/>
          <w:sz w:val="22"/>
        </w:rPr>
        <w:t>Sengottaiyan</w:t>
      </w:r>
      <w:proofErr w:type="spellEnd"/>
      <w:r w:rsidRPr="006F18B7">
        <w:rPr>
          <w:rFonts w:ascii="Times New Roman" w:hAnsi="Times New Roman"/>
          <w:sz w:val="22"/>
        </w:rPr>
        <w:t xml:space="preserve"> C.; Yoshimura M.; </w:t>
      </w:r>
      <w:proofErr w:type="spellStart"/>
      <w:r w:rsidRPr="006F18B7">
        <w:rPr>
          <w:rFonts w:ascii="Times New Roman" w:hAnsi="Times New Roman"/>
          <w:sz w:val="22"/>
        </w:rPr>
        <w:t>Neppolian</w:t>
      </w:r>
      <w:proofErr w:type="spellEnd"/>
      <w:r w:rsidRPr="006F18B7">
        <w:rPr>
          <w:rFonts w:ascii="Times New Roman" w:hAnsi="Times New Roman"/>
          <w:sz w:val="22"/>
        </w:rPr>
        <w:t xml:space="preserve"> B.; </w:t>
      </w:r>
      <w:proofErr w:type="spellStart"/>
      <w:r w:rsidRPr="006F18B7">
        <w:rPr>
          <w:rFonts w:ascii="Times New Roman" w:hAnsi="Times New Roman"/>
          <w:sz w:val="22"/>
        </w:rPr>
        <w:t>Ramasamy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Kandasamy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Kavinkumar</w:t>
      </w:r>
      <w:proofErr w:type="spellEnd"/>
      <w:r w:rsidRPr="006F18B7">
        <w:rPr>
          <w:rFonts w:ascii="Times New Roman" w:hAnsi="Times New Roman"/>
          <w:sz w:val="22"/>
        </w:rPr>
        <w:t xml:space="preserve"> T.. "Experimental and theoretical insights into electronic structure modulated CoMoO4/Mo2TiC2TX-MXene coupling as a dual-functional electrode for </w:t>
      </w:r>
      <w:proofErr w:type="spellStart"/>
      <w:r w:rsidRPr="006F18B7">
        <w:rPr>
          <w:rFonts w:ascii="Times New Roman" w:hAnsi="Times New Roman"/>
          <w:sz w:val="22"/>
        </w:rPr>
        <w:t>supercapattery</w:t>
      </w:r>
      <w:proofErr w:type="spellEnd"/>
      <w:r w:rsidRPr="006F18B7">
        <w:rPr>
          <w:rFonts w:ascii="Times New Roman" w:hAnsi="Times New Roman"/>
          <w:sz w:val="22"/>
        </w:rPr>
        <w:t xml:space="preserve"> and oxygen evolution reaction." Chemical Engineering Journal (2026). DOI: </w:t>
      </w:r>
      <w:hyperlink r:id="rId12" w:history="1">
        <w:r w:rsidRPr="005A53C6">
          <w:rPr>
            <w:rStyle w:val="Hyperlink"/>
            <w:rFonts w:ascii="Times New Roman" w:hAnsi="Times New Roman"/>
            <w:sz w:val="22"/>
          </w:rPr>
          <w:t>https://doi.org/10.1016/j.cej.2025.172191</w:t>
        </w:r>
      </w:hyperlink>
    </w:p>
    <w:p w14:paraId="1D42EB22" w14:textId="475F57E0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Anandhi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Govindharaju</w:t>
      </w:r>
      <w:proofErr w:type="spellEnd"/>
      <w:r w:rsidRPr="006F18B7">
        <w:rPr>
          <w:rFonts w:ascii="Times New Roman" w:hAnsi="Times New Roman"/>
          <w:sz w:val="22"/>
        </w:rPr>
        <w:t xml:space="preserve"> R.; </w:t>
      </w:r>
      <w:proofErr w:type="spellStart"/>
      <w:r w:rsidRPr="006F18B7">
        <w:rPr>
          <w:rFonts w:ascii="Times New Roman" w:hAnsi="Times New Roman"/>
          <w:sz w:val="22"/>
        </w:rPr>
        <w:t>Balasubramaniyan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Anitha</w:t>
      </w:r>
      <w:proofErr w:type="spellEnd"/>
      <w:r w:rsidRPr="006F18B7">
        <w:rPr>
          <w:rFonts w:ascii="Times New Roman" w:hAnsi="Times New Roman"/>
          <w:sz w:val="22"/>
        </w:rPr>
        <w:t xml:space="preserve"> P.; Juliet B.M.; </w:t>
      </w:r>
      <w:proofErr w:type="spellStart"/>
      <w:r w:rsidRPr="006F18B7">
        <w:rPr>
          <w:rFonts w:ascii="Times New Roman" w:hAnsi="Times New Roman"/>
          <w:sz w:val="22"/>
        </w:rPr>
        <w:t>Muruganantham</w:t>
      </w:r>
      <w:proofErr w:type="spellEnd"/>
      <w:r w:rsidRPr="006F18B7">
        <w:rPr>
          <w:rFonts w:ascii="Times New Roman" w:hAnsi="Times New Roman"/>
          <w:sz w:val="22"/>
        </w:rPr>
        <w:t xml:space="preserve"> N.; </w:t>
      </w:r>
      <w:proofErr w:type="spellStart"/>
      <w:r w:rsidRPr="006F18B7">
        <w:rPr>
          <w:rFonts w:ascii="Times New Roman" w:hAnsi="Times New Roman"/>
          <w:sz w:val="22"/>
        </w:rPr>
        <w:t>Premkumar</w:t>
      </w:r>
      <w:proofErr w:type="spellEnd"/>
      <w:r w:rsidRPr="006F18B7">
        <w:rPr>
          <w:rFonts w:ascii="Times New Roman" w:hAnsi="Times New Roman"/>
          <w:sz w:val="22"/>
        </w:rPr>
        <w:t xml:space="preserve"> R.. "Synthesis, spectral studies and biological evaluation of an </w:t>
      </w:r>
      <w:proofErr w:type="gramStart"/>
      <w:r w:rsidRPr="006F18B7">
        <w:rPr>
          <w:rFonts w:ascii="Times New Roman" w:hAnsi="Times New Roman"/>
          <w:sz w:val="22"/>
        </w:rPr>
        <w:t>iron(</w:t>
      </w:r>
      <w:proofErr w:type="gramEnd"/>
      <w:r w:rsidRPr="006F18B7">
        <w:rPr>
          <w:rFonts w:ascii="Times New Roman" w:hAnsi="Times New Roman"/>
          <w:sz w:val="22"/>
        </w:rPr>
        <w:t>III) complex with 4-hydroxy-6-methyl-2(1H)-</w:t>
      </w:r>
      <w:proofErr w:type="spellStart"/>
      <w:r w:rsidRPr="006F18B7">
        <w:rPr>
          <w:rFonts w:ascii="Times New Roman" w:hAnsi="Times New Roman"/>
          <w:sz w:val="22"/>
        </w:rPr>
        <w:t>pyridinone</w:t>
      </w:r>
      <w:proofErr w:type="spellEnd"/>
      <w:r w:rsidRPr="006F18B7">
        <w:rPr>
          <w:rFonts w:ascii="Times New Roman" w:hAnsi="Times New Roman"/>
          <w:sz w:val="22"/>
        </w:rPr>
        <w:t xml:space="preserve"> and </w:t>
      </w:r>
      <w:proofErr w:type="spellStart"/>
      <w:r w:rsidRPr="006F18B7">
        <w:rPr>
          <w:rFonts w:ascii="Times New Roman" w:hAnsi="Times New Roman"/>
          <w:sz w:val="22"/>
        </w:rPr>
        <w:t>thiocyanate</w:t>
      </w:r>
      <w:proofErr w:type="spellEnd"/>
      <w:r w:rsidRPr="006F18B7">
        <w:rPr>
          <w:rFonts w:ascii="Times New Roman" w:hAnsi="Times New Roman"/>
          <w:sz w:val="22"/>
        </w:rPr>
        <w:t xml:space="preserve"> ligands." Journal of Molecular Structure (2026). DOI: </w:t>
      </w:r>
      <w:hyperlink r:id="rId13" w:history="1">
        <w:r w:rsidRPr="005A53C6">
          <w:rPr>
            <w:rStyle w:val="Hyperlink"/>
            <w:rFonts w:ascii="Times New Roman" w:hAnsi="Times New Roman"/>
            <w:sz w:val="22"/>
          </w:rPr>
          <w:t>https://doi.org/10.1016/j.molstruc.2025.143888</w:t>
        </w:r>
      </w:hyperlink>
    </w:p>
    <w:p w14:paraId="4464C68A" w14:textId="5A033FB7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Kannan</w:t>
      </w:r>
      <w:proofErr w:type="spellEnd"/>
      <w:r w:rsidRPr="006F18B7">
        <w:rPr>
          <w:rFonts w:ascii="Times New Roman" w:hAnsi="Times New Roman"/>
          <w:sz w:val="22"/>
        </w:rPr>
        <w:t xml:space="preserve"> K.R.; </w:t>
      </w:r>
      <w:proofErr w:type="spellStart"/>
      <w:r w:rsidRPr="006F18B7">
        <w:rPr>
          <w:rFonts w:ascii="Times New Roman" w:hAnsi="Times New Roman"/>
          <w:sz w:val="22"/>
        </w:rPr>
        <w:t>Vignesh</w:t>
      </w:r>
      <w:proofErr w:type="spellEnd"/>
      <w:r w:rsidRPr="006F18B7">
        <w:rPr>
          <w:rFonts w:ascii="Times New Roman" w:hAnsi="Times New Roman"/>
          <w:sz w:val="22"/>
        </w:rPr>
        <w:t xml:space="preserve"> R.V.; </w:t>
      </w:r>
      <w:proofErr w:type="spellStart"/>
      <w:r w:rsidRPr="006F18B7">
        <w:rPr>
          <w:rFonts w:ascii="Times New Roman" w:hAnsi="Times New Roman"/>
          <w:sz w:val="22"/>
        </w:rPr>
        <w:t>Sarvesh</w:t>
      </w:r>
      <w:proofErr w:type="spellEnd"/>
      <w:r w:rsidRPr="006F18B7">
        <w:rPr>
          <w:rFonts w:ascii="Times New Roman" w:hAnsi="Times New Roman"/>
          <w:sz w:val="22"/>
        </w:rPr>
        <w:t xml:space="preserve"> S.L.; </w:t>
      </w:r>
      <w:proofErr w:type="spellStart"/>
      <w:r w:rsidRPr="006F18B7">
        <w:rPr>
          <w:rFonts w:ascii="Times New Roman" w:hAnsi="Times New Roman"/>
          <w:sz w:val="22"/>
        </w:rPr>
        <w:t>Veeman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D..</w:t>
      </w:r>
      <w:proofErr w:type="gramEnd"/>
      <w:r w:rsidRPr="006F18B7">
        <w:rPr>
          <w:rFonts w:ascii="Times New Roman" w:hAnsi="Times New Roman"/>
          <w:sz w:val="22"/>
        </w:rPr>
        <w:t xml:space="preserve"> "Effect of Double Aging on the Hot Corrosion Resistance of WAAM Processed IN625 Alloy in LiCl-KCl-EuCl2 Molten Salt at 550°C." Journal of Materials Engineering and Performance (2026). DOI: </w:t>
      </w:r>
      <w:hyperlink r:id="rId14" w:history="1">
        <w:r w:rsidRPr="005A53C6">
          <w:rPr>
            <w:rStyle w:val="Hyperlink"/>
            <w:rFonts w:ascii="Times New Roman" w:hAnsi="Times New Roman"/>
            <w:sz w:val="22"/>
          </w:rPr>
          <w:t>https://doi.org/10.1007/s11665-026-13899-8</w:t>
        </w:r>
      </w:hyperlink>
    </w:p>
    <w:p w14:paraId="5AD6A83A" w14:textId="170F5A48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Gokul</w:t>
      </w:r>
      <w:proofErr w:type="spellEnd"/>
      <w:r w:rsidRPr="006F18B7">
        <w:rPr>
          <w:rFonts w:ascii="Times New Roman" w:hAnsi="Times New Roman"/>
          <w:sz w:val="22"/>
        </w:rPr>
        <w:t xml:space="preserve"> S.; Johnson I.; </w:t>
      </w:r>
      <w:proofErr w:type="spellStart"/>
      <w:r w:rsidRPr="006F18B7">
        <w:rPr>
          <w:rFonts w:ascii="Times New Roman" w:hAnsi="Times New Roman"/>
          <w:sz w:val="22"/>
        </w:rPr>
        <w:t>Prabu</w:t>
      </w:r>
      <w:proofErr w:type="spellEnd"/>
      <w:r w:rsidRPr="006F18B7">
        <w:rPr>
          <w:rFonts w:ascii="Times New Roman" w:hAnsi="Times New Roman"/>
          <w:sz w:val="22"/>
        </w:rPr>
        <w:t xml:space="preserve"> H.J.; </w:t>
      </w:r>
      <w:proofErr w:type="spellStart"/>
      <w:r w:rsidRPr="006F18B7">
        <w:rPr>
          <w:rFonts w:ascii="Times New Roman" w:hAnsi="Times New Roman"/>
          <w:sz w:val="22"/>
        </w:rPr>
        <w:t>Sahayaraj</w:t>
      </w:r>
      <w:proofErr w:type="spellEnd"/>
      <w:r w:rsidRPr="006F18B7">
        <w:rPr>
          <w:rFonts w:ascii="Times New Roman" w:hAnsi="Times New Roman"/>
          <w:sz w:val="22"/>
        </w:rPr>
        <w:t xml:space="preserve"> A.F.; Kennedy </w:t>
      </w:r>
      <w:proofErr w:type="gramStart"/>
      <w:r w:rsidRPr="006F18B7">
        <w:rPr>
          <w:rFonts w:ascii="Times New Roman" w:hAnsi="Times New Roman"/>
          <w:sz w:val="22"/>
        </w:rPr>
        <w:t>A.J.S..</w:t>
      </w:r>
      <w:proofErr w:type="gramEnd"/>
      <w:r w:rsidRPr="006F18B7">
        <w:rPr>
          <w:rFonts w:ascii="Times New Roman" w:hAnsi="Times New Roman"/>
          <w:sz w:val="22"/>
        </w:rPr>
        <w:t xml:space="preserve"> "</w:t>
      </w:r>
      <w:proofErr w:type="spellStart"/>
      <w:r w:rsidRPr="006F18B7">
        <w:rPr>
          <w:rFonts w:ascii="Times New Roman" w:hAnsi="Times New Roman"/>
          <w:sz w:val="22"/>
        </w:rPr>
        <w:t>Sr</w:t>
      </w:r>
      <w:proofErr w:type="spellEnd"/>
      <w:r w:rsidRPr="006F18B7">
        <w:rPr>
          <w:rFonts w:ascii="Times New Roman" w:hAnsi="Times New Roman"/>
          <w:sz w:val="22"/>
        </w:rPr>
        <w:t xml:space="preserve">-doped Cu-MOF/PANI </w:t>
      </w:r>
      <w:proofErr w:type="spellStart"/>
      <w:r w:rsidRPr="006F18B7">
        <w:rPr>
          <w:rFonts w:ascii="Times New Roman" w:hAnsi="Times New Roman"/>
          <w:sz w:val="22"/>
        </w:rPr>
        <w:t>nanocomposites</w:t>
      </w:r>
      <w:proofErr w:type="spellEnd"/>
      <w:r w:rsidRPr="006F18B7">
        <w:rPr>
          <w:rFonts w:ascii="Times New Roman" w:hAnsi="Times New Roman"/>
          <w:sz w:val="22"/>
        </w:rPr>
        <w:t xml:space="preserve"> for high-performance </w:t>
      </w:r>
      <w:proofErr w:type="spellStart"/>
      <w:r w:rsidRPr="006F18B7">
        <w:rPr>
          <w:rFonts w:ascii="Times New Roman" w:hAnsi="Times New Roman"/>
          <w:sz w:val="22"/>
        </w:rPr>
        <w:t>supercapacitor</w:t>
      </w:r>
      <w:proofErr w:type="spellEnd"/>
      <w:r w:rsidRPr="006F18B7">
        <w:rPr>
          <w:rFonts w:ascii="Times New Roman" w:hAnsi="Times New Roman"/>
          <w:sz w:val="22"/>
        </w:rPr>
        <w:t xml:space="preserve"> application with enhanced capacitive and stability." Journal of Materials Science: Materials in Electronics (2026). DOI: </w:t>
      </w:r>
      <w:hyperlink r:id="rId15" w:history="1">
        <w:r w:rsidRPr="005A53C6">
          <w:rPr>
            <w:rStyle w:val="Hyperlink"/>
            <w:rFonts w:ascii="Times New Roman" w:hAnsi="Times New Roman"/>
            <w:sz w:val="22"/>
          </w:rPr>
          <w:t>https://doi.org/10.1007/s10854-026-17141-y</w:t>
        </w:r>
      </w:hyperlink>
    </w:p>
    <w:p w14:paraId="0B92BD8B" w14:textId="46F9F03B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Venkateswaran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Sathishkumar</w:t>
      </w:r>
      <w:proofErr w:type="spellEnd"/>
      <w:r w:rsidRPr="006F18B7">
        <w:rPr>
          <w:rFonts w:ascii="Times New Roman" w:hAnsi="Times New Roman"/>
          <w:sz w:val="22"/>
        </w:rPr>
        <w:t xml:space="preserve"> R.; Natarajan K.; Ravi </w:t>
      </w:r>
      <w:proofErr w:type="spellStart"/>
      <w:r w:rsidRPr="006F18B7">
        <w:rPr>
          <w:rFonts w:ascii="Times New Roman" w:hAnsi="Times New Roman"/>
          <w:sz w:val="22"/>
        </w:rPr>
        <w:t>Sankar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K..</w:t>
      </w:r>
      <w:proofErr w:type="gramEnd"/>
      <w:r w:rsidRPr="006F18B7">
        <w:rPr>
          <w:rFonts w:ascii="Times New Roman" w:hAnsi="Times New Roman"/>
          <w:sz w:val="22"/>
        </w:rPr>
        <w:t xml:space="preserve"> "A compact dual-output Boost-SEPIC converter with digital predictive current control for automotive accessory power applications." Engineering Research Express (2026). DOI: </w:t>
      </w:r>
      <w:hyperlink r:id="rId16" w:history="1">
        <w:r w:rsidRPr="005A53C6">
          <w:rPr>
            <w:rStyle w:val="Hyperlink"/>
            <w:rFonts w:ascii="Times New Roman" w:hAnsi="Times New Roman"/>
            <w:sz w:val="22"/>
          </w:rPr>
          <w:t>https://doi.org/10.1088/2631-8695/ae345d</w:t>
        </w:r>
      </w:hyperlink>
    </w:p>
    <w:p w14:paraId="4B51FE44" w14:textId="07D6ECFA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r w:rsidRPr="006F18B7">
        <w:rPr>
          <w:rFonts w:ascii="Times New Roman" w:hAnsi="Times New Roman"/>
          <w:sz w:val="22"/>
        </w:rPr>
        <w:t xml:space="preserve">N I.; R B.; M </w:t>
      </w:r>
      <w:proofErr w:type="gramStart"/>
      <w:r w:rsidRPr="006F18B7">
        <w:rPr>
          <w:rFonts w:ascii="Times New Roman" w:hAnsi="Times New Roman"/>
          <w:sz w:val="22"/>
        </w:rPr>
        <w:t>P..</w:t>
      </w:r>
      <w:proofErr w:type="gramEnd"/>
      <w:r w:rsidRPr="006F18B7">
        <w:rPr>
          <w:rFonts w:ascii="Times New Roman" w:hAnsi="Times New Roman"/>
          <w:sz w:val="22"/>
        </w:rPr>
        <w:t xml:space="preserve"> "Characterization and suitability of cellulosic ebony wood particulate for optoelectronic composites." Journal of Mechanical Science and Technology (2026). DOI: </w:t>
      </w:r>
      <w:hyperlink r:id="rId17" w:history="1">
        <w:r w:rsidRPr="005A53C6">
          <w:rPr>
            <w:rStyle w:val="Hyperlink"/>
            <w:rFonts w:ascii="Times New Roman" w:hAnsi="Times New Roman"/>
            <w:sz w:val="22"/>
          </w:rPr>
          <w:t>https://doi.org/10.1007/s12206-026-0133-0</w:t>
        </w:r>
      </w:hyperlink>
    </w:p>
    <w:p w14:paraId="51AF9E17" w14:textId="699C1790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r w:rsidRPr="006F18B7">
        <w:rPr>
          <w:rFonts w:ascii="Times New Roman" w:hAnsi="Times New Roman"/>
          <w:sz w:val="22"/>
        </w:rPr>
        <w:t xml:space="preserve">B R.K.; </w:t>
      </w:r>
      <w:proofErr w:type="spellStart"/>
      <w:r w:rsidRPr="006F18B7">
        <w:rPr>
          <w:rFonts w:ascii="Times New Roman" w:hAnsi="Times New Roman"/>
          <w:sz w:val="22"/>
        </w:rPr>
        <w:t>Sudhakaran</w:t>
      </w:r>
      <w:proofErr w:type="spellEnd"/>
      <w:r w:rsidRPr="006F18B7">
        <w:rPr>
          <w:rFonts w:ascii="Times New Roman" w:hAnsi="Times New Roman"/>
          <w:sz w:val="22"/>
        </w:rPr>
        <w:t xml:space="preserve"> P.; Begum M.B.; </w:t>
      </w:r>
      <w:proofErr w:type="spellStart"/>
      <w:r w:rsidRPr="006F18B7">
        <w:rPr>
          <w:rFonts w:ascii="Times New Roman" w:hAnsi="Times New Roman"/>
          <w:sz w:val="22"/>
        </w:rPr>
        <w:t>Rajeswari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S..</w:t>
      </w:r>
      <w:proofErr w:type="gramEnd"/>
      <w:r w:rsidRPr="006F18B7">
        <w:rPr>
          <w:rFonts w:ascii="Times New Roman" w:hAnsi="Times New Roman"/>
          <w:sz w:val="22"/>
        </w:rPr>
        <w:t xml:space="preserve"> "Design of an optimized rotation-invariant coordinate convolutional neural network driven medical </w:t>
      </w:r>
      <w:proofErr w:type="spellStart"/>
      <w:r w:rsidRPr="006F18B7">
        <w:rPr>
          <w:rFonts w:ascii="Times New Roman" w:hAnsi="Times New Roman"/>
          <w:sz w:val="22"/>
        </w:rPr>
        <w:t>IoT</w:t>
      </w:r>
      <w:proofErr w:type="spellEnd"/>
      <w:r w:rsidRPr="006F18B7">
        <w:rPr>
          <w:rFonts w:ascii="Times New Roman" w:hAnsi="Times New Roman"/>
          <w:sz w:val="22"/>
        </w:rPr>
        <w:t xml:space="preserve"> recommendation system integrating sentiment analysis for improved patient preference prediction." Biomedical Signal Processing and Control (2026). DOI: </w:t>
      </w:r>
      <w:hyperlink r:id="rId18" w:history="1">
        <w:r w:rsidRPr="005A53C6">
          <w:rPr>
            <w:rStyle w:val="Hyperlink"/>
            <w:rFonts w:ascii="Times New Roman" w:hAnsi="Times New Roman"/>
            <w:sz w:val="22"/>
          </w:rPr>
          <w:t>https://doi.org/10.1016/j.bspc.2026.109742</w:t>
        </w:r>
      </w:hyperlink>
    </w:p>
    <w:p w14:paraId="7AB7937E" w14:textId="6BB02CAD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lastRenderedPageBreak/>
        <w:t>Shajahan</w:t>
      </w:r>
      <w:proofErr w:type="spellEnd"/>
      <w:r w:rsidRPr="006F18B7">
        <w:rPr>
          <w:rFonts w:ascii="Times New Roman" w:hAnsi="Times New Roman"/>
          <w:sz w:val="22"/>
        </w:rPr>
        <w:t xml:space="preserve"> A.S.; </w:t>
      </w:r>
      <w:proofErr w:type="spellStart"/>
      <w:r w:rsidRPr="006F18B7">
        <w:rPr>
          <w:rFonts w:ascii="Times New Roman" w:hAnsi="Times New Roman"/>
          <w:sz w:val="22"/>
        </w:rPr>
        <w:t>Ajaykamal</w:t>
      </w:r>
      <w:proofErr w:type="spellEnd"/>
      <w:r w:rsidRPr="006F18B7">
        <w:rPr>
          <w:rFonts w:ascii="Times New Roman" w:hAnsi="Times New Roman"/>
          <w:sz w:val="22"/>
        </w:rPr>
        <w:t xml:space="preserve"> T.; </w:t>
      </w:r>
      <w:proofErr w:type="spellStart"/>
      <w:r w:rsidRPr="006F18B7">
        <w:rPr>
          <w:rFonts w:ascii="Times New Roman" w:hAnsi="Times New Roman"/>
          <w:sz w:val="22"/>
        </w:rPr>
        <w:t>Varadhan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Rajendiran</w:t>
      </w:r>
      <w:proofErr w:type="spellEnd"/>
      <w:r w:rsidRPr="006F18B7">
        <w:rPr>
          <w:rFonts w:ascii="Times New Roman" w:hAnsi="Times New Roman"/>
          <w:sz w:val="22"/>
        </w:rPr>
        <w:t xml:space="preserve"> V.; </w:t>
      </w:r>
      <w:proofErr w:type="spellStart"/>
      <w:r w:rsidRPr="006F18B7">
        <w:rPr>
          <w:rFonts w:ascii="Times New Roman" w:hAnsi="Times New Roman"/>
          <w:sz w:val="22"/>
        </w:rPr>
        <w:t>Maqbool</w:t>
      </w:r>
      <w:proofErr w:type="spellEnd"/>
      <w:r w:rsidRPr="006F18B7">
        <w:rPr>
          <w:rFonts w:ascii="Times New Roman" w:hAnsi="Times New Roman"/>
          <w:sz w:val="22"/>
        </w:rPr>
        <w:t xml:space="preserve"> R.; </w:t>
      </w:r>
      <w:proofErr w:type="spellStart"/>
      <w:r w:rsidRPr="006F18B7">
        <w:rPr>
          <w:rFonts w:ascii="Times New Roman" w:hAnsi="Times New Roman"/>
          <w:sz w:val="22"/>
        </w:rPr>
        <w:t>Palaniandavar</w:t>
      </w:r>
      <w:proofErr w:type="spellEnd"/>
      <w:r w:rsidRPr="006F18B7">
        <w:rPr>
          <w:rFonts w:ascii="Times New Roman" w:hAnsi="Times New Roman"/>
          <w:sz w:val="22"/>
        </w:rPr>
        <w:t xml:space="preserve"> M.. "Mixed ligand </w:t>
      </w:r>
      <w:proofErr w:type="gramStart"/>
      <w:r w:rsidRPr="006F18B7">
        <w:rPr>
          <w:rFonts w:ascii="Times New Roman" w:hAnsi="Times New Roman"/>
          <w:sz w:val="22"/>
        </w:rPr>
        <w:t>Cu(</w:t>
      </w:r>
      <w:proofErr w:type="gramEnd"/>
      <w:r w:rsidRPr="006F18B7">
        <w:rPr>
          <w:rFonts w:ascii="Times New Roman" w:hAnsi="Times New Roman"/>
          <w:sz w:val="22"/>
        </w:rPr>
        <w:t>II)-</w:t>
      </w:r>
      <w:proofErr w:type="spellStart"/>
      <w:r w:rsidRPr="006F18B7">
        <w:rPr>
          <w:rFonts w:ascii="Times New Roman" w:hAnsi="Times New Roman"/>
          <w:sz w:val="22"/>
        </w:rPr>
        <w:t>curcumin</w:t>
      </w:r>
      <w:proofErr w:type="spellEnd"/>
      <w:r w:rsidRPr="006F18B7">
        <w:rPr>
          <w:rFonts w:ascii="Times New Roman" w:hAnsi="Times New Roman"/>
          <w:sz w:val="22"/>
        </w:rPr>
        <w:t xml:space="preserve"> complexes of </w:t>
      </w:r>
      <w:proofErr w:type="spellStart"/>
      <w:r w:rsidRPr="006F18B7">
        <w:rPr>
          <w:rFonts w:ascii="Times New Roman" w:hAnsi="Times New Roman"/>
          <w:sz w:val="22"/>
        </w:rPr>
        <w:t>diimine</w:t>
      </w:r>
      <w:proofErr w:type="spellEnd"/>
      <w:r w:rsidRPr="006F18B7">
        <w:rPr>
          <w:rFonts w:ascii="Times New Roman" w:hAnsi="Times New Roman"/>
          <w:sz w:val="22"/>
        </w:rPr>
        <w:t xml:space="preserve"> co-ligands: Hydrophobicity of 5,6-dmp demonstrates enhanced cytotoxicity with colon cancer cells." Journal of Molecular Structure (2026). DOI: </w:t>
      </w:r>
      <w:hyperlink r:id="rId19" w:history="1">
        <w:r w:rsidRPr="005A53C6">
          <w:rPr>
            <w:rStyle w:val="Hyperlink"/>
            <w:rFonts w:ascii="Times New Roman" w:hAnsi="Times New Roman"/>
            <w:sz w:val="22"/>
          </w:rPr>
          <w:t>https://doi.org/10.1016/j.molstruc.2026.145573</w:t>
        </w:r>
      </w:hyperlink>
    </w:p>
    <w:p w14:paraId="7EBE79B3" w14:textId="1A70E347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Shanmugaya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Pandian</w:t>
      </w:r>
      <w:proofErr w:type="spellEnd"/>
      <w:r w:rsidRPr="006F18B7">
        <w:rPr>
          <w:rFonts w:ascii="Times New Roman" w:hAnsi="Times New Roman"/>
          <w:sz w:val="22"/>
        </w:rPr>
        <w:t xml:space="preserve"> S.K.; </w:t>
      </w:r>
      <w:proofErr w:type="spellStart"/>
      <w:r w:rsidRPr="006F18B7">
        <w:rPr>
          <w:rFonts w:ascii="Times New Roman" w:hAnsi="Times New Roman"/>
          <w:sz w:val="22"/>
        </w:rPr>
        <w:t>Balachandran</w:t>
      </w:r>
      <w:proofErr w:type="spellEnd"/>
      <w:r w:rsidRPr="006F18B7">
        <w:rPr>
          <w:rFonts w:ascii="Times New Roman" w:hAnsi="Times New Roman"/>
          <w:sz w:val="22"/>
        </w:rPr>
        <w:t xml:space="preserve"> G.B.; </w:t>
      </w:r>
      <w:proofErr w:type="spellStart"/>
      <w:r w:rsidRPr="006F18B7">
        <w:rPr>
          <w:rFonts w:ascii="Times New Roman" w:hAnsi="Times New Roman"/>
          <w:sz w:val="22"/>
        </w:rPr>
        <w:t>Thangaraj</w:t>
      </w:r>
      <w:proofErr w:type="spellEnd"/>
      <w:r w:rsidRPr="006F18B7">
        <w:rPr>
          <w:rFonts w:ascii="Times New Roman" w:hAnsi="Times New Roman"/>
          <w:sz w:val="22"/>
        </w:rPr>
        <w:t xml:space="preserve"> H.; </w:t>
      </w:r>
      <w:proofErr w:type="spellStart"/>
      <w:r w:rsidRPr="006F18B7">
        <w:rPr>
          <w:rFonts w:ascii="Times New Roman" w:hAnsi="Times New Roman"/>
          <w:sz w:val="22"/>
        </w:rPr>
        <w:t>Athikesavan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M.M..</w:t>
      </w:r>
      <w:proofErr w:type="gramEnd"/>
      <w:r w:rsidRPr="006F18B7">
        <w:rPr>
          <w:rFonts w:ascii="Times New Roman" w:hAnsi="Times New Roman"/>
          <w:sz w:val="22"/>
        </w:rPr>
        <w:t xml:space="preserve"> "10E analysis of </w:t>
      </w:r>
      <w:proofErr w:type="spellStart"/>
      <w:r w:rsidRPr="006F18B7">
        <w:rPr>
          <w:rFonts w:ascii="Times New Roman" w:hAnsi="Times New Roman"/>
          <w:sz w:val="22"/>
        </w:rPr>
        <w:t>hemicylindrical</w:t>
      </w:r>
      <w:proofErr w:type="spellEnd"/>
      <w:r w:rsidRPr="006F18B7">
        <w:rPr>
          <w:rFonts w:ascii="Times New Roman" w:hAnsi="Times New Roman"/>
          <w:sz w:val="22"/>
        </w:rPr>
        <w:t xml:space="preserve"> solar stills with chlorinated polyvinyl chloride with N-methyl-2-pyrrolidone coatings: Comparison and assessment of modified </w:t>
      </w:r>
      <w:proofErr w:type="spellStart"/>
      <w:r w:rsidRPr="006F18B7">
        <w:rPr>
          <w:rFonts w:ascii="Times New Roman" w:hAnsi="Times New Roman"/>
          <w:sz w:val="22"/>
        </w:rPr>
        <w:t>hemicylindrical</w:t>
      </w:r>
      <w:proofErr w:type="spellEnd"/>
      <w:r w:rsidRPr="006F18B7">
        <w:rPr>
          <w:rFonts w:ascii="Times New Roman" w:hAnsi="Times New Roman"/>
          <w:sz w:val="22"/>
        </w:rPr>
        <w:t xml:space="preserve"> solar still with conventional </w:t>
      </w:r>
      <w:proofErr w:type="spellStart"/>
      <w:r w:rsidRPr="006F18B7">
        <w:rPr>
          <w:rFonts w:ascii="Times New Roman" w:hAnsi="Times New Roman"/>
          <w:sz w:val="22"/>
        </w:rPr>
        <w:t>hemicylindrical</w:t>
      </w:r>
      <w:proofErr w:type="spellEnd"/>
      <w:r w:rsidRPr="006F18B7">
        <w:rPr>
          <w:rFonts w:ascii="Times New Roman" w:hAnsi="Times New Roman"/>
          <w:sz w:val="22"/>
        </w:rPr>
        <w:t xml:space="preserve"> solar still." Solar Energy Materials and Solar Cells (2026). DOI: </w:t>
      </w:r>
      <w:hyperlink r:id="rId20" w:history="1">
        <w:r w:rsidRPr="005A53C6">
          <w:rPr>
            <w:rStyle w:val="Hyperlink"/>
            <w:rFonts w:ascii="Times New Roman" w:hAnsi="Times New Roman"/>
            <w:sz w:val="22"/>
          </w:rPr>
          <w:t>https://doi.org/10.1016/j.solmat.2025.113963</w:t>
        </w:r>
      </w:hyperlink>
    </w:p>
    <w:p w14:paraId="5058CCD4" w14:textId="507F46AB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r w:rsidRPr="006F18B7">
        <w:rPr>
          <w:rFonts w:ascii="Times New Roman" w:hAnsi="Times New Roman"/>
          <w:sz w:val="22"/>
        </w:rPr>
        <w:t xml:space="preserve">Kumar A.S.; </w:t>
      </w:r>
      <w:proofErr w:type="spellStart"/>
      <w:r w:rsidRPr="006F18B7">
        <w:rPr>
          <w:rFonts w:ascii="Times New Roman" w:hAnsi="Times New Roman"/>
          <w:sz w:val="22"/>
        </w:rPr>
        <w:t>Dhandapani</w:t>
      </w:r>
      <w:proofErr w:type="spellEnd"/>
      <w:r w:rsidRPr="006F18B7">
        <w:rPr>
          <w:rFonts w:ascii="Times New Roman" w:hAnsi="Times New Roman"/>
          <w:sz w:val="22"/>
        </w:rPr>
        <w:t xml:space="preserve"> P.; </w:t>
      </w:r>
      <w:proofErr w:type="spellStart"/>
      <w:r w:rsidRPr="006F18B7">
        <w:rPr>
          <w:rFonts w:ascii="Times New Roman" w:hAnsi="Times New Roman"/>
          <w:sz w:val="22"/>
        </w:rPr>
        <w:t>Sivakumar</w:t>
      </w:r>
      <w:proofErr w:type="spellEnd"/>
      <w:r w:rsidRPr="006F18B7">
        <w:rPr>
          <w:rFonts w:ascii="Times New Roman" w:hAnsi="Times New Roman"/>
          <w:sz w:val="22"/>
        </w:rPr>
        <w:t xml:space="preserve"> L.; </w:t>
      </w:r>
      <w:proofErr w:type="spellStart"/>
      <w:r w:rsidRPr="006F18B7">
        <w:rPr>
          <w:rFonts w:ascii="Times New Roman" w:hAnsi="Times New Roman"/>
          <w:sz w:val="22"/>
        </w:rPr>
        <w:t>Narenkumar</w:t>
      </w:r>
      <w:proofErr w:type="spellEnd"/>
      <w:r w:rsidRPr="006F18B7">
        <w:rPr>
          <w:rFonts w:ascii="Times New Roman" w:hAnsi="Times New Roman"/>
          <w:sz w:val="22"/>
        </w:rPr>
        <w:t xml:space="preserve"> J.; </w:t>
      </w:r>
      <w:proofErr w:type="spellStart"/>
      <w:r w:rsidRPr="006F18B7">
        <w:rPr>
          <w:rFonts w:ascii="Times New Roman" w:hAnsi="Times New Roman"/>
          <w:sz w:val="22"/>
        </w:rPr>
        <w:t>Elumalai</w:t>
      </w:r>
      <w:proofErr w:type="spellEnd"/>
      <w:r w:rsidRPr="006F18B7">
        <w:rPr>
          <w:rFonts w:ascii="Times New Roman" w:hAnsi="Times New Roman"/>
          <w:sz w:val="22"/>
        </w:rPr>
        <w:t xml:space="preserve"> P.; </w:t>
      </w:r>
      <w:proofErr w:type="spellStart"/>
      <w:r w:rsidRPr="006F18B7">
        <w:rPr>
          <w:rFonts w:ascii="Times New Roman" w:hAnsi="Times New Roman"/>
          <w:sz w:val="22"/>
        </w:rPr>
        <w:t>Duraimurugan</w:t>
      </w:r>
      <w:proofErr w:type="spellEnd"/>
      <w:r w:rsidRPr="006F18B7">
        <w:rPr>
          <w:rFonts w:ascii="Times New Roman" w:hAnsi="Times New Roman"/>
          <w:sz w:val="22"/>
        </w:rPr>
        <w:t xml:space="preserve"> R.; </w:t>
      </w:r>
      <w:proofErr w:type="spellStart"/>
      <w:r w:rsidRPr="006F18B7">
        <w:rPr>
          <w:rFonts w:ascii="Times New Roman" w:hAnsi="Times New Roman"/>
          <w:sz w:val="22"/>
        </w:rPr>
        <w:t>Rajasekar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Rajadesingu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Punniyakotti</w:t>
      </w:r>
      <w:proofErr w:type="spellEnd"/>
      <w:r w:rsidRPr="006F18B7">
        <w:rPr>
          <w:rFonts w:ascii="Times New Roman" w:hAnsi="Times New Roman"/>
          <w:sz w:val="22"/>
        </w:rPr>
        <w:t xml:space="preserve"> P.. "Mitigation of sulphate-reducing bacterial consortium induced corrosion on API 5LX carbon steel using bioactive compounds from Capsicum </w:t>
      </w:r>
      <w:proofErr w:type="spellStart"/>
      <w:r w:rsidRPr="006F18B7">
        <w:rPr>
          <w:rFonts w:ascii="Times New Roman" w:hAnsi="Times New Roman"/>
          <w:sz w:val="22"/>
        </w:rPr>
        <w:t>annuum</w:t>
      </w:r>
      <w:proofErr w:type="spellEnd"/>
      <w:r w:rsidRPr="006F18B7">
        <w:rPr>
          <w:rFonts w:ascii="Times New Roman" w:hAnsi="Times New Roman"/>
          <w:sz w:val="22"/>
        </w:rPr>
        <w:t xml:space="preserve"> fruit derivatives." Journal of Environmental Chemical Engineering (2026). DOI: </w:t>
      </w:r>
      <w:hyperlink r:id="rId21" w:history="1">
        <w:r w:rsidRPr="005A53C6">
          <w:rPr>
            <w:rStyle w:val="Hyperlink"/>
            <w:rFonts w:ascii="Times New Roman" w:hAnsi="Times New Roman"/>
            <w:sz w:val="22"/>
          </w:rPr>
          <w:t>https://doi.org/10.1016/j.jece.2025.120483</w:t>
        </w:r>
      </w:hyperlink>
    </w:p>
    <w:p w14:paraId="0B3E1B99" w14:textId="17187387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Marimuthu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Manivannan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Brucely</w:t>
      </w:r>
      <w:proofErr w:type="spellEnd"/>
      <w:r w:rsidRPr="006F18B7">
        <w:rPr>
          <w:rFonts w:ascii="Times New Roman" w:hAnsi="Times New Roman"/>
          <w:sz w:val="22"/>
        </w:rPr>
        <w:t xml:space="preserve"> Y.; Dennison </w:t>
      </w:r>
      <w:proofErr w:type="gramStart"/>
      <w:r w:rsidRPr="006F18B7">
        <w:rPr>
          <w:rFonts w:ascii="Times New Roman" w:hAnsi="Times New Roman"/>
          <w:sz w:val="22"/>
        </w:rPr>
        <w:t>M.S..</w:t>
      </w:r>
      <w:proofErr w:type="gramEnd"/>
      <w:r w:rsidRPr="006F18B7">
        <w:rPr>
          <w:rFonts w:ascii="Times New Roman" w:hAnsi="Times New Roman"/>
          <w:sz w:val="22"/>
        </w:rPr>
        <w:t xml:space="preserve"> "Microstructural evolution and performance analysis of MWCNT and Gr reinforced aluminium matrix composites." Discover Materials (2026). DOI: </w:t>
      </w:r>
      <w:hyperlink r:id="rId22" w:history="1">
        <w:r w:rsidRPr="005A53C6">
          <w:rPr>
            <w:rStyle w:val="Hyperlink"/>
            <w:rFonts w:ascii="Times New Roman" w:hAnsi="Times New Roman"/>
            <w:sz w:val="22"/>
          </w:rPr>
          <w:t>https://doi.org/10.1007/s43939-025-00487-1</w:t>
        </w:r>
      </w:hyperlink>
    </w:p>
    <w:p w14:paraId="1312BD78" w14:textId="38C1C2D2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Jafari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Karthikeyan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Mehrabbeik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Baysal</w:t>
      </w:r>
      <w:proofErr w:type="spellEnd"/>
      <w:r w:rsidRPr="006F18B7">
        <w:rPr>
          <w:rFonts w:ascii="Times New Roman" w:hAnsi="Times New Roman"/>
          <w:sz w:val="22"/>
        </w:rPr>
        <w:t xml:space="preserve"> V.; </w:t>
      </w:r>
      <w:proofErr w:type="spellStart"/>
      <w:r w:rsidRPr="006F18B7">
        <w:rPr>
          <w:rFonts w:ascii="Times New Roman" w:hAnsi="Times New Roman"/>
          <w:sz w:val="22"/>
        </w:rPr>
        <w:t>Perc</w:t>
      </w:r>
      <w:proofErr w:type="spellEnd"/>
      <w:r w:rsidRPr="006F18B7">
        <w:rPr>
          <w:rFonts w:ascii="Times New Roman" w:hAnsi="Times New Roman"/>
          <w:sz w:val="22"/>
        </w:rPr>
        <w:t xml:space="preserve"> M.. "A discrete-time benchmark for assessing critical slowing down indicators." Journal of Physics: Complexity (2026). DOI: </w:t>
      </w:r>
      <w:hyperlink r:id="rId23" w:history="1">
        <w:r w:rsidRPr="005A53C6">
          <w:rPr>
            <w:rStyle w:val="Hyperlink"/>
            <w:rFonts w:ascii="Times New Roman" w:hAnsi="Times New Roman"/>
            <w:sz w:val="22"/>
          </w:rPr>
          <w:t>https://doi.org/10.1088/2632-072X/ae5384</w:t>
        </w:r>
      </w:hyperlink>
    </w:p>
    <w:p w14:paraId="3192777E" w14:textId="71E85468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Manigandan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Awadalla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Shanthi</w:t>
      </w:r>
      <w:proofErr w:type="spellEnd"/>
      <w:r w:rsidRPr="006F18B7">
        <w:rPr>
          <w:rFonts w:ascii="Times New Roman" w:hAnsi="Times New Roman"/>
          <w:sz w:val="22"/>
        </w:rPr>
        <w:t xml:space="preserve"> R.S.; </w:t>
      </w:r>
      <w:proofErr w:type="spellStart"/>
      <w:r w:rsidRPr="006F18B7">
        <w:rPr>
          <w:rFonts w:ascii="Times New Roman" w:hAnsi="Times New Roman"/>
          <w:sz w:val="22"/>
        </w:rPr>
        <w:t>Trabelsi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S..</w:t>
      </w:r>
      <w:proofErr w:type="gramEnd"/>
      <w:r w:rsidRPr="006F18B7">
        <w:rPr>
          <w:rFonts w:ascii="Times New Roman" w:hAnsi="Times New Roman"/>
          <w:sz w:val="22"/>
        </w:rPr>
        <w:t xml:space="preserve"> "Qualitative Analysis of Nonlinear Systems Involving </w:t>
      </w:r>
      <w:proofErr w:type="spellStart"/>
      <w:r w:rsidRPr="006F18B7">
        <w:rPr>
          <w:rFonts w:ascii="Times New Roman" w:hAnsi="Times New Roman"/>
          <w:sz w:val="22"/>
        </w:rPr>
        <w:t>Hadamard</w:t>
      </w:r>
      <w:proofErr w:type="spellEnd"/>
      <w:r w:rsidRPr="006F18B7">
        <w:rPr>
          <w:rFonts w:ascii="Times New Roman" w:hAnsi="Times New Roman"/>
          <w:sz w:val="22"/>
        </w:rPr>
        <w:t xml:space="preserve">-Type Fractional Derivatives with Nonlocal Boundary Conditions and Stability Properties." </w:t>
      </w:r>
      <w:proofErr w:type="spellStart"/>
      <w:r w:rsidRPr="006F18B7">
        <w:rPr>
          <w:rFonts w:ascii="Times New Roman" w:hAnsi="Times New Roman"/>
          <w:sz w:val="22"/>
        </w:rPr>
        <w:t>Revista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Internacional</w:t>
      </w:r>
      <w:proofErr w:type="spellEnd"/>
      <w:r w:rsidRPr="006F18B7">
        <w:rPr>
          <w:rFonts w:ascii="Times New Roman" w:hAnsi="Times New Roman"/>
          <w:sz w:val="22"/>
        </w:rPr>
        <w:t xml:space="preserve"> de </w:t>
      </w:r>
      <w:proofErr w:type="spellStart"/>
      <w:r w:rsidRPr="006F18B7">
        <w:rPr>
          <w:rFonts w:ascii="Times New Roman" w:hAnsi="Times New Roman"/>
          <w:sz w:val="22"/>
        </w:rPr>
        <w:t>Metodos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Numericos</w:t>
      </w:r>
      <w:proofErr w:type="spellEnd"/>
      <w:r w:rsidRPr="006F18B7">
        <w:rPr>
          <w:rFonts w:ascii="Times New Roman" w:hAnsi="Times New Roman"/>
          <w:sz w:val="22"/>
        </w:rPr>
        <w:t xml:space="preserve"> para </w:t>
      </w:r>
      <w:proofErr w:type="spellStart"/>
      <w:r w:rsidRPr="006F18B7">
        <w:rPr>
          <w:rFonts w:ascii="Times New Roman" w:hAnsi="Times New Roman"/>
          <w:sz w:val="22"/>
        </w:rPr>
        <w:t>Calculo</w:t>
      </w:r>
      <w:proofErr w:type="spellEnd"/>
      <w:r w:rsidRPr="006F18B7">
        <w:rPr>
          <w:rFonts w:ascii="Times New Roman" w:hAnsi="Times New Roman"/>
          <w:sz w:val="22"/>
        </w:rPr>
        <w:t xml:space="preserve"> y </w:t>
      </w:r>
      <w:proofErr w:type="spellStart"/>
      <w:r w:rsidRPr="006F18B7">
        <w:rPr>
          <w:rFonts w:ascii="Times New Roman" w:hAnsi="Times New Roman"/>
          <w:sz w:val="22"/>
        </w:rPr>
        <w:t>Diseno</w:t>
      </w:r>
      <w:proofErr w:type="spellEnd"/>
      <w:r w:rsidRPr="006F18B7">
        <w:rPr>
          <w:rFonts w:ascii="Times New Roman" w:hAnsi="Times New Roman"/>
          <w:sz w:val="22"/>
        </w:rPr>
        <w:t xml:space="preserve"> en </w:t>
      </w:r>
      <w:proofErr w:type="spellStart"/>
      <w:r w:rsidRPr="006F18B7">
        <w:rPr>
          <w:rFonts w:ascii="Times New Roman" w:hAnsi="Times New Roman"/>
          <w:sz w:val="22"/>
        </w:rPr>
        <w:t>Ingenieria</w:t>
      </w:r>
      <w:proofErr w:type="spellEnd"/>
      <w:r w:rsidRPr="006F18B7">
        <w:rPr>
          <w:rFonts w:ascii="Times New Roman" w:hAnsi="Times New Roman"/>
          <w:sz w:val="22"/>
        </w:rPr>
        <w:t xml:space="preserve"> (2026). DOI: </w:t>
      </w:r>
      <w:hyperlink r:id="rId24" w:history="1">
        <w:r w:rsidRPr="005A53C6">
          <w:rPr>
            <w:rStyle w:val="Hyperlink"/>
            <w:rFonts w:ascii="Times New Roman" w:hAnsi="Times New Roman"/>
            <w:sz w:val="22"/>
          </w:rPr>
          <w:t>https://doi.org/10.23967/j.rimni.2025.10.72244</w:t>
        </w:r>
      </w:hyperlink>
    </w:p>
    <w:p w14:paraId="154764E8" w14:textId="40D5EC59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Dhamodaran</w:t>
      </w:r>
      <w:proofErr w:type="spellEnd"/>
      <w:r w:rsidRPr="006F18B7">
        <w:rPr>
          <w:rFonts w:ascii="Times New Roman" w:hAnsi="Times New Roman"/>
          <w:sz w:val="22"/>
        </w:rPr>
        <w:t xml:space="preserve"> G.; </w:t>
      </w:r>
      <w:proofErr w:type="spellStart"/>
      <w:r w:rsidRPr="006F18B7">
        <w:rPr>
          <w:rFonts w:ascii="Times New Roman" w:hAnsi="Times New Roman"/>
          <w:sz w:val="22"/>
        </w:rPr>
        <w:t>Elumalai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Seetharaman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Murugan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D.K..</w:t>
      </w:r>
      <w:proofErr w:type="gramEnd"/>
      <w:r w:rsidRPr="006F18B7">
        <w:rPr>
          <w:rFonts w:ascii="Times New Roman" w:hAnsi="Times New Roman"/>
          <w:sz w:val="22"/>
        </w:rPr>
        <w:t xml:space="preserve"> "Catalytic enhancement of engine performance and sustainability using metallic nanoparticles with third-generation silkworm biodiesel." Environmental Progress and Sustainable Energy (2026). DOI: </w:t>
      </w:r>
      <w:hyperlink r:id="rId25" w:history="1">
        <w:r w:rsidRPr="005A53C6">
          <w:rPr>
            <w:rStyle w:val="Hyperlink"/>
            <w:rFonts w:ascii="Times New Roman" w:hAnsi="Times New Roman"/>
            <w:sz w:val="22"/>
          </w:rPr>
          <w:t>https://doi.org/10.1002/ep.70150</w:t>
        </w:r>
      </w:hyperlink>
    </w:p>
    <w:p w14:paraId="210B4068" w14:textId="46D067D4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Rangasami</w:t>
      </w:r>
      <w:proofErr w:type="spellEnd"/>
      <w:r w:rsidRPr="006F18B7">
        <w:rPr>
          <w:rFonts w:ascii="Times New Roman" w:hAnsi="Times New Roman"/>
          <w:sz w:val="22"/>
        </w:rPr>
        <w:t xml:space="preserve"> C.; </w:t>
      </w:r>
      <w:proofErr w:type="spellStart"/>
      <w:r w:rsidRPr="006F18B7">
        <w:rPr>
          <w:rFonts w:ascii="Times New Roman" w:hAnsi="Times New Roman"/>
          <w:sz w:val="22"/>
        </w:rPr>
        <w:t>Gunavathy</w:t>
      </w:r>
      <w:proofErr w:type="spellEnd"/>
      <w:r w:rsidRPr="006F18B7">
        <w:rPr>
          <w:rFonts w:ascii="Times New Roman" w:hAnsi="Times New Roman"/>
          <w:sz w:val="22"/>
        </w:rPr>
        <w:t xml:space="preserve"> K.V.; </w:t>
      </w:r>
      <w:proofErr w:type="spellStart"/>
      <w:r w:rsidRPr="006F18B7">
        <w:rPr>
          <w:rFonts w:ascii="Times New Roman" w:hAnsi="Times New Roman"/>
          <w:sz w:val="22"/>
        </w:rPr>
        <w:t>Arulanantham</w:t>
      </w:r>
      <w:proofErr w:type="spellEnd"/>
      <w:r w:rsidRPr="006F18B7">
        <w:rPr>
          <w:rFonts w:ascii="Times New Roman" w:hAnsi="Times New Roman"/>
          <w:sz w:val="22"/>
        </w:rPr>
        <w:t xml:space="preserve"> A.M.S.; </w:t>
      </w:r>
      <w:proofErr w:type="spellStart"/>
      <w:r w:rsidRPr="006F18B7">
        <w:rPr>
          <w:rFonts w:ascii="Times New Roman" w:hAnsi="Times New Roman"/>
          <w:sz w:val="22"/>
        </w:rPr>
        <w:t>Sayed</w:t>
      </w:r>
      <w:proofErr w:type="spellEnd"/>
      <w:r w:rsidRPr="006F18B7">
        <w:rPr>
          <w:rFonts w:ascii="Times New Roman" w:hAnsi="Times New Roman"/>
          <w:sz w:val="22"/>
        </w:rPr>
        <w:t xml:space="preserve"> M.A.; </w:t>
      </w:r>
      <w:proofErr w:type="spellStart"/>
      <w:r w:rsidRPr="006F18B7">
        <w:rPr>
          <w:rFonts w:ascii="Times New Roman" w:hAnsi="Times New Roman"/>
          <w:sz w:val="22"/>
        </w:rPr>
        <w:t>Shkir</w:t>
      </w:r>
      <w:proofErr w:type="spellEnd"/>
      <w:r w:rsidRPr="006F18B7">
        <w:rPr>
          <w:rFonts w:ascii="Times New Roman" w:hAnsi="Times New Roman"/>
          <w:sz w:val="22"/>
        </w:rPr>
        <w:t xml:space="preserve"> M.; Mani A.; </w:t>
      </w:r>
      <w:proofErr w:type="spellStart"/>
      <w:r w:rsidRPr="006F18B7">
        <w:rPr>
          <w:rFonts w:ascii="Times New Roman" w:hAnsi="Times New Roman"/>
          <w:sz w:val="22"/>
        </w:rPr>
        <w:t>Mohanraj</w:t>
      </w:r>
      <w:proofErr w:type="spellEnd"/>
      <w:r w:rsidRPr="006F18B7">
        <w:rPr>
          <w:rFonts w:ascii="Times New Roman" w:hAnsi="Times New Roman"/>
          <w:sz w:val="22"/>
        </w:rPr>
        <w:t xml:space="preserve"> P.. "Investigations on the temperature dependent </w:t>
      </w:r>
      <w:proofErr w:type="spellStart"/>
      <w:r w:rsidRPr="006F18B7">
        <w:rPr>
          <w:rFonts w:ascii="Times New Roman" w:hAnsi="Times New Roman"/>
          <w:sz w:val="22"/>
        </w:rPr>
        <w:t>opto</w:t>
      </w:r>
      <w:proofErr w:type="spellEnd"/>
      <w:r w:rsidRPr="006F18B7">
        <w:rPr>
          <w:rFonts w:ascii="Times New Roman" w:hAnsi="Times New Roman"/>
          <w:sz w:val="22"/>
        </w:rPr>
        <w:t xml:space="preserve">-electronic features of Cu2CoSnS4 thin films prepared through nebulizer assisted spray pyrolysis technique." Materials Chemistry and Physics (2026). DOI: </w:t>
      </w:r>
      <w:hyperlink r:id="rId26" w:history="1">
        <w:r w:rsidRPr="005A53C6">
          <w:rPr>
            <w:rStyle w:val="Hyperlink"/>
            <w:rFonts w:ascii="Times New Roman" w:hAnsi="Times New Roman"/>
            <w:sz w:val="22"/>
          </w:rPr>
          <w:t>https://doi.org/10.1016/j.matchemphys.2025.131535</w:t>
        </w:r>
      </w:hyperlink>
    </w:p>
    <w:p w14:paraId="7443A02E" w14:textId="48D994CD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Perumal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Rajkumar</w:t>
      </w:r>
      <w:proofErr w:type="spellEnd"/>
      <w:r w:rsidRPr="006F18B7">
        <w:rPr>
          <w:rFonts w:ascii="Times New Roman" w:hAnsi="Times New Roman"/>
          <w:sz w:val="22"/>
        </w:rPr>
        <w:t xml:space="preserve"> P.R.; </w:t>
      </w:r>
      <w:proofErr w:type="spellStart"/>
      <w:r w:rsidRPr="006F18B7">
        <w:rPr>
          <w:rFonts w:ascii="Times New Roman" w:hAnsi="Times New Roman"/>
          <w:sz w:val="22"/>
        </w:rPr>
        <w:t>Vignesh</w:t>
      </w:r>
      <w:proofErr w:type="spellEnd"/>
      <w:r w:rsidRPr="006F18B7">
        <w:rPr>
          <w:rFonts w:ascii="Times New Roman" w:hAnsi="Times New Roman"/>
          <w:sz w:val="22"/>
        </w:rPr>
        <w:t xml:space="preserve"> V.; </w:t>
      </w:r>
      <w:proofErr w:type="spellStart"/>
      <w:r w:rsidRPr="006F18B7">
        <w:rPr>
          <w:rFonts w:ascii="Times New Roman" w:hAnsi="Times New Roman"/>
          <w:sz w:val="22"/>
        </w:rPr>
        <w:t>Venkatesan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G..</w:t>
      </w:r>
      <w:proofErr w:type="gramEnd"/>
      <w:r w:rsidRPr="006F18B7">
        <w:rPr>
          <w:rFonts w:ascii="Times New Roman" w:hAnsi="Times New Roman"/>
          <w:sz w:val="22"/>
        </w:rPr>
        <w:t xml:space="preserve"> "Utilization of </w:t>
      </w:r>
      <w:proofErr w:type="spellStart"/>
      <w:r w:rsidRPr="006F18B7">
        <w:rPr>
          <w:rFonts w:ascii="Times New Roman" w:hAnsi="Times New Roman"/>
          <w:sz w:val="22"/>
        </w:rPr>
        <w:t>Solanum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Torvum</w:t>
      </w:r>
      <w:proofErr w:type="spellEnd"/>
      <w:r w:rsidRPr="006F18B7">
        <w:rPr>
          <w:rFonts w:ascii="Times New Roman" w:hAnsi="Times New Roman"/>
          <w:sz w:val="22"/>
        </w:rPr>
        <w:t xml:space="preserve"> Extract as a green corrosion inhibitor for enhancing mild steel resistance in acidic </w:t>
      </w:r>
      <w:proofErr w:type="spellStart"/>
      <w:r w:rsidRPr="006F18B7">
        <w:rPr>
          <w:rFonts w:ascii="Times New Roman" w:hAnsi="Times New Roman"/>
          <w:sz w:val="22"/>
        </w:rPr>
        <w:t>HCl</w:t>
      </w:r>
      <w:proofErr w:type="spellEnd"/>
      <w:r w:rsidRPr="006F18B7">
        <w:rPr>
          <w:rFonts w:ascii="Times New Roman" w:hAnsi="Times New Roman"/>
          <w:sz w:val="22"/>
        </w:rPr>
        <w:t xml:space="preserve"> medium: A sustainable approach." Proceedings of the Institution of Mechanical Engineers, Part C: Journal of Mechanical Engineering Science (2026). DOI: </w:t>
      </w:r>
      <w:hyperlink r:id="rId27" w:history="1">
        <w:r w:rsidRPr="005A53C6">
          <w:rPr>
            <w:rStyle w:val="Hyperlink"/>
            <w:rFonts w:ascii="Times New Roman" w:hAnsi="Times New Roman"/>
            <w:sz w:val="22"/>
          </w:rPr>
          <w:t>https://doi.org/10.1177/09544062251392078</w:t>
        </w:r>
      </w:hyperlink>
    </w:p>
    <w:p w14:paraId="57CB5052" w14:textId="3A378358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r w:rsidRPr="006F18B7">
        <w:rPr>
          <w:rFonts w:ascii="Times New Roman" w:hAnsi="Times New Roman"/>
          <w:sz w:val="22"/>
        </w:rPr>
        <w:t xml:space="preserve">C R.; P S.; P </w:t>
      </w:r>
      <w:proofErr w:type="gramStart"/>
      <w:r w:rsidRPr="006F18B7">
        <w:rPr>
          <w:rFonts w:ascii="Times New Roman" w:hAnsi="Times New Roman"/>
          <w:sz w:val="22"/>
        </w:rPr>
        <w:t>V.M..</w:t>
      </w:r>
      <w:proofErr w:type="gramEnd"/>
      <w:r w:rsidRPr="006F18B7">
        <w:rPr>
          <w:rFonts w:ascii="Times New Roman" w:hAnsi="Times New Roman"/>
          <w:sz w:val="22"/>
        </w:rPr>
        <w:t xml:space="preserve"> "Friction stir processing of AZ91 magnesium alloy using </w:t>
      </w:r>
      <w:proofErr w:type="spellStart"/>
      <w:r w:rsidRPr="006F18B7">
        <w:rPr>
          <w:rFonts w:ascii="Times New Roman" w:hAnsi="Times New Roman"/>
          <w:sz w:val="22"/>
        </w:rPr>
        <w:t>SiC</w:t>
      </w:r>
      <w:proofErr w:type="spellEnd"/>
      <w:r w:rsidRPr="006F18B7">
        <w:rPr>
          <w:rFonts w:ascii="Times New Roman" w:hAnsi="Times New Roman"/>
          <w:sz w:val="22"/>
        </w:rPr>
        <w:t xml:space="preserve"> and Si3N4 with hybrid ceramic reinforcements: Enhanced mechanical properties." Journal of Mechanical Science and Technology (2026). DOI: </w:t>
      </w:r>
      <w:hyperlink r:id="rId28" w:history="1">
        <w:r w:rsidRPr="005A53C6">
          <w:rPr>
            <w:rStyle w:val="Hyperlink"/>
            <w:rFonts w:ascii="Times New Roman" w:hAnsi="Times New Roman"/>
            <w:sz w:val="22"/>
          </w:rPr>
          <w:t>https://doi.org/10.1007/s12206-026-0131-2</w:t>
        </w:r>
      </w:hyperlink>
    </w:p>
    <w:p w14:paraId="1000B6A5" w14:textId="1469787A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Naganathan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Jayaprakash</w:t>
      </w:r>
      <w:proofErr w:type="spellEnd"/>
      <w:r w:rsidRPr="006F18B7">
        <w:rPr>
          <w:rFonts w:ascii="Times New Roman" w:hAnsi="Times New Roman"/>
          <w:sz w:val="22"/>
        </w:rPr>
        <w:t xml:space="preserve"> G.; </w:t>
      </w:r>
      <w:proofErr w:type="spellStart"/>
      <w:r w:rsidRPr="006F18B7">
        <w:rPr>
          <w:rFonts w:ascii="Times New Roman" w:hAnsi="Times New Roman"/>
          <w:sz w:val="22"/>
        </w:rPr>
        <w:t>Thilak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Manikandan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D..</w:t>
      </w:r>
      <w:proofErr w:type="gramEnd"/>
      <w:r w:rsidRPr="006F18B7">
        <w:rPr>
          <w:rFonts w:ascii="Times New Roman" w:hAnsi="Times New Roman"/>
          <w:sz w:val="22"/>
        </w:rPr>
        <w:t xml:space="preserve"> "Enhanced plasma arc machining performance for improved surface characteristics of SS304 using nickel </w:t>
      </w:r>
      <w:proofErr w:type="spellStart"/>
      <w:r w:rsidRPr="006F18B7">
        <w:rPr>
          <w:rFonts w:ascii="Times New Roman" w:hAnsi="Times New Roman"/>
          <w:sz w:val="22"/>
        </w:rPr>
        <w:t>nano</w:t>
      </w:r>
      <w:proofErr w:type="spellEnd"/>
      <w:r w:rsidRPr="006F18B7">
        <w:rPr>
          <w:rFonts w:ascii="Times New Roman" w:hAnsi="Times New Roman"/>
          <w:sz w:val="22"/>
        </w:rPr>
        <w:t xml:space="preserve">-coated copper nozzle." Surface Engineering (2026). DOI: </w:t>
      </w:r>
      <w:hyperlink r:id="rId29" w:history="1">
        <w:r w:rsidRPr="005A53C6">
          <w:rPr>
            <w:rStyle w:val="Hyperlink"/>
            <w:rFonts w:ascii="Times New Roman" w:hAnsi="Times New Roman"/>
            <w:sz w:val="22"/>
          </w:rPr>
          <w:t>https://doi.org/10.1177/02670844251412168</w:t>
        </w:r>
      </w:hyperlink>
    </w:p>
    <w:p w14:paraId="4B97412B" w14:textId="0B8011F2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r w:rsidRPr="006F18B7">
        <w:rPr>
          <w:rFonts w:ascii="Times New Roman" w:hAnsi="Times New Roman"/>
          <w:sz w:val="22"/>
        </w:rPr>
        <w:t xml:space="preserve">Naveen Kumar T.R.; </w:t>
      </w:r>
      <w:proofErr w:type="spellStart"/>
      <w:r w:rsidRPr="006F18B7">
        <w:rPr>
          <w:rFonts w:ascii="Times New Roman" w:hAnsi="Times New Roman"/>
          <w:sz w:val="22"/>
        </w:rPr>
        <w:t>Nitesh</w:t>
      </w:r>
      <w:proofErr w:type="spellEnd"/>
      <w:r w:rsidRPr="006F18B7">
        <w:rPr>
          <w:rFonts w:ascii="Times New Roman" w:hAnsi="Times New Roman"/>
          <w:sz w:val="22"/>
        </w:rPr>
        <w:t xml:space="preserve"> P.; </w:t>
      </w:r>
      <w:proofErr w:type="spellStart"/>
      <w:r w:rsidRPr="006F18B7">
        <w:rPr>
          <w:rFonts w:ascii="Times New Roman" w:hAnsi="Times New Roman"/>
          <w:sz w:val="22"/>
        </w:rPr>
        <w:t>Sengottaiyan</w:t>
      </w:r>
      <w:proofErr w:type="spellEnd"/>
      <w:r w:rsidRPr="006F18B7">
        <w:rPr>
          <w:rFonts w:ascii="Times New Roman" w:hAnsi="Times New Roman"/>
          <w:sz w:val="22"/>
        </w:rPr>
        <w:t xml:space="preserve"> C.; Abraham D.A.; </w:t>
      </w:r>
      <w:proofErr w:type="spellStart"/>
      <w:r w:rsidRPr="006F18B7">
        <w:rPr>
          <w:rFonts w:ascii="Times New Roman" w:hAnsi="Times New Roman"/>
          <w:sz w:val="22"/>
        </w:rPr>
        <w:t>Thirumurugan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Kandasamy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Kavinkumar</w:t>
      </w:r>
      <w:proofErr w:type="spellEnd"/>
      <w:r w:rsidRPr="006F18B7">
        <w:rPr>
          <w:rFonts w:ascii="Times New Roman" w:hAnsi="Times New Roman"/>
          <w:sz w:val="22"/>
        </w:rPr>
        <w:t xml:space="preserve"> T.. "Dual-active </w:t>
      </w:r>
      <w:proofErr w:type="gramStart"/>
      <w:r w:rsidRPr="006F18B7">
        <w:rPr>
          <w:rFonts w:ascii="Times New Roman" w:hAnsi="Times New Roman"/>
          <w:sz w:val="22"/>
        </w:rPr>
        <w:t>CuCo2S4@Ni(</w:t>
      </w:r>
      <w:proofErr w:type="gramEnd"/>
      <w:r w:rsidRPr="006F18B7">
        <w:rPr>
          <w:rFonts w:ascii="Times New Roman" w:hAnsi="Times New Roman"/>
          <w:sz w:val="22"/>
        </w:rPr>
        <w:t xml:space="preserve">OH)2 </w:t>
      </w:r>
      <w:proofErr w:type="spellStart"/>
      <w:r w:rsidRPr="006F18B7">
        <w:rPr>
          <w:rFonts w:ascii="Times New Roman" w:hAnsi="Times New Roman"/>
          <w:sz w:val="22"/>
        </w:rPr>
        <w:t>heterojunctions</w:t>
      </w:r>
      <w:proofErr w:type="spellEnd"/>
      <w:r w:rsidRPr="006F18B7">
        <w:rPr>
          <w:rFonts w:ascii="Times New Roman" w:hAnsi="Times New Roman"/>
          <w:sz w:val="22"/>
        </w:rPr>
        <w:t xml:space="preserve"> for sustainable </w:t>
      </w:r>
      <w:r w:rsidRPr="006F18B7">
        <w:rPr>
          <w:rFonts w:ascii="Times New Roman" w:hAnsi="Times New Roman"/>
          <w:sz w:val="22"/>
        </w:rPr>
        <w:lastRenderedPageBreak/>
        <w:t xml:space="preserve">hydrogen production via alkaline and seawater electrolysis." International Journal of Hydrogen Energy (2026). DOI: </w:t>
      </w:r>
      <w:hyperlink r:id="rId30" w:history="1">
        <w:r w:rsidRPr="005A53C6">
          <w:rPr>
            <w:rStyle w:val="Hyperlink"/>
            <w:rFonts w:ascii="Times New Roman" w:hAnsi="Times New Roman"/>
            <w:sz w:val="22"/>
          </w:rPr>
          <w:t>https://doi.org/10.1016/j.ijhydene.2026.153861</w:t>
        </w:r>
      </w:hyperlink>
    </w:p>
    <w:p w14:paraId="48CA64D3" w14:textId="7E71E1A9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r w:rsidRPr="006F18B7">
        <w:rPr>
          <w:rFonts w:ascii="Times New Roman" w:hAnsi="Times New Roman"/>
          <w:sz w:val="22"/>
        </w:rPr>
        <w:t xml:space="preserve">Singh P.K.; </w:t>
      </w:r>
      <w:proofErr w:type="spellStart"/>
      <w:r w:rsidRPr="006F18B7">
        <w:rPr>
          <w:rFonts w:ascii="Times New Roman" w:hAnsi="Times New Roman"/>
          <w:sz w:val="22"/>
        </w:rPr>
        <w:t>Kedia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Karthikeyan</w:t>
      </w:r>
      <w:proofErr w:type="spellEnd"/>
      <w:r w:rsidRPr="006F18B7">
        <w:rPr>
          <w:rFonts w:ascii="Times New Roman" w:hAnsi="Times New Roman"/>
          <w:sz w:val="22"/>
        </w:rPr>
        <w:t xml:space="preserve"> M.G.; Angel B.; </w:t>
      </w:r>
      <w:proofErr w:type="spellStart"/>
      <w:r w:rsidRPr="006F18B7">
        <w:rPr>
          <w:rFonts w:ascii="Times New Roman" w:hAnsi="Times New Roman"/>
          <w:sz w:val="22"/>
        </w:rPr>
        <w:t>Manimaran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Vengadesan</w:t>
      </w:r>
      <w:proofErr w:type="spellEnd"/>
      <w:r w:rsidRPr="006F18B7">
        <w:rPr>
          <w:rFonts w:ascii="Times New Roman" w:hAnsi="Times New Roman"/>
          <w:sz w:val="22"/>
        </w:rPr>
        <w:t xml:space="preserve"> E.; </w:t>
      </w:r>
      <w:proofErr w:type="spellStart"/>
      <w:r w:rsidRPr="006F18B7">
        <w:rPr>
          <w:rFonts w:ascii="Times New Roman" w:hAnsi="Times New Roman"/>
          <w:sz w:val="22"/>
        </w:rPr>
        <w:t>Kannan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Ayyar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Gnanasekaran</w:t>
      </w:r>
      <w:proofErr w:type="spellEnd"/>
      <w:r w:rsidRPr="006F18B7">
        <w:rPr>
          <w:rFonts w:ascii="Times New Roman" w:hAnsi="Times New Roman"/>
          <w:sz w:val="22"/>
        </w:rPr>
        <w:t xml:space="preserve"> L.; Vishnu S.K.; </w:t>
      </w:r>
      <w:proofErr w:type="spellStart"/>
      <w:r w:rsidRPr="006F18B7">
        <w:rPr>
          <w:rFonts w:ascii="Times New Roman" w:hAnsi="Times New Roman"/>
          <w:sz w:val="22"/>
        </w:rPr>
        <w:t>Barmavatu</w:t>
      </w:r>
      <w:proofErr w:type="spellEnd"/>
      <w:r w:rsidRPr="006F18B7">
        <w:rPr>
          <w:rFonts w:ascii="Times New Roman" w:hAnsi="Times New Roman"/>
          <w:sz w:val="22"/>
        </w:rPr>
        <w:t xml:space="preserve"> P.. "Enhanced Agricultural Drying using Evacuated Tube Solar Dryer with Tri-Hybrid </w:t>
      </w:r>
      <w:proofErr w:type="spellStart"/>
      <w:r w:rsidRPr="006F18B7">
        <w:rPr>
          <w:rFonts w:ascii="Times New Roman" w:hAnsi="Times New Roman"/>
          <w:sz w:val="22"/>
        </w:rPr>
        <w:t>Nanofluids</w:t>
      </w:r>
      <w:proofErr w:type="spellEnd"/>
      <w:r w:rsidRPr="006F18B7">
        <w:rPr>
          <w:rFonts w:ascii="Times New Roman" w:hAnsi="Times New Roman"/>
          <w:sz w:val="22"/>
        </w:rPr>
        <w:t xml:space="preserve"> and PCM Heat Storage." Heat and Mass Transfer/</w:t>
      </w:r>
      <w:proofErr w:type="spellStart"/>
      <w:r w:rsidRPr="006F18B7">
        <w:rPr>
          <w:rFonts w:ascii="Times New Roman" w:hAnsi="Times New Roman"/>
          <w:sz w:val="22"/>
        </w:rPr>
        <w:t>Waerme</w:t>
      </w:r>
      <w:proofErr w:type="spellEnd"/>
      <w:r w:rsidRPr="006F18B7">
        <w:rPr>
          <w:rFonts w:ascii="Times New Roman" w:hAnsi="Times New Roman"/>
          <w:sz w:val="22"/>
        </w:rPr>
        <w:t xml:space="preserve">- und </w:t>
      </w:r>
      <w:proofErr w:type="spellStart"/>
      <w:r w:rsidRPr="006F18B7">
        <w:rPr>
          <w:rFonts w:ascii="Times New Roman" w:hAnsi="Times New Roman"/>
          <w:sz w:val="22"/>
        </w:rPr>
        <w:t>Stoffuebertragung</w:t>
      </w:r>
      <w:proofErr w:type="spellEnd"/>
      <w:r w:rsidRPr="006F18B7">
        <w:rPr>
          <w:rFonts w:ascii="Times New Roman" w:hAnsi="Times New Roman"/>
          <w:sz w:val="22"/>
        </w:rPr>
        <w:t xml:space="preserve"> (2026). DOI: </w:t>
      </w:r>
      <w:hyperlink r:id="rId31" w:history="1">
        <w:r w:rsidRPr="005A53C6">
          <w:rPr>
            <w:rStyle w:val="Hyperlink"/>
            <w:rFonts w:ascii="Times New Roman" w:hAnsi="Times New Roman"/>
            <w:sz w:val="22"/>
          </w:rPr>
          <w:t>https://doi.org/10.1007/s00231-026-03669-6</w:t>
        </w:r>
      </w:hyperlink>
    </w:p>
    <w:p w14:paraId="4AE46D65" w14:textId="494AEA66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Subesh</w:t>
      </w:r>
      <w:proofErr w:type="spellEnd"/>
      <w:r w:rsidRPr="006F18B7">
        <w:rPr>
          <w:rFonts w:ascii="Times New Roman" w:hAnsi="Times New Roman"/>
          <w:sz w:val="22"/>
        </w:rPr>
        <w:t xml:space="preserve"> T.; </w:t>
      </w:r>
      <w:proofErr w:type="spellStart"/>
      <w:r w:rsidRPr="006F18B7">
        <w:rPr>
          <w:rFonts w:ascii="Times New Roman" w:hAnsi="Times New Roman"/>
          <w:sz w:val="22"/>
        </w:rPr>
        <w:t>Rajamani</w:t>
      </w:r>
      <w:proofErr w:type="spellEnd"/>
      <w:r w:rsidRPr="006F18B7">
        <w:rPr>
          <w:rFonts w:ascii="Times New Roman" w:hAnsi="Times New Roman"/>
          <w:sz w:val="22"/>
        </w:rPr>
        <w:t xml:space="preserve"> D.; Siva Kumar M</w:t>
      </w:r>
      <w:proofErr w:type="gramStart"/>
      <w:r w:rsidRPr="006F18B7">
        <w:rPr>
          <w:rFonts w:ascii="Times New Roman" w:hAnsi="Times New Roman"/>
          <w:sz w:val="22"/>
        </w:rPr>
        <w:t>..</w:t>
      </w:r>
      <w:proofErr w:type="gramEnd"/>
      <w:r w:rsidRPr="006F18B7">
        <w:rPr>
          <w:rFonts w:ascii="Times New Roman" w:hAnsi="Times New Roman"/>
          <w:sz w:val="22"/>
        </w:rPr>
        <w:t xml:space="preserve"> "AWJM of MWCNT filled Mg-FMLs: Experimental investigations and optimization through GWO algorithm." Materials and Manufacturing Processes (2026). DOI: </w:t>
      </w:r>
      <w:hyperlink r:id="rId32" w:history="1">
        <w:r w:rsidRPr="005A53C6">
          <w:rPr>
            <w:rStyle w:val="Hyperlink"/>
            <w:rFonts w:ascii="Times New Roman" w:hAnsi="Times New Roman"/>
            <w:sz w:val="22"/>
          </w:rPr>
          <w:t>https://doi.org/10.1080/10426914.2026.2660079</w:t>
        </w:r>
      </w:hyperlink>
    </w:p>
    <w:p w14:paraId="5FEC8694" w14:textId="4497A640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Aravinth</w:t>
      </w:r>
      <w:proofErr w:type="spellEnd"/>
      <w:r w:rsidRPr="006F18B7">
        <w:rPr>
          <w:rFonts w:ascii="Times New Roman" w:hAnsi="Times New Roman"/>
          <w:sz w:val="22"/>
        </w:rPr>
        <w:t xml:space="preserve"> K.; Raja S.; </w:t>
      </w:r>
      <w:proofErr w:type="spellStart"/>
      <w:r w:rsidRPr="006F18B7">
        <w:rPr>
          <w:rFonts w:ascii="Times New Roman" w:hAnsi="Times New Roman"/>
          <w:sz w:val="22"/>
        </w:rPr>
        <w:t>Kandasamy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Bhargav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P.B..</w:t>
      </w:r>
      <w:proofErr w:type="gramEnd"/>
      <w:r w:rsidRPr="006F18B7">
        <w:rPr>
          <w:rFonts w:ascii="Times New Roman" w:hAnsi="Times New Roman"/>
          <w:sz w:val="22"/>
        </w:rPr>
        <w:t xml:space="preserve"> "Physicochemical and computational studies of diamond-like quaternary </w:t>
      </w:r>
      <w:proofErr w:type="spellStart"/>
      <w:r w:rsidRPr="006F18B7">
        <w:rPr>
          <w:rFonts w:ascii="Times New Roman" w:hAnsi="Times New Roman"/>
          <w:sz w:val="22"/>
        </w:rPr>
        <w:t>chalcogenide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CsCd₄In₅Te</w:t>
      </w:r>
      <w:proofErr w:type="spellEnd"/>
      <w:r w:rsidRPr="006F18B7">
        <w:rPr>
          <w:rFonts w:ascii="Times New Roman" w:hAnsi="Times New Roman"/>
          <w:sz w:val="22"/>
        </w:rPr>
        <w:t xml:space="preserve">₁₂." Journal of Alloys and Compounds (2026). DOI: </w:t>
      </w:r>
      <w:hyperlink r:id="rId33" w:history="1">
        <w:r w:rsidRPr="005A53C6">
          <w:rPr>
            <w:rStyle w:val="Hyperlink"/>
            <w:rFonts w:ascii="Times New Roman" w:hAnsi="Times New Roman"/>
            <w:sz w:val="22"/>
          </w:rPr>
          <w:t>https://doi.org/10.1016/j.jallcom.2026.185989</w:t>
        </w:r>
      </w:hyperlink>
    </w:p>
    <w:p w14:paraId="6EFD97D5" w14:textId="11E3CD4C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Moorthy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Subbiah</w:t>
      </w:r>
      <w:proofErr w:type="spellEnd"/>
      <w:r w:rsidRPr="006F18B7">
        <w:rPr>
          <w:rFonts w:ascii="Times New Roman" w:hAnsi="Times New Roman"/>
          <w:sz w:val="22"/>
        </w:rPr>
        <w:t xml:space="preserve"> D.; </w:t>
      </w:r>
      <w:proofErr w:type="spellStart"/>
      <w:r w:rsidRPr="006F18B7">
        <w:rPr>
          <w:rFonts w:ascii="Times New Roman" w:hAnsi="Times New Roman"/>
          <w:sz w:val="22"/>
        </w:rPr>
        <w:t>Nallusamy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Myilsamy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Durairaj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Ramaswamy</w:t>
      </w:r>
      <w:proofErr w:type="spellEnd"/>
      <w:r w:rsidRPr="006F18B7">
        <w:rPr>
          <w:rFonts w:ascii="Times New Roman" w:hAnsi="Times New Roman"/>
          <w:sz w:val="22"/>
        </w:rPr>
        <w:t xml:space="preserve"> K.. "Comprehensive investigation on the influence of friction welding parameters on the mechanical integrity, microstructural evolution, and phase stability of AISI 304 austenitic stainless-steel joints." International Journal of Advanced Manufacturing Technology (2026). DOI: </w:t>
      </w:r>
      <w:hyperlink r:id="rId34" w:history="1">
        <w:r w:rsidRPr="005A53C6">
          <w:rPr>
            <w:rStyle w:val="Hyperlink"/>
            <w:rFonts w:ascii="Times New Roman" w:hAnsi="Times New Roman"/>
            <w:sz w:val="22"/>
          </w:rPr>
          <w:t>https://doi.org/10.1007/s00170-026-17465-3</w:t>
        </w:r>
      </w:hyperlink>
    </w:p>
    <w:p w14:paraId="2287036F" w14:textId="2AB2602E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Jayapriya</w:t>
      </w:r>
      <w:proofErr w:type="spellEnd"/>
      <w:r w:rsidRPr="006F18B7">
        <w:rPr>
          <w:rFonts w:ascii="Times New Roman" w:hAnsi="Times New Roman"/>
          <w:sz w:val="22"/>
        </w:rPr>
        <w:t xml:space="preserve"> J.; </w:t>
      </w:r>
      <w:proofErr w:type="spellStart"/>
      <w:r w:rsidRPr="006F18B7">
        <w:rPr>
          <w:rFonts w:ascii="Times New Roman" w:hAnsi="Times New Roman"/>
          <w:sz w:val="22"/>
        </w:rPr>
        <w:t>Viruthagiri</w:t>
      </w:r>
      <w:proofErr w:type="spellEnd"/>
      <w:r w:rsidRPr="006F18B7">
        <w:rPr>
          <w:rFonts w:ascii="Times New Roman" w:hAnsi="Times New Roman"/>
          <w:sz w:val="22"/>
        </w:rPr>
        <w:t xml:space="preserve"> G.; </w:t>
      </w:r>
      <w:proofErr w:type="spellStart"/>
      <w:r w:rsidRPr="006F18B7">
        <w:rPr>
          <w:rFonts w:ascii="Times New Roman" w:hAnsi="Times New Roman"/>
          <w:sz w:val="22"/>
        </w:rPr>
        <w:t>Durairaj</w:t>
      </w:r>
      <w:proofErr w:type="spellEnd"/>
      <w:r w:rsidRPr="006F18B7">
        <w:rPr>
          <w:rFonts w:ascii="Times New Roman" w:hAnsi="Times New Roman"/>
          <w:sz w:val="22"/>
        </w:rPr>
        <w:t xml:space="preserve"> N.; </w:t>
      </w:r>
      <w:proofErr w:type="spellStart"/>
      <w:r w:rsidRPr="006F18B7">
        <w:rPr>
          <w:rFonts w:ascii="Times New Roman" w:hAnsi="Times New Roman"/>
          <w:sz w:val="22"/>
        </w:rPr>
        <w:t>Moorthy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Babu</w:t>
      </w:r>
      <w:proofErr w:type="spellEnd"/>
      <w:r w:rsidRPr="006F18B7">
        <w:rPr>
          <w:rFonts w:ascii="Times New Roman" w:hAnsi="Times New Roman"/>
          <w:sz w:val="22"/>
        </w:rPr>
        <w:t xml:space="preserve"> S.; Raja S.. "Enhanced visible-light-driven </w:t>
      </w:r>
      <w:proofErr w:type="spellStart"/>
      <w:r w:rsidRPr="006F18B7">
        <w:rPr>
          <w:rFonts w:ascii="Times New Roman" w:hAnsi="Times New Roman"/>
          <w:sz w:val="22"/>
        </w:rPr>
        <w:t>photocatalytic</w:t>
      </w:r>
      <w:proofErr w:type="spellEnd"/>
      <w:r w:rsidRPr="006F18B7">
        <w:rPr>
          <w:rFonts w:ascii="Times New Roman" w:hAnsi="Times New Roman"/>
          <w:sz w:val="22"/>
        </w:rPr>
        <w:t xml:space="preserve"> performance of g-C3N4/BaTiO3 hybrids for efficient organic dye degradation." Journal of Physics and Chemistry of Solids (2026). DOI: </w:t>
      </w:r>
      <w:hyperlink r:id="rId35" w:history="1">
        <w:r w:rsidRPr="005A53C6">
          <w:rPr>
            <w:rStyle w:val="Hyperlink"/>
            <w:rFonts w:ascii="Times New Roman" w:hAnsi="Times New Roman"/>
            <w:sz w:val="22"/>
          </w:rPr>
          <w:t>https://doi.org/10.1016/j.jpcs.2025.113063</w:t>
        </w:r>
      </w:hyperlink>
    </w:p>
    <w:p w14:paraId="53A91BD6" w14:textId="7B2B3A19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Parastesh</w:t>
      </w:r>
      <w:proofErr w:type="spellEnd"/>
      <w:r w:rsidRPr="006F18B7">
        <w:rPr>
          <w:rFonts w:ascii="Times New Roman" w:hAnsi="Times New Roman"/>
          <w:sz w:val="22"/>
        </w:rPr>
        <w:t xml:space="preserve"> F.; Pham V.-T.;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Jafari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S..</w:t>
      </w:r>
      <w:proofErr w:type="gramEnd"/>
      <w:r w:rsidRPr="006F18B7">
        <w:rPr>
          <w:rFonts w:ascii="Times New Roman" w:hAnsi="Times New Roman"/>
          <w:sz w:val="22"/>
        </w:rPr>
        <w:t xml:space="preserve"> "Rich nonlinear dynamics of </w:t>
      </w:r>
      <w:proofErr w:type="spellStart"/>
      <w:r w:rsidRPr="006F18B7">
        <w:rPr>
          <w:rFonts w:ascii="Times New Roman" w:hAnsi="Times New Roman"/>
          <w:sz w:val="22"/>
        </w:rPr>
        <w:t>memristively</w:t>
      </w:r>
      <w:proofErr w:type="spellEnd"/>
      <w:r w:rsidRPr="006F18B7">
        <w:rPr>
          <w:rFonts w:ascii="Times New Roman" w:hAnsi="Times New Roman"/>
          <w:sz w:val="22"/>
        </w:rPr>
        <w:t xml:space="preserve"> coupled </w:t>
      </w:r>
      <w:proofErr w:type="spellStart"/>
      <w:r w:rsidRPr="006F18B7">
        <w:rPr>
          <w:rFonts w:ascii="Times New Roman" w:hAnsi="Times New Roman"/>
          <w:sz w:val="22"/>
        </w:rPr>
        <w:t>Chialvo</w:t>
      </w:r>
      <w:proofErr w:type="spellEnd"/>
      <w:r w:rsidRPr="006F18B7">
        <w:rPr>
          <w:rFonts w:ascii="Times New Roman" w:hAnsi="Times New Roman"/>
          <w:sz w:val="22"/>
        </w:rPr>
        <w:t xml:space="preserve"> maps using a novel second-order discrete </w:t>
      </w:r>
      <w:proofErr w:type="spellStart"/>
      <w:r w:rsidRPr="006F18B7">
        <w:rPr>
          <w:rFonts w:ascii="Times New Roman" w:hAnsi="Times New Roman"/>
          <w:sz w:val="22"/>
        </w:rPr>
        <w:t>memristor</w:t>
      </w:r>
      <w:proofErr w:type="spellEnd"/>
      <w:r w:rsidRPr="006F18B7">
        <w:rPr>
          <w:rFonts w:ascii="Times New Roman" w:hAnsi="Times New Roman"/>
          <w:sz w:val="22"/>
        </w:rPr>
        <w:t xml:space="preserve">." European Physical Journal Plus (2026). DOI: </w:t>
      </w:r>
      <w:hyperlink r:id="rId36" w:history="1">
        <w:r w:rsidRPr="005A53C6">
          <w:rPr>
            <w:rStyle w:val="Hyperlink"/>
            <w:rFonts w:ascii="Times New Roman" w:hAnsi="Times New Roman"/>
            <w:sz w:val="22"/>
          </w:rPr>
          <w:t>https://doi.org/10.1140/epjp/s13360-026-07728-z</w:t>
        </w:r>
      </w:hyperlink>
    </w:p>
    <w:p w14:paraId="7C6EABDA" w14:textId="51513DF3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Geetha</w:t>
      </w:r>
      <w:proofErr w:type="spellEnd"/>
      <w:r w:rsidRPr="006F18B7">
        <w:rPr>
          <w:rFonts w:ascii="Times New Roman" w:hAnsi="Times New Roman"/>
          <w:sz w:val="22"/>
        </w:rPr>
        <w:t xml:space="preserve"> T.S.; </w:t>
      </w:r>
      <w:proofErr w:type="spellStart"/>
      <w:r w:rsidRPr="006F18B7">
        <w:rPr>
          <w:rFonts w:ascii="Times New Roman" w:hAnsi="Times New Roman"/>
          <w:sz w:val="22"/>
        </w:rPr>
        <w:t>Chellaswamy</w:t>
      </w:r>
      <w:proofErr w:type="spellEnd"/>
      <w:r w:rsidRPr="006F18B7">
        <w:rPr>
          <w:rFonts w:ascii="Times New Roman" w:hAnsi="Times New Roman"/>
          <w:sz w:val="22"/>
        </w:rPr>
        <w:t xml:space="preserve"> C.; </w:t>
      </w:r>
      <w:proofErr w:type="spellStart"/>
      <w:r w:rsidRPr="006F18B7">
        <w:rPr>
          <w:rFonts w:ascii="Times New Roman" w:hAnsi="Times New Roman"/>
          <w:sz w:val="22"/>
        </w:rPr>
        <w:t>Kaliraja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T..</w:t>
      </w:r>
      <w:proofErr w:type="gramEnd"/>
      <w:r w:rsidRPr="006F18B7">
        <w:rPr>
          <w:rFonts w:ascii="Times New Roman" w:hAnsi="Times New Roman"/>
          <w:sz w:val="22"/>
        </w:rPr>
        <w:t xml:space="preserve"> "Pre-emption system for emergency medical service vehicles: a deep learning approach." International Journal of General Systems (2026). DOI: </w:t>
      </w:r>
      <w:hyperlink r:id="rId37" w:history="1">
        <w:r w:rsidRPr="005A53C6">
          <w:rPr>
            <w:rStyle w:val="Hyperlink"/>
            <w:rFonts w:ascii="Times New Roman" w:hAnsi="Times New Roman"/>
            <w:sz w:val="22"/>
          </w:rPr>
          <w:t>https://doi.org/10.1080/03081079.2025.2481898</w:t>
        </w:r>
      </w:hyperlink>
    </w:p>
    <w:p w14:paraId="791791A3" w14:textId="09A9BDD1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Shobana</w:t>
      </w:r>
      <w:proofErr w:type="spellEnd"/>
      <w:r w:rsidRPr="006F18B7">
        <w:rPr>
          <w:rFonts w:ascii="Times New Roman" w:hAnsi="Times New Roman"/>
          <w:sz w:val="22"/>
        </w:rPr>
        <w:t xml:space="preserve"> B.; </w:t>
      </w:r>
      <w:proofErr w:type="spellStart"/>
      <w:r w:rsidRPr="006F18B7">
        <w:rPr>
          <w:rFonts w:ascii="Times New Roman" w:hAnsi="Times New Roman"/>
          <w:sz w:val="22"/>
        </w:rPr>
        <w:t>Muthukrishnan</w:t>
      </w:r>
      <w:proofErr w:type="spellEnd"/>
      <w:r w:rsidRPr="006F18B7">
        <w:rPr>
          <w:rFonts w:ascii="Times New Roman" w:hAnsi="Times New Roman"/>
          <w:sz w:val="22"/>
        </w:rPr>
        <w:t xml:space="preserve"> P.; </w:t>
      </w:r>
      <w:proofErr w:type="spellStart"/>
      <w:r w:rsidRPr="006F18B7">
        <w:rPr>
          <w:rFonts w:ascii="Times New Roman" w:hAnsi="Times New Roman"/>
          <w:sz w:val="22"/>
        </w:rPr>
        <w:t>Jeyaprabha</w:t>
      </w:r>
      <w:proofErr w:type="spellEnd"/>
      <w:r w:rsidRPr="006F18B7">
        <w:rPr>
          <w:rFonts w:ascii="Times New Roman" w:hAnsi="Times New Roman"/>
          <w:sz w:val="22"/>
        </w:rPr>
        <w:t xml:space="preserve"> B.; Prakash </w:t>
      </w:r>
      <w:proofErr w:type="gramStart"/>
      <w:r w:rsidRPr="006F18B7">
        <w:rPr>
          <w:rFonts w:ascii="Times New Roman" w:hAnsi="Times New Roman"/>
          <w:sz w:val="22"/>
        </w:rPr>
        <w:t>P..</w:t>
      </w:r>
      <w:proofErr w:type="gramEnd"/>
      <w:r w:rsidRPr="006F18B7">
        <w:rPr>
          <w:rFonts w:ascii="Times New Roman" w:hAnsi="Times New Roman"/>
          <w:sz w:val="22"/>
        </w:rPr>
        <w:t xml:space="preserve"> "Interface-tailored Ni@V2O5/α-Mo2CTx hybrid </w:t>
      </w:r>
      <w:proofErr w:type="spellStart"/>
      <w:r w:rsidRPr="006F18B7">
        <w:rPr>
          <w:rFonts w:ascii="Times New Roman" w:hAnsi="Times New Roman"/>
          <w:sz w:val="22"/>
        </w:rPr>
        <w:t>photoanodes</w:t>
      </w:r>
      <w:proofErr w:type="spellEnd"/>
      <w:r w:rsidRPr="006F18B7">
        <w:rPr>
          <w:rFonts w:ascii="Times New Roman" w:hAnsi="Times New Roman"/>
          <w:sz w:val="22"/>
        </w:rPr>
        <w:t xml:space="preserve"> for high-performance electrochemical sensing of trace-level lactic acid monitoring in food matrix." Journal of Industrial and Engineering Chemistry (2026). DOI: </w:t>
      </w:r>
      <w:hyperlink r:id="rId38" w:history="1">
        <w:r w:rsidRPr="005A53C6">
          <w:rPr>
            <w:rStyle w:val="Hyperlink"/>
            <w:rFonts w:ascii="Times New Roman" w:hAnsi="Times New Roman"/>
            <w:sz w:val="22"/>
          </w:rPr>
          <w:t>https://doi.org/10.1016/j.jiec.2026.04.024</w:t>
        </w:r>
      </w:hyperlink>
    </w:p>
    <w:p w14:paraId="11EE27E2" w14:textId="0C92ABF7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Subramaniam</w:t>
      </w:r>
      <w:proofErr w:type="spellEnd"/>
      <w:r w:rsidRPr="006F18B7">
        <w:rPr>
          <w:rFonts w:ascii="Times New Roman" w:hAnsi="Times New Roman"/>
          <w:sz w:val="22"/>
        </w:rPr>
        <w:t xml:space="preserve"> B.S.K.; </w:t>
      </w:r>
      <w:proofErr w:type="spellStart"/>
      <w:r w:rsidRPr="006F18B7">
        <w:rPr>
          <w:rFonts w:ascii="Times New Roman" w:hAnsi="Times New Roman"/>
          <w:sz w:val="22"/>
        </w:rPr>
        <w:t>Manokar</w:t>
      </w:r>
      <w:proofErr w:type="spellEnd"/>
      <w:r w:rsidRPr="006F18B7">
        <w:rPr>
          <w:rFonts w:ascii="Times New Roman" w:hAnsi="Times New Roman"/>
          <w:sz w:val="22"/>
        </w:rPr>
        <w:t xml:space="preserve"> A.M.; </w:t>
      </w:r>
      <w:proofErr w:type="spellStart"/>
      <w:r w:rsidRPr="006F18B7">
        <w:rPr>
          <w:rFonts w:ascii="Times New Roman" w:hAnsi="Times New Roman"/>
          <w:sz w:val="22"/>
        </w:rPr>
        <w:t>Awad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M.M..</w:t>
      </w:r>
      <w:proofErr w:type="gramEnd"/>
      <w:r w:rsidRPr="006F18B7">
        <w:rPr>
          <w:rFonts w:ascii="Times New Roman" w:hAnsi="Times New Roman"/>
          <w:sz w:val="22"/>
        </w:rPr>
        <w:t xml:space="preserve"> "Efficacy of parabolic trough collector with three different receivers at various flow rates of working fluids." Applied Thermal Engineering (2026). DOI: </w:t>
      </w:r>
      <w:hyperlink r:id="rId39" w:history="1">
        <w:r w:rsidRPr="005A53C6">
          <w:rPr>
            <w:rStyle w:val="Hyperlink"/>
            <w:rFonts w:ascii="Times New Roman" w:hAnsi="Times New Roman"/>
            <w:sz w:val="22"/>
          </w:rPr>
          <w:t>https://doi.org/10.1016/j.applthermaleng.2026.131178</w:t>
        </w:r>
      </w:hyperlink>
    </w:p>
    <w:p w14:paraId="36BD7BA4" w14:textId="22360DEF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Yesudhasan</w:t>
      </w:r>
      <w:proofErr w:type="spellEnd"/>
      <w:r w:rsidRPr="006F18B7">
        <w:rPr>
          <w:rFonts w:ascii="Times New Roman" w:hAnsi="Times New Roman"/>
          <w:sz w:val="22"/>
        </w:rPr>
        <w:t xml:space="preserve"> B.; Deena Rose D.; Ramesh </w:t>
      </w:r>
      <w:proofErr w:type="spellStart"/>
      <w:r w:rsidRPr="006F18B7">
        <w:rPr>
          <w:rFonts w:ascii="Times New Roman" w:hAnsi="Times New Roman"/>
          <w:sz w:val="22"/>
        </w:rPr>
        <w:t>Kannan</w:t>
      </w:r>
      <w:proofErr w:type="spellEnd"/>
      <w:r w:rsidRPr="006F18B7">
        <w:rPr>
          <w:rFonts w:ascii="Times New Roman" w:hAnsi="Times New Roman"/>
          <w:sz w:val="22"/>
        </w:rPr>
        <w:t xml:space="preserve"> C.; </w:t>
      </w:r>
      <w:proofErr w:type="spellStart"/>
      <w:r w:rsidRPr="006F18B7">
        <w:rPr>
          <w:rFonts w:ascii="Times New Roman" w:hAnsi="Times New Roman"/>
          <w:sz w:val="22"/>
        </w:rPr>
        <w:t>Manikandan</w:t>
      </w:r>
      <w:proofErr w:type="spellEnd"/>
      <w:r w:rsidRPr="006F18B7">
        <w:rPr>
          <w:rFonts w:ascii="Times New Roman" w:hAnsi="Times New Roman"/>
          <w:sz w:val="22"/>
        </w:rPr>
        <w:t xml:space="preserve"> D.; </w:t>
      </w:r>
      <w:proofErr w:type="spellStart"/>
      <w:r w:rsidRPr="006F18B7">
        <w:rPr>
          <w:rFonts w:ascii="Times New Roman" w:hAnsi="Times New Roman"/>
          <w:sz w:val="22"/>
        </w:rPr>
        <w:t>Senthilkumar</w:t>
      </w:r>
      <w:proofErr w:type="spellEnd"/>
      <w:r w:rsidRPr="006F18B7">
        <w:rPr>
          <w:rFonts w:ascii="Times New Roman" w:hAnsi="Times New Roman"/>
          <w:sz w:val="22"/>
        </w:rPr>
        <w:t xml:space="preserve"> N.. "Evaluating the TIG welding process mechanically and </w:t>
      </w:r>
      <w:proofErr w:type="spellStart"/>
      <w:r w:rsidRPr="006F18B7">
        <w:rPr>
          <w:rFonts w:ascii="Times New Roman" w:hAnsi="Times New Roman"/>
          <w:sz w:val="22"/>
        </w:rPr>
        <w:t>microstructurally</w:t>
      </w:r>
      <w:proofErr w:type="spellEnd"/>
      <w:r w:rsidRPr="006F18B7">
        <w:rPr>
          <w:rFonts w:ascii="Times New Roman" w:hAnsi="Times New Roman"/>
          <w:sz w:val="22"/>
        </w:rPr>
        <w:t xml:space="preserve"> in relation to welding parameters." Proceedings of the Institution of Mechanical Engineers, Part E: Journal of Process Mechanical Engineering (2026). DOI: </w:t>
      </w:r>
      <w:hyperlink r:id="rId40" w:history="1">
        <w:r w:rsidRPr="005A53C6">
          <w:rPr>
            <w:rStyle w:val="Hyperlink"/>
            <w:rFonts w:ascii="Times New Roman" w:hAnsi="Times New Roman"/>
            <w:sz w:val="22"/>
          </w:rPr>
          <w:t>https://doi.org/10.1177/09544089241283414</w:t>
        </w:r>
      </w:hyperlink>
    </w:p>
    <w:p w14:paraId="424033AB" w14:textId="3F9083D9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Manokar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A.M..</w:t>
      </w:r>
      <w:proofErr w:type="gramEnd"/>
      <w:r w:rsidRPr="006F18B7">
        <w:rPr>
          <w:rFonts w:ascii="Times New Roman" w:hAnsi="Times New Roman"/>
          <w:sz w:val="22"/>
        </w:rPr>
        <w:t xml:space="preserve"> "Effect of </w:t>
      </w:r>
      <w:proofErr w:type="spellStart"/>
      <w:r w:rsidRPr="006F18B7">
        <w:rPr>
          <w:rFonts w:ascii="Times New Roman" w:hAnsi="Times New Roman"/>
          <w:sz w:val="22"/>
        </w:rPr>
        <w:t>nano</w:t>
      </w:r>
      <w:proofErr w:type="spellEnd"/>
      <w:r w:rsidRPr="006F18B7">
        <w:rPr>
          <w:rFonts w:ascii="Times New Roman" w:hAnsi="Times New Roman"/>
          <w:sz w:val="22"/>
        </w:rPr>
        <w:t xml:space="preserve"> carbon material and activated carbon pellet fins on decrease in temperature and improvement of solar panel efficiency: An experimental and environmental study." Environmental Progress and Sustainable Energy (2026). DOI: </w:t>
      </w:r>
      <w:hyperlink r:id="rId41" w:history="1">
        <w:r w:rsidRPr="005A53C6">
          <w:rPr>
            <w:rStyle w:val="Hyperlink"/>
            <w:rFonts w:ascii="Times New Roman" w:hAnsi="Times New Roman"/>
            <w:sz w:val="22"/>
          </w:rPr>
          <w:t>https://doi.org/10.1002/ep.70422</w:t>
        </w:r>
      </w:hyperlink>
    </w:p>
    <w:p w14:paraId="7558C014" w14:textId="32F29A2D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Kannan</w:t>
      </w:r>
      <w:proofErr w:type="spellEnd"/>
      <w:r w:rsidRPr="006F18B7">
        <w:rPr>
          <w:rFonts w:ascii="Times New Roman" w:hAnsi="Times New Roman"/>
          <w:sz w:val="22"/>
        </w:rPr>
        <w:t xml:space="preserve"> K.R.; </w:t>
      </w:r>
      <w:proofErr w:type="spellStart"/>
      <w:r w:rsidRPr="006F18B7">
        <w:rPr>
          <w:rFonts w:ascii="Times New Roman" w:hAnsi="Times New Roman"/>
          <w:sz w:val="22"/>
        </w:rPr>
        <w:t>Beyanagari</w:t>
      </w:r>
      <w:proofErr w:type="spellEnd"/>
      <w:r w:rsidRPr="006F18B7">
        <w:rPr>
          <w:rFonts w:ascii="Times New Roman" w:hAnsi="Times New Roman"/>
          <w:sz w:val="22"/>
        </w:rPr>
        <w:t xml:space="preserve"> S.R.; </w:t>
      </w:r>
      <w:proofErr w:type="spellStart"/>
      <w:r w:rsidRPr="006F18B7">
        <w:rPr>
          <w:rFonts w:ascii="Times New Roman" w:hAnsi="Times New Roman"/>
          <w:sz w:val="22"/>
        </w:rPr>
        <w:t>Vignesh</w:t>
      </w:r>
      <w:proofErr w:type="spellEnd"/>
      <w:r w:rsidRPr="006F18B7">
        <w:rPr>
          <w:rFonts w:ascii="Times New Roman" w:hAnsi="Times New Roman"/>
          <w:sz w:val="22"/>
        </w:rPr>
        <w:t xml:space="preserve"> R.V.; </w:t>
      </w:r>
      <w:proofErr w:type="spellStart"/>
      <w:r w:rsidRPr="006F18B7">
        <w:rPr>
          <w:rFonts w:ascii="Times New Roman" w:hAnsi="Times New Roman"/>
          <w:sz w:val="22"/>
        </w:rPr>
        <w:t>Govindaraju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Priyadharshini</w:t>
      </w:r>
      <w:proofErr w:type="spellEnd"/>
      <w:r w:rsidRPr="006F18B7">
        <w:rPr>
          <w:rFonts w:ascii="Times New Roman" w:hAnsi="Times New Roman"/>
          <w:sz w:val="22"/>
        </w:rPr>
        <w:t xml:space="preserve"> G.S.; Shankar </w:t>
      </w:r>
      <w:proofErr w:type="gramStart"/>
      <w:r w:rsidRPr="006F18B7">
        <w:rPr>
          <w:rFonts w:ascii="Times New Roman" w:hAnsi="Times New Roman"/>
          <w:sz w:val="22"/>
        </w:rPr>
        <w:t>K.V..</w:t>
      </w:r>
      <w:proofErr w:type="gramEnd"/>
      <w:r w:rsidRPr="006F18B7">
        <w:rPr>
          <w:rFonts w:ascii="Times New Roman" w:hAnsi="Times New Roman"/>
          <w:sz w:val="22"/>
        </w:rPr>
        <w:t xml:space="preserve"> "Powder Metallurgy Processed Graphite and ZrSiO4 Reinforced Fe-Cu/BaSO4 Sintered Composites for Wind Turbine Friction Applications." JOM (2026). DOI: </w:t>
      </w:r>
      <w:hyperlink r:id="rId42" w:history="1">
        <w:r w:rsidRPr="005A53C6">
          <w:rPr>
            <w:rStyle w:val="Hyperlink"/>
            <w:rFonts w:ascii="Times New Roman" w:hAnsi="Times New Roman"/>
            <w:sz w:val="22"/>
          </w:rPr>
          <w:t>https://doi.org/10.1007/s11837-026-08383-6</w:t>
        </w:r>
      </w:hyperlink>
    </w:p>
    <w:p w14:paraId="14951510" w14:textId="2728E6AC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lastRenderedPageBreak/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Jafari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Ahmadi</w:t>
      </w:r>
      <w:proofErr w:type="spellEnd"/>
      <w:r w:rsidRPr="006F18B7">
        <w:rPr>
          <w:rFonts w:ascii="Times New Roman" w:hAnsi="Times New Roman"/>
          <w:sz w:val="22"/>
        </w:rPr>
        <w:t xml:space="preserve"> A.; Pham V.-T.;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K..</w:t>
      </w:r>
      <w:proofErr w:type="gramEnd"/>
      <w:r w:rsidRPr="006F18B7">
        <w:rPr>
          <w:rFonts w:ascii="Times New Roman" w:hAnsi="Times New Roman"/>
          <w:sz w:val="22"/>
        </w:rPr>
        <w:t xml:space="preserve"> "Analysis of a Five-Dimensional Chaotic </w:t>
      </w:r>
      <w:proofErr w:type="spellStart"/>
      <w:r w:rsidRPr="006F18B7">
        <w:rPr>
          <w:rFonts w:ascii="Times New Roman" w:hAnsi="Times New Roman"/>
          <w:sz w:val="22"/>
        </w:rPr>
        <w:t>Multistable</w:t>
      </w:r>
      <w:proofErr w:type="spellEnd"/>
      <w:r w:rsidRPr="006F18B7">
        <w:rPr>
          <w:rFonts w:ascii="Times New Roman" w:hAnsi="Times New Roman"/>
          <w:sz w:val="22"/>
        </w:rPr>
        <w:t xml:space="preserve"> Lorenz Model with a Sinusoidal Heating Function." International Journal of Bifurcation and Chaos (2026). DOI: </w:t>
      </w:r>
      <w:hyperlink r:id="rId43" w:history="1">
        <w:r w:rsidRPr="005A53C6">
          <w:rPr>
            <w:rStyle w:val="Hyperlink"/>
            <w:rFonts w:ascii="Times New Roman" w:hAnsi="Times New Roman"/>
            <w:sz w:val="22"/>
          </w:rPr>
          <w:t>https://doi.org/10.1142/S0218127426300119</w:t>
        </w:r>
      </w:hyperlink>
    </w:p>
    <w:p w14:paraId="603366CA" w14:textId="77777777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r w:rsidRPr="006F18B7">
        <w:rPr>
          <w:rFonts w:ascii="Times New Roman" w:hAnsi="Times New Roman"/>
          <w:sz w:val="22"/>
        </w:rPr>
        <w:t xml:space="preserve">Mohamed Ali A.; Srinivasan K.; Kumar D.; Lakshmi </w:t>
      </w:r>
      <w:proofErr w:type="spellStart"/>
      <w:r w:rsidRPr="006F18B7">
        <w:rPr>
          <w:rFonts w:ascii="Times New Roman" w:hAnsi="Times New Roman"/>
          <w:sz w:val="22"/>
        </w:rPr>
        <w:t>Narasimha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Sarma</w:t>
      </w:r>
      <w:proofErr w:type="spellEnd"/>
      <w:r w:rsidRPr="006F18B7">
        <w:rPr>
          <w:rFonts w:ascii="Times New Roman" w:hAnsi="Times New Roman"/>
          <w:sz w:val="22"/>
        </w:rPr>
        <w:t xml:space="preserve"> M</w:t>
      </w:r>
      <w:proofErr w:type="gramStart"/>
      <w:r w:rsidRPr="006F18B7">
        <w:rPr>
          <w:rFonts w:ascii="Times New Roman" w:hAnsi="Times New Roman"/>
          <w:sz w:val="22"/>
        </w:rPr>
        <w:t>..</w:t>
      </w:r>
      <w:proofErr w:type="gramEnd"/>
      <w:r w:rsidRPr="006F18B7">
        <w:rPr>
          <w:rFonts w:ascii="Times New Roman" w:hAnsi="Times New Roman"/>
          <w:sz w:val="22"/>
        </w:rPr>
        <w:t xml:space="preserve"> "Inverse isolated signed domination function of digraphs." Mathematics in Engineering, Science and Aerospace (2026). DOI: </w:t>
      </w:r>
    </w:p>
    <w:p w14:paraId="5D98CEDD" w14:textId="56315F03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Arun</w:t>
      </w:r>
      <w:proofErr w:type="spellEnd"/>
      <w:r w:rsidRPr="006F18B7">
        <w:rPr>
          <w:rFonts w:ascii="Times New Roman" w:hAnsi="Times New Roman"/>
          <w:sz w:val="22"/>
        </w:rPr>
        <w:t xml:space="preserve"> R.; </w:t>
      </w:r>
      <w:proofErr w:type="spellStart"/>
      <w:r w:rsidRPr="006F18B7">
        <w:rPr>
          <w:rFonts w:ascii="Times New Roman" w:hAnsi="Times New Roman"/>
          <w:sz w:val="22"/>
        </w:rPr>
        <w:t>Gopal</w:t>
      </w:r>
      <w:proofErr w:type="spellEnd"/>
      <w:r w:rsidRPr="006F18B7">
        <w:rPr>
          <w:rFonts w:ascii="Times New Roman" w:hAnsi="Times New Roman"/>
          <w:sz w:val="22"/>
        </w:rPr>
        <w:t xml:space="preserve"> R.; </w:t>
      </w:r>
      <w:proofErr w:type="spellStart"/>
      <w:r w:rsidRPr="006F18B7">
        <w:rPr>
          <w:rFonts w:ascii="Times New Roman" w:hAnsi="Times New Roman"/>
          <w:sz w:val="22"/>
        </w:rPr>
        <w:t>Chandrasekar</w:t>
      </w:r>
      <w:proofErr w:type="spellEnd"/>
      <w:r w:rsidRPr="006F18B7">
        <w:rPr>
          <w:rFonts w:ascii="Times New Roman" w:hAnsi="Times New Roman"/>
          <w:sz w:val="22"/>
        </w:rPr>
        <w:t xml:space="preserve"> V.K.; </w:t>
      </w:r>
      <w:proofErr w:type="spellStart"/>
      <w:r w:rsidRPr="006F18B7">
        <w:rPr>
          <w:rFonts w:ascii="Times New Roman" w:hAnsi="Times New Roman"/>
          <w:sz w:val="22"/>
        </w:rPr>
        <w:t>Lakshmanan</w:t>
      </w:r>
      <w:proofErr w:type="spellEnd"/>
      <w:r w:rsidRPr="006F18B7">
        <w:rPr>
          <w:rFonts w:ascii="Times New Roman" w:hAnsi="Times New Roman"/>
          <w:sz w:val="22"/>
        </w:rPr>
        <w:t xml:space="preserve"> M</w:t>
      </w:r>
      <w:proofErr w:type="gramStart"/>
      <w:r w:rsidRPr="006F18B7">
        <w:rPr>
          <w:rFonts w:ascii="Times New Roman" w:hAnsi="Times New Roman"/>
          <w:sz w:val="22"/>
        </w:rPr>
        <w:t>..</w:t>
      </w:r>
      <w:proofErr w:type="gramEnd"/>
      <w:r w:rsidRPr="006F18B7">
        <w:rPr>
          <w:rFonts w:ascii="Times New Roman" w:hAnsi="Times New Roman"/>
          <w:sz w:val="22"/>
        </w:rPr>
        <w:t xml:space="preserve"> "Self-oscillations induced by self-induced torque in magnetic double tunnel junction." Journal of physics. Condensed </w:t>
      </w:r>
      <w:proofErr w:type="gramStart"/>
      <w:r w:rsidRPr="006F18B7">
        <w:rPr>
          <w:rFonts w:ascii="Times New Roman" w:hAnsi="Times New Roman"/>
          <w:sz w:val="22"/>
        </w:rPr>
        <w:t>matter :</w:t>
      </w:r>
      <w:proofErr w:type="gramEnd"/>
      <w:r w:rsidRPr="006F18B7">
        <w:rPr>
          <w:rFonts w:ascii="Times New Roman" w:hAnsi="Times New Roman"/>
          <w:sz w:val="22"/>
        </w:rPr>
        <w:t xml:space="preserve"> an Institute of Physics journal (2026). DOI: </w:t>
      </w:r>
      <w:hyperlink r:id="rId44" w:history="1">
        <w:r w:rsidRPr="005A53C6">
          <w:rPr>
            <w:rStyle w:val="Hyperlink"/>
            <w:rFonts w:ascii="Times New Roman" w:hAnsi="Times New Roman"/>
            <w:sz w:val="22"/>
          </w:rPr>
          <w:t>https://doi.org/10.1088/1361-648X/ae334f</w:t>
        </w:r>
      </w:hyperlink>
    </w:p>
    <w:p w14:paraId="2AB5C902" w14:textId="47E9384E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Pethaperumal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Karunakaran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Vediappan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Mohanraj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G.T..</w:t>
      </w:r>
      <w:proofErr w:type="gramEnd"/>
      <w:r w:rsidRPr="006F18B7">
        <w:rPr>
          <w:rFonts w:ascii="Times New Roman" w:hAnsi="Times New Roman"/>
          <w:sz w:val="22"/>
        </w:rPr>
        <w:t xml:space="preserve"> "Green synthesized 2D/3D SnO2 semiconductor ultrasensitive sensors for electrochemical sensing of hydrogen peroxide." Materials Science and Engineering: B (2026). DOI: </w:t>
      </w:r>
      <w:hyperlink r:id="rId45" w:history="1">
        <w:r w:rsidRPr="005A53C6">
          <w:rPr>
            <w:rStyle w:val="Hyperlink"/>
            <w:rFonts w:ascii="Times New Roman" w:hAnsi="Times New Roman"/>
            <w:sz w:val="22"/>
          </w:rPr>
          <w:t>https://doi.org/10.1016/j.mseb.2025.118764</w:t>
        </w:r>
      </w:hyperlink>
    </w:p>
    <w:p w14:paraId="65F98755" w14:textId="5E7D72E3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Palaniappan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Almeshaal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Manokar</w:t>
      </w:r>
      <w:proofErr w:type="spellEnd"/>
      <w:r w:rsidRPr="006F18B7">
        <w:rPr>
          <w:rFonts w:ascii="Times New Roman" w:hAnsi="Times New Roman"/>
          <w:sz w:val="22"/>
        </w:rPr>
        <w:t xml:space="preserve"> A.M.; </w:t>
      </w:r>
      <w:proofErr w:type="spellStart"/>
      <w:r w:rsidRPr="006F18B7">
        <w:rPr>
          <w:rFonts w:ascii="Times New Roman" w:hAnsi="Times New Roman"/>
          <w:sz w:val="22"/>
        </w:rPr>
        <w:t>Uzorka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Shanmugan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S..</w:t>
      </w:r>
      <w:proofErr w:type="gramEnd"/>
      <w:r w:rsidRPr="006F18B7">
        <w:rPr>
          <w:rFonts w:ascii="Times New Roman" w:hAnsi="Times New Roman"/>
          <w:sz w:val="22"/>
        </w:rPr>
        <w:t xml:space="preserve"> "Impact of activation energy on natural convection and mass transfer of hybrid </w:t>
      </w:r>
      <w:proofErr w:type="spellStart"/>
      <w:r w:rsidRPr="006F18B7">
        <w:rPr>
          <w:rFonts w:ascii="Times New Roman" w:hAnsi="Times New Roman"/>
          <w:sz w:val="22"/>
        </w:rPr>
        <w:t>nanofluids</w:t>
      </w:r>
      <w:proofErr w:type="spellEnd"/>
      <w:r w:rsidRPr="006F18B7">
        <w:rPr>
          <w:rFonts w:ascii="Times New Roman" w:hAnsi="Times New Roman"/>
          <w:sz w:val="22"/>
        </w:rPr>
        <w:t xml:space="preserve"> for enhanced techno-economic performance of solar distillation." Results in Engineering (2026). DOI: </w:t>
      </w:r>
      <w:hyperlink r:id="rId46" w:history="1">
        <w:r w:rsidRPr="005A53C6">
          <w:rPr>
            <w:rStyle w:val="Hyperlink"/>
            <w:rFonts w:ascii="Times New Roman" w:hAnsi="Times New Roman"/>
            <w:sz w:val="22"/>
          </w:rPr>
          <w:t>https://doi.org/10.1016/j.rineng.2026.109820</w:t>
        </w:r>
      </w:hyperlink>
    </w:p>
    <w:p w14:paraId="06258F75" w14:textId="47635573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Nazarimehr</w:t>
      </w:r>
      <w:proofErr w:type="spellEnd"/>
      <w:r w:rsidRPr="006F18B7">
        <w:rPr>
          <w:rFonts w:ascii="Times New Roman" w:hAnsi="Times New Roman"/>
          <w:sz w:val="22"/>
        </w:rPr>
        <w:t xml:space="preserve"> F.;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Jafari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Perc</w:t>
      </w:r>
      <w:proofErr w:type="spellEnd"/>
      <w:r w:rsidRPr="006F18B7">
        <w:rPr>
          <w:rFonts w:ascii="Times New Roman" w:hAnsi="Times New Roman"/>
          <w:sz w:val="22"/>
        </w:rPr>
        <w:t xml:space="preserve"> M</w:t>
      </w:r>
      <w:proofErr w:type="gramStart"/>
      <w:r w:rsidRPr="006F18B7">
        <w:rPr>
          <w:rFonts w:ascii="Times New Roman" w:hAnsi="Times New Roman"/>
          <w:sz w:val="22"/>
        </w:rPr>
        <w:t>..</w:t>
      </w:r>
      <w:proofErr w:type="gramEnd"/>
      <w:r w:rsidRPr="006F18B7">
        <w:rPr>
          <w:rFonts w:ascii="Times New Roman" w:hAnsi="Times New Roman"/>
          <w:sz w:val="22"/>
        </w:rPr>
        <w:t xml:space="preserve"> "Predicting bifurcation points in continuous chaotic neuron models." Nonlinear Dynamics (2026). DOI: </w:t>
      </w:r>
      <w:hyperlink r:id="rId47" w:history="1">
        <w:r w:rsidRPr="005A53C6">
          <w:rPr>
            <w:rStyle w:val="Hyperlink"/>
            <w:rFonts w:ascii="Times New Roman" w:hAnsi="Times New Roman"/>
            <w:sz w:val="22"/>
          </w:rPr>
          <w:t>https://doi.org/10.1007/s11071-025-11911-9</w:t>
        </w:r>
      </w:hyperlink>
    </w:p>
    <w:p w14:paraId="37633885" w14:textId="0B58F541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Muthukumar</w:t>
      </w:r>
      <w:proofErr w:type="spellEnd"/>
      <w:r w:rsidRPr="006F18B7">
        <w:rPr>
          <w:rFonts w:ascii="Times New Roman" w:hAnsi="Times New Roman"/>
          <w:sz w:val="22"/>
        </w:rPr>
        <w:t xml:space="preserve"> D.; </w:t>
      </w:r>
      <w:proofErr w:type="spellStart"/>
      <w:r w:rsidRPr="006F18B7">
        <w:rPr>
          <w:rFonts w:ascii="Times New Roman" w:hAnsi="Times New Roman"/>
          <w:sz w:val="22"/>
        </w:rPr>
        <w:t>Bayani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Nazarimehr</w:t>
      </w:r>
      <w:proofErr w:type="spellEnd"/>
      <w:r w:rsidRPr="006F18B7">
        <w:rPr>
          <w:rFonts w:ascii="Times New Roman" w:hAnsi="Times New Roman"/>
          <w:sz w:val="22"/>
        </w:rPr>
        <w:t xml:space="preserve"> F.; </w:t>
      </w:r>
      <w:proofErr w:type="spellStart"/>
      <w:r w:rsidRPr="006F18B7">
        <w:rPr>
          <w:rFonts w:ascii="Times New Roman" w:hAnsi="Times New Roman"/>
          <w:sz w:val="22"/>
        </w:rPr>
        <w:t>Jafari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Perc</w:t>
      </w:r>
      <w:proofErr w:type="spellEnd"/>
      <w:r w:rsidRPr="006F18B7">
        <w:rPr>
          <w:rFonts w:ascii="Times New Roman" w:hAnsi="Times New Roman"/>
          <w:sz w:val="22"/>
        </w:rPr>
        <w:t xml:space="preserve"> M.. "Efficiency and robustness of eigenvector methods for cluster detection in weighted networks." Journal of Complex Networks (2026). DOI: </w:t>
      </w:r>
      <w:hyperlink r:id="rId48" w:history="1">
        <w:r w:rsidRPr="005A53C6">
          <w:rPr>
            <w:rStyle w:val="Hyperlink"/>
            <w:rFonts w:ascii="Times New Roman" w:hAnsi="Times New Roman"/>
            <w:sz w:val="22"/>
          </w:rPr>
          <w:t>https://doi.org/10.1093/comnet/cnaf056</w:t>
        </w:r>
      </w:hyperlink>
    </w:p>
    <w:p w14:paraId="08DD837A" w14:textId="4C997552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Vignesh</w:t>
      </w:r>
      <w:proofErr w:type="spellEnd"/>
      <w:r w:rsidRPr="006F18B7">
        <w:rPr>
          <w:rFonts w:ascii="Times New Roman" w:hAnsi="Times New Roman"/>
          <w:sz w:val="22"/>
        </w:rPr>
        <w:t xml:space="preserve"> V.; Kumar S.S.; Mohan A.M.A.; </w:t>
      </w:r>
      <w:proofErr w:type="spellStart"/>
      <w:r w:rsidRPr="006F18B7">
        <w:rPr>
          <w:rFonts w:ascii="Times New Roman" w:hAnsi="Times New Roman"/>
          <w:sz w:val="22"/>
        </w:rPr>
        <w:t>Arasu</w:t>
      </w:r>
      <w:proofErr w:type="spellEnd"/>
      <w:r w:rsidRPr="006F18B7">
        <w:rPr>
          <w:rFonts w:ascii="Times New Roman" w:hAnsi="Times New Roman"/>
          <w:sz w:val="22"/>
        </w:rPr>
        <w:t xml:space="preserve"> I.V.; </w:t>
      </w:r>
      <w:proofErr w:type="spellStart"/>
      <w:r w:rsidRPr="006F18B7">
        <w:rPr>
          <w:rFonts w:ascii="Times New Roman" w:hAnsi="Times New Roman"/>
          <w:sz w:val="22"/>
        </w:rPr>
        <w:t>Nagaprasad</w:t>
      </w:r>
      <w:proofErr w:type="spellEnd"/>
      <w:r w:rsidRPr="006F18B7">
        <w:rPr>
          <w:rFonts w:ascii="Times New Roman" w:hAnsi="Times New Roman"/>
          <w:sz w:val="22"/>
        </w:rPr>
        <w:t xml:space="preserve"> N.; </w:t>
      </w:r>
      <w:proofErr w:type="spellStart"/>
      <w:r w:rsidRPr="006F18B7">
        <w:rPr>
          <w:rFonts w:ascii="Times New Roman" w:hAnsi="Times New Roman"/>
          <w:sz w:val="22"/>
        </w:rPr>
        <w:t>Krishnaraj</w:t>
      </w:r>
      <w:proofErr w:type="spellEnd"/>
      <w:r w:rsidRPr="006F18B7">
        <w:rPr>
          <w:rFonts w:ascii="Times New Roman" w:hAnsi="Times New Roman"/>
          <w:sz w:val="22"/>
        </w:rPr>
        <w:t xml:space="preserve"> R.. "Machine learning-based estimation and optimization of phoenix </w:t>
      </w:r>
      <w:proofErr w:type="spellStart"/>
      <w:r w:rsidRPr="006F18B7">
        <w:rPr>
          <w:rFonts w:ascii="Times New Roman" w:hAnsi="Times New Roman"/>
          <w:sz w:val="22"/>
        </w:rPr>
        <w:t>Dactylifera</w:t>
      </w:r>
      <w:proofErr w:type="spellEnd"/>
      <w:r w:rsidRPr="006F18B7">
        <w:rPr>
          <w:rFonts w:ascii="Times New Roman" w:hAnsi="Times New Roman"/>
          <w:sz w:val="22"/>
        </w:rPr>
        <w:t xml:space="preserve"> Seed Powder reinforced vinyl ester bio-composites." Scientific Reports (2026). DOI: </w:t>
      </w:r>
      <w:hyperlink r:id="rId49" w:history="1">
        <w:r w:rsidRPr="005A53C6">
          <w:rPr>
            <w:rStyle w:val="Hyperlink"/>
            <w:rFonts w:ascii="Times New Roman" w:hAnsi="Times New Roman"/>
            <w:sz w:val="22"/>
          </w:rPr>
          <w:t>https://doi.org/10.1038/s41598-026-37202-w</w:t>
        </w:r>
      </w:hyperlink>
    </w:p>
    <w:p w14:paraId="031B042B" w14:textId="62D089AF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Bhoopalan</w:t>
      </w:r>
      <w:proofErr w:type="spellEnd"/>
      <w:r w:rsidRPr="006F18B7">
        <w:rPr>
          <w:rFonts w:ascii="Times New Roman" w:hAnsi="Times New Roman"/>
          <w:sz w:val="22"/>
        </w:rPr>
        <w:t xml:space="preserve"> R.; </w:t>
      </w:r>
      <w:proofErr w:type="spellStart"/>
      <w:r w:rsidRPr="006F18B7">
        <w:rPr>
          <w:rFonts w:ascii="Times New Roman" w:hAnsi="Times New Roman"/>
          <w:sz w:val="22"/>
        </w:rPr>
        <w:t>Mirdula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Kannusamy</w:t>
      </w:r>
      <w:proofErr w:type="spellEnd"/>
      <w:r w:rsidRPr="006F18B7">
        <w:rPr>
          <w:rFonts w:ascii="Times New Roman" w:hAnsi="Times New Roman"/>
          <w:sz w:val="22"/>
        </w:rPr>
        <w:t xml:space="preserve"> P.; </w:t>
      </w:r>
      <w:proofErr w:type="spellStart"/>
      <w:r w:rsidRPr="006F18B7">
        <w:rPr>
          <w:rFonts w:ascii="Times New Roman" w:hAnsi="Times New Roman"/>
          <w:sz w:val="22"/>
        </w:rPr>
        <w:t>Gayathri</w:t>
      </w:r>
      <w:proofErr w:type="spellEnd"/>
      <w:r w:rsidRPr="006F18B7">
        <w:rPr>
          <w:rFonts w:ascii="Times New Roman" w:hAnsi="Times New Roman"/>
          <w:sz w:val="22"/>
        </w:rPr>
        <w:t xml:space="preserve"> D.; </w:t>
      </w:r>
      <w:proofErr w:type="spellStart"/>
      <w:r w:rsidRPr="006F18B7">
        <w:rPr>
          <w:rFonts w:ascii="Times New Roman" w:hAnsi="Times New Roman"/>
          <w:sz w:val="22"/>
        </w:rPr>
        <w:t>Manikandan</w:t>
      </w:r>
      <w:proofErr w:type="spellEnd"/>
      <w:r w:rsidRPr="006F18B7">
        <w:rPr>
          <w:rFonts w:ascii="Times New Roman" w:hAnsi="Times New Roman"/>
          <w:sz w:val="22"/>
        </w:rPr>
        <w:t xml:space="preserve"> D.; </w:t>
      </w:r>
      <w:proofErr w:type="spellStart"/>
      <w:r w:rsidRPr="006F18B7">
        <w:rPr>
          <w:rFonts w:ascii="Times New Roman" w:hAnsi="Times New Roman"/>
          <w:sz w:val="22"/>
        </w:rPr>
        <w:t>Ramaswamy</w:t>
      </w:r>
      <w:proofErr w:type="spellEnd"/>
      <w:r w:rsidRPr="006F18B7">
        <w:rPr>
          <w:rFonts w:ascii="Times New Roman" w:hAnsi="Times New Roman"/>
          <w:sz w:val="22"/>
        </w:rPr>
        <w:t xml:space="preserve"> K.. "A </w:t>
      </w:r>
      <w:proofErr w:type="spellStart"/>
      <w:r w:rsidRPr="006F18B7">
        <w:rPr>
          <w:rFonts w:ascii="Times New Roman" w:hAnsi="Times New Roman"/>
          <w:sz w:val="22"/>
        </w:rPr>
        <w:t>self attention</w:t>
      </w:r>
      <w:proofErr w:type="spellEnd"/>
      <w:r w:rsidRPr="006F18B7">
        <w:rPr>
          <w:rFonts w:ascii="Times New Roman" w:hAnsi="Times New Roman"/>
          <w:sz w:val="22"/>
        </w:rPr>
        <w:t xml:space="preserve"> based deep learning framework for accurate and efficient dental disease detection in OPG radiographs." Scientific Reports (2026). DOI: </w:t>
      </w:r>
      <w:hyperlink r:id="rId50" w:history="1">
        <w:r w:rsidRPr="005A53C6">
          <w:rPr>
            <w:rStyle w:val="Hyperlink"/>
            <w:rFonts w:ascii="Times New Roman" w:hAnsi="Times New Roman"/>
            <w:sz w:val="22"/>
          </w:rPr>
          <w:t>https://doi.org/10.1038/s41598-026-36672-2</w:t>
        </w:r>
      </w:hyperlink>
    </w:p>
    <w:p w14:paraId="5898C9EB" w14:textId="63F4172F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Moalemi</w:t>
      </w:r>
      <w:proofErr w:type="spellEnd"/>
      <w:r w:rsidRPr="006F18B7">
        <w:rPr>
          <w:rFonts w:ascii="Times New Roman" w:hAnsi="Times New Roman"/>
          <w:sz w:val="22"/>
        </w:rPr>
        <w:t xml:space="preserve"> T.; </w:t>
      </w:r>
      <w:proofErr w:type="spellStart"/>
      <w:r w:rsidRPr="006F18B7">
        <w:rPr>
          <w:rFonts w:ascii="Times New Roman" w:hAnsi="Times New Roman"/>
          <w:sz w:val="22"/>
        </w:rPr>
        <w:t>Barathi</w:t>
      </w:r>
      <w:proofErr w:type="spellEnd"/>
      <w:r w:rsidRPr="006F18B7">
        <w:rPr>
          <w:rFonts w:ascii="Times New Roman" w:hAnsi="Times New Roman"/>
          <w:sz w:val="22"/>
        </w:rPr>
        <w:t xml:space="preserve"> G.; </w:t>
      </w:r>
      <w:proofErr w:type="spellStart"/>
      <w:r w:rsidRPr="006F18B7">
        <w:rPr>
          <w:rFonts w:ascii="Times New Roman" w:hAnsi="Times New Roman"/>
          <w:sz w:val="22"/>
        </w:rPr>
        <w:t>Bayani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Jafari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Perc</w:t>
      </w:r>
      <w:proofErr w:type="spellEnd"/>
      <w:r w:rsidRPr="006F18B7">
        <w:rPr>
          <w:rFonts w:ascii="Times New Roman" w:hAnsi="Times New Roman"/>
          <w:sz w:val="22"/>
        </w:rPr>
        <w:t xml:space="preserve"> M.. "Two-dimensional master stability function analysis of synchronization in periodic and chaotic networks." AIMS Mathematics (2026). DOI: </w:t>
      </w:r>
      <w:hyperlink r:id="rId51" w:history="1">
        <w:r w:rsidRPr="005A53C6">
          <w:rPr>
            <w:rStyle w:val="Hyperlink"/>
            <w:rFonts w:ascii="Times New Roman" w:hAnsi="Times New Roman"/>
            <w:sz w:val="22"/>
          </w:rPr>
          <w:t>https://doi.org/10.3934/math.2026269</w:t>
        </w:r>
      </w:hyperlink>
    </w:p>
    <w:p w14:paraId="12DD0861" w14:textId="7BC4ACBC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Kannusamy</w:t>
      </w:r>
      <w:proofErr w:type="spellEnd"/>
      <w:r w:rsidRPr="006F18B7">
        <w:rPr>
          <w:rFonts w:ascii="Times New Roman" w:hAnsi="Times New Roman"/>
          <w:sz w:val="22"/>
        </w:rPr>
        <w:t xml:space="preserve"> P.; </w:t>
      </w:r>
      <w:proofErr w:type="spellStart"/>
      <w:r w:rsidRPr="006F18B7">
        <w:rPr>
          <w:rFonts w:ascii="Times New Roman" w:hAnsi="Times New Roman"/>
          <w:sz w:val="22"/>
        </w:rPr>
        <w:t>Gayathri</w:t>
      </w:r>
      <w:proofErr w:type="spellEnd"/>
      <w:r w:rsidRPr="006F18B7">
        <w:rPr>
          <w:rFonts w:ascii="Times New Roman" w:hAnsi="Times New Roman"/>
          <w:sz w:val="22"/>
        </w:rPr>
        <w:t xml:space="preserve"> D.; </w:t>
      </w:r>
      <w:proofErr w:type="spellStart"/>
      <w:r w:rsidRPr="006F18B7">
        <w:rPr>
          <w:rFonts w:ascii="Times New Roman" w:hAnsi="Times New Roman"/>
          <w:sz w:val="22"/>
        </w:rPr>
        <w:t>Mirdula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Bhoopalan</w:t>
      </w:r>
      <w:proofErr w:type="spellEnd"/>
      <w:r w:rsidRPr="006F18B7">
        <w:rPr>
          <w:rFonts w:ascii="Times New Roman" w:hAnsi="Times New Roman"/>
          <w:sz w:val="22"/>
        </w:rPr>
        <w:t xml:space="preserve"> R.; </w:t>
      </w:r>
      <w:proofErr w:type="spellStart"/>
      <w:r w:rsidRPr="006F18B7">
        <w:rPr>
          <w:rFonts w:ascii="Times New Roman" w:hAnsi="Times New Roman"/>
          <w:sz w:val="22"/>
        </w:rPr>
        <w:t>Manikandan</w:t>
      </w:r>
      <w:proofErr w:type="spellEnd"/>
      <w:r w:rsidRPr="006F18B7">
        <w:rPr>
          <w:rFonts w:ascii="Times New Roman" w:hAnsi="Times New Roman"/>
          <w:sz w:val="22"/>
        </w:rPr>
        <w:t xml:space="preserve"> D.; </w:t>
      </w:r>
      <w:proofErr w:type="spellStart"/>
      <w:r w:rsidRPr="006F18B7">
        <w:rPr>
          <w:rFonts w:ascii="Times New Roman" w:hAnsi="Times New Roman"/>
          <w:sz w:val="22"/>
        </w:rPr>
        <w:t>Ramaswamy</w:t>
      </w:r>
      <w:proofErr w:type="spellEnd"/>
      <w:r w:rsidRPr="006F18B7">
        <w:rPr>
          <w:rFonts w:ascii="Times New Roman" w:hAnsi="Times New Roman"/>
          <w:sz w:val="22"/>
        </w:rPr>
        <w:t xml:space="preserve"> K.. "High-precision non-destructive blade surface inspection via </w:t>
      </w:r>
      <w:proofErr w:type="spellStart"/>
      <w:r w:rsidRPr="006F18B7">
        <w:rPr>
          <w:rFonts w:ascii="Times New Roman" w:hAnsi="Times New Roman"/>
          <w:sz w:val="22"/>
        </w:rPr>
        <w:t>self learning</w:t>
      </w:r>
      <w:proofErr w:type="spellEnd"/>
      <w:r w:rsidRPr="006F18B7">
        <w:rPr>
          <w:rFonts w:ascii="Times New Roman" w:hAnsi="Times New Roman"/>
          <w:sz w:val="22"/>
        </w:rPr>
        <w:t xml:space="preserve"> transformer networks." Scientific Reports (2026). DOI: </w:t>
      </w:r>
      <w:hyperlink r:id="rId52" w:history="1">
        <w:r w:rsidRPr="005A53C6">
          <w:rPr>
            <w:rStyle w:val="Hyperlink"/>
            <w:rFonts w:ascii="Times New Roman" w:hAnsi="Times New Roman"/>
            <w:sz w:val="22"/>
          </w:rPr>
          <w:t>https://doi.org/10.1038/s41598-026-41373-x</w:t>
        </w:r>
      </w:hyperlink>
    </w:p>
    <w:p w14:paraId="14D6E522" w14:textId="5878A74C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Navaneethakrishnan</w:t>
      </w:r>
      <w:proofErr w:type="spellEnd"/>
      <w:r w:rsidRPr="006F18B7">
        <w:rPr>
          <w:rFonts w:ascii="Times New Roman" w:hAnsi="Times New Roman"/>
          <w:sz w:val="22"/>
        </w:rPr>
        <w:t xml:space="preserve"> V.; Sridhar S.; </w:t>
      </w:r>
      <w:proofErr w:type="spellStart"/>
      <w:r w:rsidRPr="006F18B7">
        <w:rPr>
          <w:rFonts w:ascii="Times New Roman" w:hAnsi="Times New Roman"/>
          <w:sz w:val="22"/>
        </w:rPr>
        <w:t>Bellan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Muthtamilselvan</w:t>
      </w:r>
      <w:proofErr w:type="spellEnd"/>
      <w:r w:rsidRPr="006F18B7">
        <w:rPr>
          <w:rFonts w:ascii="Times New Roman" w:hAnsi="Times New Roman"/>
          <w:sz w:val="22"/>
        </w:rPr>
        <w:t xml:space="preserve"> M</w:t>
      </w:r>
      <w:proofErr w:type="gramStart"/>
      <w:r w:rsidRPr="006F18B7">
        <w:rPr>
          <w:rFonts w:ascii="Times New Roman" w:hAnsi="Times New Roman"/>
          <w:sz w:val="22"/>
        </w:rPr>
        <w:t>..</w:t>
      </w:r>
      <w:proofErr w:type="gramEnd"/>
      <w:r w:rsidRPr="006F18B7">
        <w:rPr>
          <w:rFonts w:ascii="Times New Roman" w:hAnsi="Times New Roman"/>
          <w:sz w:val="22"/>
        </w:rPr>
        <w:t xml:space="preserve"> "Enhancing mixed convection for effective thermal transport in a multi-lid-driven cavity with a heated obstacle." International Journal of Heat and Fluid Flow (2026). DOI: </w:t>
      </w:r>
      <w:hyperlink r:id="rId53" w:history="1">
        <w:r w:rsidRPr="005A53C6">
          <w:rPr>
            <w:rStyle w:val="Hyperlink"/>
            <w:rFonts w:ascii="Times New Roman" w:hAnsi="Times New Roman"/>
            <w:sz w:val="22"/>
          </w:rPr>
          <w:t>https://doi.org/10.1016/j.ijheatfluidflow.2026.110237</w:t>
        </w:r>
      </w:hyperlink>
    </w:p>
    <w:p w14:paraId="6D7AE9FD" w14:textId="4C80ADBE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VarunKumar</w:t>
      </w:r>
      <w:proofErr w:type="spellEnd"/>
      <w:r w:rsidRPr="006F18B7">
        <w:rPr>
          <w:rFonts w:ascii="Times New Roman" w:hAnsi="Times New Roman"/>
          <w:sz w:val="22"/>
        </w:rPr>
        <w:t xml:space="preserve"> T.; </w:t>
      </w:r>
      <w:proofErr w:type="spellStart"/>
      <w:r w:rsidRPr="006F18B7">
        <w:rPr>
          <w:rFonts w:ascii="Times New Roman" w:hAnsi="Times New Roman"/>
          <w:sz w:val="22"/>
        </w:rPr>
        <w:t>Vignesh</w:t>
      </w:r>
      <w:proofErr w:type="spellEnd"/>
      <w:r w:rsidRPr="006F18B7">
        <w:rPr>
          <w:rFonts w:ascii="Times New Roman" w:hAnsi="Times New Roman"/>
          <w:sz w:val="22"/>
        </w:rPr>
        <w:t xml:space="preserve"> V.; Rajesh </w:t>
      </w:r>
      <w:proofErr w:type="spellStart"/>
      <w:r w:rsidRPr="006F18B7">
        <w:rPr>
          <w:rFonts w:ascii="Times New Roman" w:hAnsi="Times New Roman"/>
          <w:sz w:val="22"/>
        </w:rPr>
        <w:t>kumar</w:t>
      </w:r>
      <w:proofErr w:type="spellEnd"/>
      <w:r w:rsidRPr="006F18B7">
        <w:rPr>
          <w:rFonts w:ascii="Times New Roman" w:hAnsi="Times New Roman"/>
          <w:sz w:val="22"/>
        </w:rPr>
        <w:t xml:space="preserve"> G.; </w:t>
      </w:r>
      <w:proofErr w:type="spellStart"/>
      <w:r w:rsidRPr="006F18B7">
        <w:rPr>
          <w:rFonts w:ascii="Times New Roman" w:hAnsi="Times New Roman"/>
          <w:sz w:val="22"/>
        </w:rPr>
        <w:t>Nagaprasad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N..</w:t>
      </w:r>
      <w:proofErr w:type="gramEnd"/>
      <w:r w:rsidRPr="006F18B7">
        <w:rPr>
          <w:rFonts w:ascii="Times New Roman" w:hAnsi="Times New Roman"/>
          <w:sz w:val="22"/>
        </w:rPr>
        <w:t xml:space="preserve"> "Sustainable hybrid bio-powder reinforced vinyl ester composites: enhancing mechanical and vibrational properties using clamshell and eggshell filler for various engineering applications." Polymer Bulletin (2026). DOI: </w:t>
      </w:r>
      <w:hyperlink r:id="rId54" w:history="1">
        <w:r w:rsidRPr="005A53C6">
          <w:rPr>
            <w:rStyle w:val="Hyperlink"/>
            <w:rFonts w:ascii="Times New Roman" w:hAnsi="Times New Roman"/>
            <w:sz w:val="22"/>
          </w:rPr>
          <w:t>https://doi.org/10.1007/s00289-025-06129-z</w:t>
        </w:r>
      </w:hyperlink>
    </w:p>
    <w:p w14:paraId="2942C287" w14:textId="0757F5F6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r w:rsidRPr="006F18B7">
        <w:rPr>
          <w:rFonts w:ascii="Times New Roman" w:hAnsi="Times New Roman"/>
          <w:sz w:val="22"/>
        </w:rPr>
        <w:t xml:space="preserve">Rani A.L.C.; </w:t>
      </w:r>
      <w:proofErr w:type="spellStart"/>
      <w:r w:rsidRPr="006F18B7">
        <w:rPr>
          <w:rFonts w:ascii="Times New Roman" w:hAnsi="Times New Roman"/>
          <w:sz w:val="22"/>
        </w:rPr>
        <w:t>Nainar</w:t>
      </w:r>
      <w:proofErr w:type="spellEnd"/>
      <w:r w:rsidRPr="006F18B7">
        <w:rPr>
          <w:rFonts w:ascii="Times New Roman" w:hAnsi="Times New Roman"/>
          <w:sz w:val="22"/>
        </w:rPr>
        <w:t xml:space="preserve"> M.A.M.; </w:t>
      </w:r>
      <w:proofErr w:type="spellStart"/>
      <w:r w:rsidRPr="006F18B7">
        <w:rPr>
          <w:rFonts w:ascii="Times New Roman" w:hAnsi="Times New Roman"/>
          <w:sz w:val="22"/>
        </w:rPr>
        <w:t>Ghotbi</w:t>
      </w:r>
      <w:proofErr w:type="spellEnd"/>
      <w:r w:rsidRPr="006F18B7">
        <w:rPr>
          <w:rFonts w:ascii="Times New Roman" w:hAnsi="Times New Roman"/>
          <w:sz w:val="22"/>
        </w:rPr>
        <w:t xml:space="preserve"> M.Y.; </w:t>
      </w:r>
      <w:proofErr w:type="spellStart"/>
      <w:r w:rsidRPr="006F18B7">
        <w:rPr>
          <w:rFonts w:ascii="Times New Roman" w:hAnsi="Times New Roman"/>
          <w:sz w:val="22"/>
        </w:rPr>
        <w:t>Roffi</w:t>
      </w:r>
      <w:proofErr w:type="spellEnd"/>
      <w:r w:rsidRPr="006F18B7">
        <w:rPr>
          <w:rFonts w:ascii="Times New Roman" w:hAnsi="Times New Roman"/>
          <w:sz w:val="22"/>
        </w:rPr>
        <w:t xml:space="preserve"> T.M.; </w:t>
      </w:r>
      <w:proofErr w:type="spellStart"/>
      <w:r w:rsidRPr="006F18B7">
        <w:rPr>
          <w:rFonts w:ascii="Times New Roman" w:hAnsi="Times New Roman"/>
          <w:sz w:val="22"/>
        </w:rPr>
        <w:t>Pramono</w:t>
      </w:r>
      <w:proofErr w:type="spellEnd"/>
      <w:r w:rsidRPr="006F18B7">
        <w:rPr>
          <w:rFonts w:ascii="Times New Roman" w:hAnsi="Times New Roman"/>
          <w:sz w:val="22"/>
        </w:rPr>
        <w:t xml:space="preserve"> A.W.; </w:t>
      </w:r>
      <w:proofErr w:type="spellStart"/>
      <w:r w:rsidRPr="006F18B7">
        <w:rPr>
          <w:rFonts w:ascii="Times New Roman" w:hAnsi="Times New Roman"/>
          <w:sz w:val="22"/>
        </w:rPr>
        <w:t>Viswanathan</w:t>
      </w:r>
      <w:proofErr w:type="spellEnd"/>
      <w:r w:rsidRPr="006F18B7">
        <w:rPr>
          <w:rFonts w:ascii="Times New Roman" w:hAnsi="Times New Roman"/>
          <w:sz w:val="22"/>
        </w:rPr>
        <w:t xml:space="preserve"> R.; </w:t>
      </w:r>
      <w:proofErr w:type="spellStart"/>
      <w:r w:rsidRPr="006F18B7">
        <w:rPr>
          <w:rFonts w:ascii="Times New Roman" w:hAnsi="Times New Roman"/>
          <w:sz w:val="22"/>
        </w:rPr>
        <w:t>Abdah</w:t>
      </w:r>
      <w:proofErr w:type="spellEnd"/>
      <w:r w:rsidRPr="006F18B7">
        <w:rPr>
          <w:rFonts w:ascii="Times New Roman" w:hAnsi="Times New Roman"/>
          <w:sz w:val="22"/>
        </w:rPr>
        <w:t xml:space="preserve"> M.A.A.M.; Khalid M.. "Microwave-assisted hydrothermal synthesis and electrochemical </w:t>
      </w:r>
      <w:r w:rsidRPr="006F18B7">
        <w:rPr>
          <w:rFonts w:ascii="Times New Roman" w:hAnsi="Times New Roman"/>
          <w:sz w:val="22"/>
        </w:rPr>
        <w:lastRenderedPageBreak/>
        <w:t xml:space="preserve">energy storage </w:t>
      </w:r>
      <w:proofErr w:type="spellStart"/>
      <w:r w:rsidRPr="006F18B7">
        <w:rPr>
          <w:rFonts w:ascii="Times New Roman" w:hAnsi="Times New Roman"/>
          <w:sz w:val="22"/>
        </w:rPr>
        <w:t>behavior</w:t>
      </w:r>
      <w:proofErr w:type="spellEnd"/>
      <w:r w:rsidRPr="006F18B7">
        <w:rPr>
          <w:rFonts w:ascii="Times New Roman" w:hAnsi="Times New Roman"/>
          <w:sz w:val="22"/>
        </w:rPr>
        <w:t xml:space="preserve"> of Ni/Zn layered hydroxides for use in </w:t>
      </w:r>
      <w:proofErr w:type="spellStart"/>
      <w:r w:rsidRPr="006F18B7">
        <w:rPr>
          <w:rFonts w:ascii="Times New Roman" w:hAnsi="Times New Roman"/>
          <w:sz w:val="22"/>
        </w:rPr>
        <w:t>supercapacitor</w:t>
      </w:r>
      <w:proofErr w:type="spellEnd"/>
      <w:r w:rsidRPr="006F18B7">
        <w:rPr>
          <w:rFonts w:ascii="Times New Roman" w:hAnsi="Times New Roman"/>
          <w:sz w:val="22"/>
        </w:rPr>
        <w:t xml:space="preserve"> electrodes." Journal of Solid State Electrochemistry (2026). DOI: </w:t>
      </w:r>
      <w:hyperlink r:id="rId55" w:history="1">
        <w:r w:rsidRPr="005A53C6">
          <w:rPr>
            <w:rStyle w:val="Hyperlink"/>
            <w:rFonts w:ascii="Times New Roman" w:hAnsi="Times New Roman"/>
            <w:sz w:val="22"/>
          </w:rPr>
          <w:t>https://doi.org/10.1007/s10008-025-06420-z</w:t>
        </w:r>
      </w:hyperlink>
    </w:p>
    <w:p w14:paraId="6AF20B0D" w14:textId="557EC917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Farithkhan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Gowthaman</w:t>
      </w:r>
      <w:proofErr w:type="spellEnd"/>
      <w:r w:rsidRPr="006F18B7">
        <w:rPr>
          <w:rFonts w:ascii="Times New Roman" w:hAnsi="Times New Roman"/>
          <w:sz w:val="22"/>
        </w:rPr>
        <w:t xml:space="preserve"> N.S.K.; Kwon S.-H.; </w:t>
      </w:r>
      <w:proofErr w:type="spellStart"/>
      <w:r w:rsidRPr="006F18B7">
        <w:rPr>
          <w:rFonts w:ascii="Times New Roman" w:hAnsi="Times New Roman"/>
          <w:sz w:val="22"/>
        </w:rPr>
        <w:t>Meenakshi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S..</w:t>
      </w:r>
      <w:proofErr w:type="gramEnd"/>
      <w:r w:rsidRPr="006F18B7">
        <w:rPr>
          <w:rFonts w:ascii="Times New Roman" w:hAnsi="Times New Roman"/>
          <w:sz w:val="22"/>
        </w:rPr>
        <w:t xml:space="preserve"> "Selenium fused iron-nickel </w:t>
      </w:r>
      <w:proofErr w:type="spellStart"/>
      <w:r w:rsidRPr="006F18B7">
        <w:rPr>
          <w:rFonts w:ascii="Times New Roman" w:hAnsi="Times New Roman"/>
          <w:sz w:val="22"/>
        </w:rPr>
        <w:t>microflowers</w:t>
      </w:r>
      <w:proofErr w:type="spellEnd"/>
      <w:r w:rsidRPr="006F18B7">
        <w:rPr>
          <w:rFonts w:ascii="Times New Roman" w:hAnsi="Times New Roman"/>
          <w:sz w:val="22"/>
        </w:rPr>
        <w:t xml:space="preserve"> on nitrogen-doped carbonized wood for </w:t>
      </w:r>
      <w:proofErr w:type="spellStart"/>
      <w:r w:rsidRPr="006F18B7">
        <w:rPr>
          <w:rFonts w:ascii="Times New Roman" w:hAnsi="Times New Roman"/>
          <w:sz w:val="22"/>
        </w:rPr>
        <w:t>bifunctional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electrocatalysis</w:t>
      </w:r>
      <w:proofErr w:type="spellEnd"/>
      <w:r w:rsidRPr="006F18B7">
        <w:rPr>
          <w:rFonts w:ascii="Times New Roman" w:hAnsi="Times New Roman"/>
          <w:sz w:val="22"/>
        </w:rPr>
        <w:t xml:space="preserve">: Microstructural and electron-architecture engineering toward glucose oxidation." Journal of Power Sources (2026). DOI: </w:t>
      </w:r>
      <w:hyperlink r:id="rId56" w:history="1">
        <w:r w:rsidRPr="005A53C6">
          <w:rPr>
            <w:rStyle w:val="Hyperlink"/>
            <w:rFonts w:ascii="Times New Roman" w:hAnsi="Times New Roman"/>
            <w:sz w:val="22"/>
          </w:rPr>
          <w:t>https://doi.org/10.1016/j.jpowsour.2026.239690</w:t>
        </w:r>
      </w:hyperlink>
    </w:p>
    <w:p w14:paraId="046DC7DE" w14:textId="6EB6B1EB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Krishnamoorthy</w:t>
      </w:r>
      <w:proofErr w:type="spellEnd"/>
      <w:r w:rsidRPr="006F18B7">
        <w:rPr>
          <w:rFonts w:ascii="Times New Roman" w:hAnsi="Times New Roman"/>
          <w:sz w:val="22"/>
        </w:rPr>
        <w:t xml:space="preserve"> V.; </w:t>
      </w:r>
      <w:proofErr w:type="spellStart"/>
      <w:r w:rsidRPr="006F18B7">
        <w:rPr>
          <w:rFonts w:ascii="Times New Roman" w:hAnsi="Times New Roman"/>
          <w:sz w:val="22"/>
        </w:rPr>
        <w:t>Saranya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Thandapani</w:t>
      </w:r>
      <w:proofErr w:type="spellEnd"/>
      <w:r w:rsidRPr="006F18B7">
        <w:rPr>
          <w:rFonts w:ascii="Times New Roman" w:hAnsi="Times New Roman"/>
          <w:sz w:val="22"/>
        </w:rPr>
        <w:t xml:space="preserve"> E.; </w:t>
      </w:r>
      <w:proofErr w:type="spellStart"/>
      <w:r w:rsidRPr="006F18B7">
        <w:rPr>
          <w:rFonts w:ascii="Times New Roman" w:hAnsi="Times New Roman"/>
          <w:sz w:val="22"/>
        </w:rPr>
        <w:t>Tunç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E..</w:t>
      </w:r>
      <w:proofErr w:type="gramEnd"/>
      <w:r w:rsidRPr="006F18B7">
        <w:rPr>
          <w:rFonts w:ascii="Times New Roman" w:hAnsi="Times New Roman"/>
          <w:sz w:val="22"/>
        </w:rPr>
        <w:t xml:space="preserve"> "Oscillation criteria for third-order hybrid trinomial advanced differential equations with mixed sign terms." </w:t>
      </w:r>
      <w:proofErr w:type="spellStart"/>
      <w:r w:rsidRPr="006F18B7">
        <w:rPr>
          <w:rFonts w:ascii="Times New Roman" w:hAnsi="Times New Roman"/>
          <w:sz w:val="22"/>
        </w:rPr>
        <w:t>Mathematica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Slovaca</w:t>
      </w:r>
      <w:proofErr w:type="spellEnd"/>
      <w:r w:rsidRPr="006F18B7">
        <w:rPr>
          <w:rFonts w:ascii="Times New Roman" w:hAnsi="Times New Roman"/>
          <w:sz w:val="22"/>
        </w:rPr>
        <w:t xml:space="preserve"> (2026). DOI: </w:t>
      </w:r>
      <w:hyperlink r:id="rId57" w:history="1">
        <w:r w:rsidRPr="005A53C6">
          <w:rPr>
            <w:rStyle w:val="Hyperlink"/>
            <w:rFonts w:ascii="Times New Roman" w:hAnsi="Times New Roman"/>
            <w:sz w:val="22"/>
          </w:rPr>
          <w:t>https://doi.org/10.1515/ms-2026-0125</w:t>
        </w:r>
      </w:hyperlink>
    </w:p>
    <w:p w14:paraId="09423DF9" w14:textId="67DF20C1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Muthulakshmi</w:t>
      </w:r>
      <w:proofErr w:type="spellEnd"/>
      <w:r w:rsidRPr="006F18B7">
        <w:rPr>
          <w:rFonts w:ascii="Times New Roman" w:hAnsi="Times New Roman"/>
          <w:sz w:val="22"/>
        </w:rPr>
        <w:t xml:space="preserve"> N.; </w:t>
      </w:r>
      <w:proofErr w:type="spellStart"/>
      <w:r w:rsidRPr="006F18B7">
        <w:rPr>
          <w:rFonts w:ascii="Times New Roman" w:hAnsi="Times New Roman"/>
          <w:sz w:val="22"/>
        </w:rPr>
        <w:t>Senthil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Archana</w:t>
      </w:r>
      <w:proofErr w:type="spellEnd"/>
      <w:r w:rsidRPr="006F18B7">
        <w:rPr>
          <w:rFonts w:ascii="Times New Roman" w:hAnsi="Times New Roman"/>
          <w:sz w:val="22"/>
        </w:rPr>
        <w:t xml:space="preserve"> B.; Mani A.; Subramanian </w:t>
      </w:r>
      <w:proofErr w:type="gramStart"/>
      <w:r w:rsidRPr="006F18B7">
        <w:rPr>
          <w:rFonts w:ascii="Times New Roman" w:hAnsi="Times New Roman"/>
          <w:sz w:val="22"/>
        </w:rPr>
        <w:t>R..</w:t>
      </w:r>
      <w:proofErr w:type="gramEnd"/>
      <w:r w:rsidRPr="006F18B7">
        <w:rPr>
          <w:rFonts w:ascii="Times New Roman" w:hAnsi="Times New Roman"/>
          <w:sz w:val="22"/>
        </w:rPr>
        <w:t xml:space="preserve"> "Biogenic Synthesis of Cerium Oxide Nanoparticles: Characterization, Biological Activities and Their Corrosion Inhibition Properties." Microscopy Research and Technique (2026). DOI: </w:t>
      </w:r>
      <w:hyperlink r:id="rId58" w:history="1">
        <w:r w:rsidRPr="005A53C6">
          <w:rPr>
            <w:rStyle w:val="Hyperlink"/>
            <w:rFonts w:ascii="Times New Roman" w:hAnsi="Times New Roman"/>
            <w:sz w:val="22"/>
          </w:rPr>
          <w:t>https://doi.org/10.1002/jemt.70109</w:t>
        </w:r>
      </w:hyperlink>
    </w:p>
    <w:p w14:paraId="1E661C9F" w14:textId="396AC6AD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r w:rsidRPr="006F18B7">
        <w:rPr>
          <w:rFonts w:ascii="Times New Roman" w:hAnsi="Times New Roman"/>
          <w:sz w:val="22"/>
        </w:rPr>
        <w:t xml:space="preserve">K.K. P.; B S.; J J.W.; B </w:t>
      </w:r>
      <w:proofErr w:type="gramStart"/>
      <w:r w:rsidRPr="006F18B7">
        <w:rPr>
          <w:rFonts w:ascii="Times New Roman" w:hAnsi="Times New Roman"/>
          <w:sz w:val="22"/>
        </w:rPr>
        <w:t>S..</w:t>
      </w:r>
      <w:proofErr w:type="gramEnd"/>
      <w:r w:rsidRPr="006F18B7">
        <w:rPr>
          <w:rFonts w:ascii="Times New Roman" w:hAnsi="Times New Roman"/>
          <w:sz w:val="22"/>
        </w:rPr>
        <w:t xml:space="preserve"> "A novel CoFe2O4/ZrO2/</w:t>
      </w:r>
      <w:proofErr w:type="spellStart"/>
      <w:r w:rsidRPr="006F18B7">
        <w:rPr>
          <w:rFonts w:ascii="Times New Roman" w:hAnsi="Times New Roman"/>
          <w:sz w:val="22"/>
        </w:rPr>
        <w:t>rGO</w:t>
      </w:r>
      <w:proofErr w:type="spellEnd"/>
      <w:r w:rsidRPr="006F18B7">
        <w:rPr>
          <w:rFonts w:ascii="Times New Roman" w:hAnsi="Times New Roman"/>
          <w:sz w:val="22"/>
        </w:rPr>
        <w:t xml:space="preserve"> ternary </w:t>
      </w:r>
      <w:proofErr w:type="spellStart"/>
      <w:r w:rsidRPr="006F18B7">
        <w:rPr>
          <w:rFonts w:ascii="Times New Roman" w:hAnsi="Times New Roman"/>
          <w:sz w:val="22"/>
        </w:rPr>
        <w:t>nanocomposite</w:t>
      </w:r>
      <w:proofErr w:type="spellEnd"/>
      <w:r w:rsidRPr="006F18B7">
        <w:rPr>
          <w:rFonts w:ascii="Times New Roman" w:hAnsi="Times New Roman"/>
          <w:sz w:val="22"/>
        </w:rPr>
        <w:t xml:space="preserve"> for high performance </w:t>
      </w:r>
      <w:proofErr w:type="spellStart"/>
      <w:r w:rsidRPr="006F18B7">
        <w:rPr>
          <w:rFonts w:ascii="Times New Roman" w:hAnsi="Times New Roman"/>
          <w:sz w:val="22"/>
        </w:rPr>
        <w:t>supercapacitor</w:t>
      </w:r>
      <w:proofErr w:type="spellEnd"/>
      <w:r w:rsidRPr="006F18B7">
        <w:rPr>
          <w:rFonts w:ascii="Times New Roman" w:hAnsi="Times New Roman"/>
          <w:sz w:val="22"/>
        </w:rPr>
        <w:t xml:space="preserve">." Journal of Energy Storage (2026). DOI: </w:t>
      </w:r>
      <w:hyperlink r:id="rId59" w:history="1">
        <w:r w:rsidRPr="005A53C6">
          <w:rPr>
            <w:rStyle w:val="Hyperlink"/>
            <w:rFonts w:ascii="Times New Roman" w:hAnsi="Times New Roman"/>
            <w:sz w:val="22"/>
          </w:rPr>
          <w:t>https://doi.org/10.1016/j.est.2026.122073</w:t>
        </w:r>
      </w:hyperlink>
    </w:p>
    <w:p w14:paraId="46C23459" w14:textId="4CD1B71B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Rostami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Guo</w:t>
      </w:r>
      <w:proofErr w:type="spellEnd"/>
      <w:r w:rsidRPr="006F18B7">
        <w:rPr>
          <w:rFonts w:ascii="Times New Roman" w:hAnsi="Times New Roman"/>
          <w:sz w:val="22"/>
        </w:rPr>
        <w:t xml:space="preserve"> G.; </w:t>
      </w:r>
      <w:proofErr w:type="spellStart"/>
      <w:r w:rsidRPr="006F18B7">
        <w:rPr>
          <w:rFonts w:ascii="Times New Roman" w:hAnsi="Times New Roman"/>
          <w:sz w:val="22"/>
        </w:rPr>
        <w:t>Abdolmohammadi</w:t>
      </w:r>
      <w:proofErr w:type="spellEnd"/>
      <w:r w:rsidRPr="006F18B7">
        <w:rPr>
          <w:rFonts w:ascii="Times New Roman" w:hAnsi="Times New Roman"/>
          <w:sz w:val="22"/>
        </w:rPr>
        <w:t xml:space="preserve"> H.R.; </w:t>
      </w:r>
      <w:proofErr w:type="spellStart"/>
      <w:r w:rsidRPr="006F18B7">
        <w:rPr>
          <w:rFonts w:ascii="Times New Roman" w:hAnsi="Times New Roman"/>
          <w:sz w:val="22"/>
        </w:rPr>
        <w:t>Jafari</w:t>
      </w:r>
      <w:proofErr w:type="spellEnd"/>
      <w:r w:rsidRPr="006F18B7">
        <w:rPr>
          <w:rFonts w:ascii="Times New Roman" w:hAnsi="Times New Roman"/>
          <w:sz w:val="22"/>
        </w:rPr>
        <w:t xml:space="preserve"> S.. "Modulation of neuronal activity by temperature and electromagnetic induction in a </w:t>
      </w:r>
      <w:proofErr w:type="spellStart"/>
      <w:r w:rsidRPr="006F18B7">
        <w:rPr>
          <w:rFonts w:ascii="Times New Roman" w:hAnsi="Times New Roman"/>
          <w:sz w:val="22"/>
        </w:rPr>
        <w:t>memristive</w:t>
      </w:r>
      <w:proofErr w:type="spellEnd"/>
      <w:r w:rsidRPr="006F18B7">
        <w:rPr>
          <w:rFonts w:ascii="Times New Roman" w:hAnsi="Times New Roman"/>
          <w:sz w:val="22"/>
        </w:rPr>
        <w:t xml:space="preserve"> Huber–Braun model." European Physical Journal: Special Topics (2026). DOI: </w:t>
      </w:r>
      <w:hyperlink r:id="rId60" w:history="1">
        <w:r w:rsidRPr="005A53C6">
          <w:rPr>
            <w:rStyle w:val="Hyperlink"/>
            <w:rFonts w:ascii="Times New Roman" w:hAnsi="Times New Roman"/>
            <w:sz w:val="22"/>
          </w:rPr>
          <w:t>https://doi.org/10.1140/epjs/s11734-025-01823-5</w:t>
        </w:r>
      </w:hyperlink>
    </w:p>
    <w:p w14:paraId="271FC5A6" w14:textId="334D51B4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Balaji</w:t>
      </w:r>
      <w:proofErr w:type="spellEnd"/>
      <w:r w:rsidRPr="006F18B7">
        <w:rPr>
          <w:rFonts w:ascii="Times New Roman" w:hAnsi="Times New Roman"/>
          <w:sz w:val="22"/>
        </w:rPr>
        <w:t xml:space="preserve"> G.N.; </w:t>
      </w:r>
      <w:proofErr w:type="spellStart"/>
      <w:r w:rsidRPr="006F18B7">
        <w:rPr>
          <w:rFonts w:ascii="Times New Roman" w:hAnsi="Times New Roman"/>
          <w:sz w:val="22"/>
        </w:rPr>
        <w:t>Sudhakaran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P..</w:t>
      </w:r>
      <w:proofErr w:type="gramEnd"/>
      <w:r w:rsidRPr="006F18B7">
        <w:rPr>
          <w:rFonts w:ascii="Times New Roman" w:hAnsi="Times New Roman"/>
          <w:sz w:val="22"/>
        </w:rPr>
        <w:t xml:space="preserve"> "Enhancing Opinion Mining of Twitter Data </w:t>
      </w:r>
      <w:proofErr w:type="gramStart"/>
      <w:r w:rsidRPr="006F18B7">
        <w:rPr>
          <w:rFonts w:ascii="Times New Roman" w:hAnsi="Times New Roman"/>
          <w:sz w:val="22"/>
        </w:rPr>
        <w:t>With</w:t>
      </w:r>
      <w:proofErr w:type="gramEnd"/>
      <w:r w:rsidRPr="006F18B7">
        <w:rPr>
          <w:rFonts w:ascii="Times New Roman" w:hAnsi="Times New Roman"/>
          <w:sz w:val="22"/>
        </w:rPr>
        <w:t xml:space="preserve"> A Deep Convolutional Spiking Neural Network and Balancing Composite Motion Optimization." Journal of Circuits, Systems and Computers (2026). DOI: </w:t>
      </w:r>
      <w:hyperlink r:id="rId61" w:history="1">
        <w:r w:rsidRPr="005A53C6">
          <w:rPr>
            <w:rStyle w:val="Hyperlink"/>
            <w:rFonts w:ascii="Times New Roman" w:hAnsi="Times New Roman"/>
            <w:sz w:val="22"/>
          </w:rPr>
          <w:t>https://doi.org/10.1142/S0218126626501896</w:t>
        </w:r>
      </w:hyperlink>
    </w:p>
    <w:p w14:paraId="11925EB5" w14:textId="33E968EE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Palaniappan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Keerthi</w:t>
      </w:r>
      <w:proofErr w:type="spellEnd"/>
      <w:r w:rsidRPr="006F18B7">
        <w:rPr>
          <w:rFonts w:ascii="Times New Roman" w:hAnsi="Times New Roman"/>
          <w:sz w:val="22"/>
        </w:rPr>
        <w:t xml:space="preserve"> T.S.; </w:t>
      </w:r>
      <w:proofErr w:type="spellStart"/>
      <w:r w:rsidRPr="006F18B7">
        <w:rPr>
          <w:rFonts w:ascii="Times New Roman" w:hAnsi="Times New Roman"/>
          <w:sz w:val="22"/>
        </w:rPr>
        <w:t>Manokar</w:t>
      </w:r>
      <w:proofErr w:type="spellEnd"/>
      <w:r w:rsidRPr="006F18B7">
        <w:rPr>
          <w:rFonts w:ascii="Times New Roman" w:hAnsi="Times New Roman"/>
          <w:sz w:val="22"/>
        </w:rPr>
        <w:t xml:space="preserve"> A.M.; </w:t>
      </w:r>
      <w:proofErr w:type="spellStart"/>
      <w:r w:rsidRPr="006F18B7">
        <w:rPr>
          <w:rFonts w:ascii="Times New Roman" w:hAnsi="Times New Roman"/>
          <w:sz w:val="22"/>
        </w:rPr>
        <w:t>Shanmugan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S..</w:t>
      </w:r>
      <w:proofErr w:type="gramEnd"/>
      <w:r w:rsidRPr="006F18B7">
        <w:rPr>
          <w:rFonts w:ascii="Times New Roman" w:hAnsi="Times New Roman"/>
          <w:sz w:val="22"/>
        </w:rPr>
        <w:t xml:space="preserve"> "Fe2O3-CeO2/PMMA </w:t>
      </w:r>
      <w:proofErr w:type="spellStart"/>
      <w:r w:rsidRPr="006F18B7">
        <w:rPr>
          <w:rFonts w:ascii="Times New Roman" w:hAnsi="Times New Roman"/>
          <w:sz w:val="22"/>
        </w:rPr>
        <w:t>nanocomposite</w:t>
      </w:r>
      <w:proofErr w:type="spellEnd"/>
      <w:r w:rsidRPr="006F18B7">
        <w:rPr>
          <w:rFonts w:ascii="Times New Roman" w:hAnsi="Times New Roman"/>
          <w:sz w:val="22"/>
        </w:rPr>
        <w:t xml:space="preserve">-enhanced solar box cooker with efficient </w:t>
      </w:r>
      <w:proofErr w:type="spellStart"/>
      <w:r w:rsidRPr="006F18B7">
        <w:rPr>
          <w:rFonts w:ascii="Times New Roman" w:hAnsi="Times New Roman"/>
          <w:sz w:val="22"/>
        </w:rPr>
        <w:t>photothermal</w:t>
      </w:r>
      <w:proofErr w:type="spellEnd"/>
      <w:r w:rsidRPr="006F18B7">
        <w:rPr>
          <w:rFonts w:ascii="Times New Roman" w:hAnsi="Times New Roman"/>
          <w:sz w:val="22"/>
        </w:rPr>
        <w:t xml:space="preserve"> conversion and extended thermal storage." Results in Engineering (2026). DOI: </w:t>
      </w:r>
      <w:hyperlink r:id="rId62" w:history="1">
        <w:r w:rsidRPr="005A53C6">
          <w:rPr>
            <w:rStyle w:val="Hyperlink"/>
            <w:rFonts w:ascii="Times New Roman" w:hAnsi="Times New Roman"/>
            <w:sz w:val="22"/>
          </w:rPr>
          <w:t>https://doi.org/10.1016/j.rineng.2026.109717</w:t>
        </w:r>
      </w:hyperlink>
    </w:p>
    <w:p w14:paraId="21C2B2C4" w14:textId="77777777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Ramasamy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Anbalagan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Manikandan</w:t>
      </w:r>
      <w:proofErr w:type="spellEnd"/>
      <w:r w:rsidRPr="006F18B7">
        <w:rPr>
          <w:rFonts w:ascii="Times New Roman" w:hAnsi="Times New Roman"/>
          <w:sz w:val="22"/>
        </w:rPr>
        <w:t xml:space="preserve"> D.; </w:t>
      </w:r>
      <w:proofErr w:type="spellStart"/>
      <w:r w:rsidRPr="006F18B7">
        <w:rPr>
          <w:rFonts w:ascii="Times New Roman" w:hAnsi="Times New Roman"/>
          <w:sz w:val="22"/>
        </w:rPr>
        <w:t>Ramaswamy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K..</w:t>
      </w:r>
      <w:proofErr w:type="gramEnd"/>
      <w:r w:rsidRPr="006F18B7">
        <w:rPr>
          <w:rFonts w:ascii="Times New Roman" w:hAnsi="Times New Roman"/>
          <w:sz w:val="22"/>
        </w:rPr>
        <w:t xml:space="preserve"> "AI-enhanced operation and control of isolated AC micro-grids with renewable energy and energy storage systems." Discover Applied Sciences (2026). DOI: </w:t>
      </w:r>
      <w:hyperlink r:id="rId63" w:history="1">
        <w:r w:rsidRPr="005A53C6">
          <w:rPr>
            <w:rStyle w:val="Hyperlink"/>
            <w:rFonts w:ascii="Times New Roman" w:hAnsi="Times New Roman"/>
            <w:sz w:val="22"/>
          </w:rPr>
          <w:t>https://doi.org/10.1007/s42452-025-081450</w:t>
        </w:r>
      </w:hyperlink>
    </w:p>
    <w:p w14:paraId="1BAA1448" w14:textId="77777777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Rajakumar</w:t>
      </w:r>
      <w:proofErr w:type="spellEnd"/>
      <w:r w:rsidRPr="006F18B7">
        <w:rPr>
          <w:rFonts w:ascii="Times New Roman" w:hAnsi="Times New Roman"/>
          <w:sz w:val="22"/>
        </w:rPr>
        <w:t xml:space="preserve"> S.; Sebastian Lawrence J.; Kumar </w:t>
      </w:r>
      <w:proofErr w:type="gramStart"/>
      <w:r w:rsidRPr="006F18B7">
        <w:rPr>
          <w:rFonts w:ascii="Times New Roman" w:hAnsi="Times New Roman"/>
          <w:sz w:val="22"/>
        </w:rPr>
        <w:t>D..</w:t>
      </w:r>
      <w:proofErr w:type="gramEnd"/>
      <w:r w:rsidRPr="006F18B7">
        <w:rPr>
          <w:rFonts w:ascii="Times New Roman" w:hAnsi="Times New Roman"/>
          <w:sz w:val="22"/>
        </w:rPr>
        <w:t xml:space="preserve"> "A study on different types of quasi ω-closed sets in </w:t>
      </w:r>
      <w:proofErr w:type="spellStart"/>
      <w:r w:rsidRPr="006F18B7">
        <w:rPr>
          <w:rFonts w:ascii="Times New Roman" w:hAnsi="Times New Roman"/>
          <w:sz w:val="22"/>
        </w:rPr>
        <w:t>Bitopological</w:t>
      </w:r>
      <w:proofErr w:type="spellEnd"/>
      <w:r w:rsidRPr="006F18B7">
        <w:rPr>
          <w:rFonts w:ascii="Times New Roman" w:hAnsi="Times New Roman"/>
          <w:sz w:val="22"/>
        </w:rPr>
        <w:t xml:space="preserve"> Spaces." Mathematics in Engineering, Science and Aerospace (2026). </w:t>
      </w:r>
      <w:hyperlink r:id="rId64" w:history="1">
        <w:r w:rsidRPr="006F18B7">
          <w:rPr>
            <w:rFonts w:ascii="Calibri" w:eastAsia="Times New Roman" w:hAnsi="Calibri" w:cs="Calibri"/>
            <w:color w:val="000000"/>
            <w:kern w:val="0"/>
            <w:sz w:val="22"/>
            <w:szCs w:val="22"/>
            <w:u w:val="single"/>
            <w:lang w:eastAsia="en-IN"/>
            <w14:ligatures w14:val="none"/>
          </w:rPr>
          <w:t>https://www.scopus.com/pages/publications/105040379384?origin=resultslist</w:t>
        </w:r>
      </w:hyperlink>
    </w:p>
    <w:p w14:paraId="52F03E38" w14:textId="019518A5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Vengatesh</w:t>
      </w:r>
      <w:proofErr w:type="spellEnd"/>
      <w:r w:rsidRPr="006F18B7">
        <w:rPr>
          <w:rFonts w:ascii="Times New Roman" w:hAnsi="Times New Roman"/>
          <w:sz w:val="22"/>
        </w:rPr>
        <w:t xml:space="preserve"> M.P.; Stalin B.; </w:t>
      </w:r>
      <w:proofErr w:type="spellStart"/>
      <w:r w:rsidRPr="006F18B7">
        <w:rPr>
          <w:rFonts w:ascii="Times New Roman" w:hAnsi="Times New Roman"/>
          <w:sz w:val="22"/>
        </w:rPr>
        <w:t>Vignesh</w:t>
      </w:r>
      <w:proofErr w:type="spellEnd"/>
      <w:r w:rsidRPr="006F18B7">
        <w:rPr>
          <w:rFonts w:ascii="Times New Roman" w:hAnsi="Times New Roman"/>
          <w:sz w:val="22"/>
        </w:rPr>
        <w:t xml:space="preserve"> V.; </w:t>
      </w:r>
      <w:proofErr w:type="spellStart"/>
      <w:r w:rsidRPr="006F18B7">
        <w:rPr>
          <w:rFonts w:ascii="Times New Roman" w:hAnsi="Times New Roman"/>
          <w:sz w:val="22"/>
        </w:rPr>
        <w:t>Nagaprasad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N..</w:t>
      </w:r>
      <w:proofErr w:type="gramEnd"/>
      <w:r w:rsidRPr="006F18B7">
        <w:rPr>
          <w:rFonts w:ascii="Times New Roman" w:hAnsi="Times New Roman"/>
          <w:sz w:val="22"/>
        </w:rPr>
        <w:t xml:space="preserve"> "Development and analysis of T. </w:t>
      </w:r>
      <w:proofErr w:type="spellStart"/>
      <w:r w:rsidRPr="006F18B7">
        <w:rPr>
          <w:rFonts w:ascii="Times New Roman" w:hAnsi="Times New Roman"/>
          <w:sz w:val="22"/>
        </w:rPr>
        <w:t>Arjuna</w:t>
      </w:r>
      <w:proofErr w:type="spellEnd"/>
      <w:r w:rsidRPr="006F18B7">
        <w:rPr>
          <w:rFonts w:ascii="Times New Roman" w:hAnsi="Times New Roman"/>
          <w:sz w:val="22"/>
        </w:rPr>
        <w:t xml:space="preserve"> Seed/Vinyl-Ester composite materials for lightweight automotive components." Polymer Bulletin (2026). DOI: </w:t>
      </w:r>
      <w:hyperlink r:id="rId65" w:history="1">
        <w:r w:rsidRPr="005A53C6">
          <w:rPr>
            <w:rStyle w:val="Hyperlink"/>
            <w:rFonts w:ascii="Times New Roman" w:hAnsi="Times New Roman"/>
            <w:sz w:val="22"/>
          </w:rPr>
          <w:t>https://doi.org/10.1007/s00289-025-06245-w</w:t>
        </w:r>
      </w:hyperlink>
    </w:p>
    <w:p w14:paraId="7ED7FF2C" w14:textId="38B62087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Giridharan</w:t>
      </w:r>
      <w:proofErr w:type="spellEnd"/>
      <w:r w:rsidRPr="006F18B7">
        <w:rPr>
          <w:rFonts w:ascii="Times New Roman" w:hAnsi="Times New Roman"/>
          <w:sz w:val="22"/>
        </w:rPr>
        <w:t xml:space="preserve"> K.; Kumar A.P.; </w:t>
      </w:r>
      <w:proofErr w:type="spellStart"/>
      <w:r w:rsidRPr="006F18B7">
        <w:rPr>
          <w:rFonts w:ascii="Times New Roman" w:hAnsi="Times New Roman"/>
          <w:sz w:val="22"/>
        </w:rPr>
        <w:t>VishvanathPerumal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Vinothkumar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Manikandan</w:t>
      </w:r>
      <w:proofErr w:type="spellEnd"/>
      <w:r w:rsidRPr="006F18B7">
        <w:rPr>
          <w:rFonts w:ascii="Times New Roman" w:hAnsi="Times New Roman"/>
          <w:sz w:val="22"/>
        </w:rPr>
        <w:t xml:space="preserve"> D.; </w:t>
      </w:r>
      <w:proofErr w:type="spellStart"/>
      <w:r w:rsidRPr="006F18B7">
        <w:rPr>
          <w:rFonts w:ascii="Times New Roman" w:hAnsi="Times New Roman"/>
          <w:sz w:val="22"/>
        </w:rPr>
        <w:t>Ramaswamy</w:t>
      </w:r>
      <w:proofErr w:type="spellEnd"/>
      <w:r w:rsidRPr="006F18B7">
        <w:rPr>
          <w:rFonts w:ascii="Times New Roman" w:hAnsi="Times New Roman"/>
          <w:sz w:val="22"/>
        </w:rPr>
        <w:t xml:space="preserve"> K.. "Investigation on the impact of tool traverse speed on the mechanical characteristics and fracture performance of friction stir welded copper CDA101 butt joints." Materials Today Communications (2026). DOI: </w:t>
      </w:r>
      <w:hyperlink r:id="rId66" w:history="1">
        <w:r w:rsidRPr="005A53C6">
          <w:rPr>
            <w:rStyle w:val="Hyperlink"/>
            <w:rFonts w:ascii="Times New Roman" w:hAnsi="Times New Roman"/>
            <w:sz w:val="22"/>
          </w:rPr>
          <w:t>https://doi.org/10.1016/j.mtcomm.2026.115086</w:t>
        </w:r>
      </w:hyperlink>
    </w:p>
    <w:p w14:paraId="588FC93D" w14:textId="4F01CC7A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Jafari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Parastesh</w:t>
      </w:r>
      <w:proofErr w:type="spellEnd"/>
      <w:r w:rsidRPr="006F18B7">
        <w:rPr>
          <w:rFonts w:ascii="Times New Roman" w:hAnsi="Times New Roman"/>
          <w:sz w:val="22"/>
        </w:rPr>
        <w:t xml:space="preserve"> F.; </w:t>
      </w:r>
      <w:proofErr w:type="spellStart"/>
      <w:r w:rsidRPr="006F18B7">
        <w:rPr>
          <w:rFonts w:ascii="Times New Roman" w:hAnsi="Times New Roman"/>
          <w:sz w:val="22"/>
        </w:rPr>
        <w:t>Bayani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K.; Lai Q.; </w:t>
      </w:r>
      <w:proofErr w:type="spellStart"/>
      <w:r w:rsidRPr="006F18B7">
        <w:rPr>
          <w:rFonts w:ascii="Times New Roman" w:hAnsi="Times New Roman"/>
          <w:sz w:val="22"/>
        </w:rPr>
        <w:t>Kurths</w:t>
      </w:r>
      <w:proofErr w:type="spellEnd"/>
      <w:r w:rsidRPr="006F18B7">
        <w:rPr>
          <w:rFonts w:ascii="Times New Roman" w:hAnsi="Times New Roman"/>
          <w:sz w:val="22"/>
        </w:rPr>
        <w:t xml:space="preserve"> J.. "Master stability functions for torus and stable equilibrium attractors." Physical Review E (2026). DOI: </w:t>
      </w:r>
      <w:hyperlink r:id="rId67" w:history="1">
        <w:r w:rsidRPr="005A53C6">
          <w:rPr>
            <w:rStyle w:val="Hyperlink"/>
            <w:rFonts w:ascii="Times New Roman" w:hAnsi="Times New Roman"/>
            <w:sz w:val="22"/>
          </w:rPr>
          <w:t>https://doi.org/10.1103/fh87-dntc</w:t>
        </w:r>
      </w:hyperlink>
    </w:p>
    <w:p w14:paraId="4325ACCD" w14:textId="461AB2B1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lastRenderedPageBreak/>
        <w:t>Karimi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Rahjerdi</w:t>
      </w:r>
      <w:proofErr w:type="spellEnd"/>
      <w:r w:rsidRPr="006F18B7">
        <w:rPr>
          <w:rFonts w:ascii="Times New Roman" w:hAnsi="Times New Roman"/>
          <w:sz w:val="22"/>
        </w:rPr>
        <w:t xml:space="preserve"> B.;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Nazarimehr</w:t>
      </w:r>
      <w:proofErr w:type="spellEnd"/>
      <w:r w:rsidRPr="006F18B7">
        <w:rPr>
          <w:rFonts w:ascii="Times New Roman" w:hAnsi="Times New Roman"/>
          <w:sz w:val="22"/>
        </w:rPr>
        <w:t xml:space="preserve"> F.;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K..</w:t>
      </w:r>
      <w:proofErr w:type="gramEnd"/>
      <w:r w:rsidRPr="006F18B7">
        <w:rPr>
          <w:rFonts w:ascii="Times New Roman" w:hAnsi="Times New Roman"/>
          <w:sz w:val="22"/>
        </w:rPr>
        <w:t xml:space="preserve"> "</w:t>
      </w:r>
      <w:proofErr w:type="gramStart"/>
      <w:r w:rsidRPr="006F18B7">
        <w:rPr>
          <w:rFonts w:ascii="Times New Roman" w:hAnsi="Times New Roman"/>
          <w:sz w:val="22"/>
        </w:rPr>
        <w:t>challenging</w:t>
      </w:r>
      <w:proofErr w:type="gramEnd"/>
      <w:r w:rsidRPr="006F18B7">
        <w:rPr>
          <w:rFonts w:ascii="Times New Roman" w:hAnsi="Times New Roman"/>
          <w:sz w:val="22"/>
        </w:rPr>
        <w:t xml:space="preserve"> synchronization-based network reconstruction from time series: a critical evaluation using Fitzhugh–</w:t>
      </w:r>
      <w:proofErr w:type="spellStart"/>
      <w:r w:rsidRPr="006F18B7">
        <w:rPr>
          <w:rFonts w:ascii="Times New Roman" w:hAnsi="Times New Roman"/>
          <w:sz w:val="22"/>
        </w:rPr>
        <w:t>Nagumo</w:t>
      </w:r>
      <w:proofErr w:type="spellEnd"/>
      <w:r w:rsidRPr="006F18B7">
        <w:rPr>
          <w:rFonts w:ascii="Times New Roman" w:hAnsi="Times New Roman"/>
          <w:sz w:val="22"/>
        </w:rPr>
        <w:t xml:space="preserve"> neural networks." Biological Cybernetics (2026). DOI: </w:t>
      </w:r>
      <w:hyperlink r:id="rId68" w:history="1">
        <w:r w:rsidRPr="005A53C6">
          <w:rPr>
            <w:rStyle w:val="Hyperlink"/>
            <w:rFonts w:ascii="Times New Roman" w:hAnsi="Times New Roman"/>
            <w:sz w:val="22"/>
          </w:rPr>
          <w:t>https://doi.org/10.1007/s00422-025-01033-1</w:t>
        </w:r>
      </w:hyperlink>
    </w:p>
    <w:p w14:paraId="5CFC9DA4" w14:textId="43C6BEA1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r w:rsidRPr="006F18B7">
        <w:rPr>
          <w:rFonts w:ascii="Times New Roman" w:hAnsi="Times New Roman"/>
          <w:sz w:val="22"/>
        </w:rPr>
        <w:t xml:space="preserve">Kumar S.S.; </w:t>
      </w:r>
      <w:proofErr w:type="spellStart"/>
      <w:r w:rsidRPr="006F18B7">
        <w:rPr>
          <w:rFonts w:ascii="Times New Roman" w:hAnsi="Times New Roman"/>
          <w:sz w:val="22"/>
        </w:rPr>
        <w:t>Muthalagu</w:t>
      </w:r>
      <w:proofErr w:type="spellEnd"/>
      <w:r w:rsidRPr="006F18B7">
        <w:rPr>
          <w:rFonts w:ascii="Times New Roman" w:hAnsi="Times New Roman"/>
          <w:sz w:val="22"/>
        </w:rPr>
        <w:t xml:space="preserve"> R.; </w:t>
      </w:r>
      <w:proofErr w:type="spellStart"/>
      <w:r w:rsidRPr="006F18B7">
        <w:rPr>
          <w:rFonts w:ascii="Times New Roman" w:hAnsi="Times New Roman"/>
          <w:sz w:val="22"/>
        </w:rPr>
        <w:t>Vignesh</w:t>
      </w:r>
      <w:proofErr w:type="spellEnd"/>
      <w:r w:rsidRPr="006F18B7">
        <w:rPr>
          <w:rFonts w:ascii="Times New Roman" w:hAnsi="Times New Roman"/>
          <w:sz w:val="22"/>
        </w:rPr>
        <w:t xml:space="preserve"> V.; </w:t>
      </w:r>
      <w:proofErr w:type="spellStart"/>
      <w:r w:rsidRPr="006F18B7">
        <w:rPr>
          <w:rFonts w:ascii="Times New Roman" w:hAnsi="Times New Roman"/>
          <w:sz w:val="22"/>
        </w:rPr>
        <w:t>Mahesha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G.T..</w:t>
      </w:r>
      <w:proofErr w:type="gramEnd"/>
      <w:r w:rsidRPr="006F18B7">
        <w:rPr>
          <w:rFonts w:ascii="Times New Roman" w:hAnsi="Times New Roman"/>
          <w:sz w:val="22"/>
        </w:rPr>
        <w:t xml:space="preserve"> "Performance Evaluation of Hybrid </w:t>
      </w:r>
      <w:proofErr w:type="spellStart"/>
      <w:r w:rsidRPr="006F18B7">
        <w:rPr>
          <w:rFonts w:ascii="Times New Roman" w:hAnsi="Times New Roman"/>
          <w:sz w:val="22"/>
        </w:rPr>
        <w:t>Kenaf</w:t>
      </w:r>
      <w:proofErr w:type="spellEnd"/>
      <w:r w:rsidRPr="006F18B7">
        <w:rPr>
          <w:rFonts w:ascii="Times New Roman" w:hAnsi="Times New Roman"/>
          <w:sz w:val="22"/>
        </w:rPr>
        <w:t xml:space="preserve">–Pineapple Leaf–Flax </w:t>
      </w:r>
      <w:proofErr w:type="spellStart"/>
      <w:r w:rsidRPr="006F18B7">
        <w:rPr>
          <w:rFonts w:ascii="Times New Roman" w:hAnsi="Times New Roman"/>
          <w:sz w:val="22"/>
        </w:rPr>
        <w:t>Fiber</w:t>
      </w:r>
      <w:proofErr w:type="spellEnd"/>
      <w:r w:rsidRPr="006F18B7">
        <w:rPr>
          <w:rFonts w:ascii="Times New Roman" w:hAnsi="Times New Roman"/>
          <w:sz w:val="22"/>
        </w:rPr>
        <w:t xml:space="preserve"> Reinforced Vinyl Ester Composites: Mechanical and Thermal Characteristics for Diverse Engineering Prototype Applications." Journal of Natural </w:t>
      </w:r>
      <w:proofErr w:type="spellStart"/>
      <w:r w:rsidRPr="006F18B7">
        <w:rPr>
          <w:rFonts w:ascii="Times New Roman" w:hAnsi="Times New Roman"/>
          <w:sz w:val="22"/>
        </w:rPr>
        <w:t>Fibers</w:t>
      </w:r>
      <w:proofErr w:type="spellEnd"/>
      <w:r w:rsidRPr="006F18B7">
        <w:rPr>
          <w:rFonts w:ascii="Times New Roman" w:hAnsi="Times New Roman"/>
          <w:sz w:val="22"/>
        </w:rPr>
        <w:t xml:space="preserve"> (2026). DOI: </w:t>
      </w:r>
      <w:hyperlink r:id="rId69" w:history="1">
        <w:r w:rsidRPr="005A53C6">
          <w:rPr>
            <w:rStyle w:val="Hyperlink"/>
            <w:rFonts w:ascii="Times New Roman" w:hAnsi="Times New Roman"/>
            <w:sz w:val="22"/>
          </w:rPr>
          <w:t>https://doi.org/10.1080/15440478.2026.2629564</w:t>
        </w:r>
      </w:hyperlink>
    </w:p>
    <w:p w14:paraId="3AEBDF9B" w14:textId="2C465542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r w:rsidRPr="006F18B7">
        <w:rPr>
          <w:rFonts w:ascii="Times New Roman" w:hAnsi="Times New Roman"/>
          <w:sz w:val="22"/>
        </w:rPr>
        <w:t xml:space="preserve">Ramesh </w:t>
      </w:r>
      <w:proofErr w:type="spellStart"/>
      <w:r w:rsidRPr="006F18B7">
        <w:rPr>
          <w:rFonts w:ascii="Times New Roman" w:hAnsi="Times New Roman"/>
          <w:sz w:val="22"/>
        </w:rPr>
        <w:t>Kannan</w:t>
      </w:r>
      <w:proofErr w:type="spellEnd"/>
      <w:r w:rsidRPr="006F18B7">
        <w:rPr>
          <w:rFonts w:ascii="Times New Roman" w:hAnsi="Times New Roman"/>
          <w:sz w:val="22"/>
        </w:rPr>
        <w:t xml:space="preserve"> C.; </w:t>
      </w:r>
      <w:proofErr w:type="spellStart"/>
      <w:r w:rsidRPr="006F18B7">
        <w:rPr>
          <w:rFonts w:ascii="Times New Roman" w:hAnsi="Times New Roman"/>
          <w:sz w:val="22"/>
        </w:rPr>
        <w:t>Santhosh</w:t>
      </w:r>
      <w:proofErr w:type="spellEnd"/>
      <w:r w:rsidRPr="006F18B7">
        <w:rPr>
          <w:rFonts w:ascii="Times New Roman" w:hAnsi="Times New Roman"/>
          <w:sz w:val="22"/>
        </w:rPr>
        <w:t xml:space="preserve"> V.; Faisal M.H.; </w:t>
      </w:r>
      <w:proofErr w:type="spellStart"/>
      <w:r w:rsidRPr="006F18B7">
        <w:rPr>
          <w:rFonts w:ascii="Times New Roman" w:hAnsi="Times New Roman"/>
          <w:sz w:val="22"/>
        </w:rPr>
        <w:t>Soundararajan</w:t>
      </w:r>
      <w:proofErr w:type="spellEnd"/>
      <w:r w:rsidRPr="006F18B7">
        <w:rPr>
          <w:rFonts w:ascii="Times New Roman" w:hAnsi="Times New Roman"/>
          <w:sz w:val="22"/>
        </w:rPr>
        <w:t xml:space="preserve"> S.; Kumar A.; Daniel Das A.; Subramanian M.; </w:t>
      </w:r>
      <w:proofErr w:type="spellStart"/>
      <w:r w:rsidRPr="006F18B7">
        <w:rPr>
          <w:rFonts w:ascii="Times New Roman" w:hAnsi="Times New Roman"/>
          <w:sz w:val="22"/>
        </w:rPr>
        <w:t>Devaraj</w:t>
      </w:r>
      <w:proofErr w:type="spellEnd"/>
      <w:r w:rsidRPr="006F18B7">
        <w:rPr>
          <w:rFonts w:ascii="Times New Roman" w:hAnsi="Times New Roman"/>
          <w:sz w:val="22"/>
        </w:rPr>
        <w:t xml:space="preserve"> L.; </w:t>
      </w:r>
      <w:proofErr w:type="spellStart"/>
      <w:r w:rsidRPr="006F18B7">
        <w:rPr>
          <w:rFonts w:ascii="Times New Roman" w:hAnsi="Times New Roman"/>
          <w:sz w:val="22"/>
        </w:rPr>
        <w:t>Vallimanalan</w:t>
      </w:r>
      <w:proofErr w:type="spellEnd"/>
      <w:r w:rsidRPr="006F18B7">
        <w:rPr>
          <w:rFonts w:ascii="Times New Roman" w:hAnsi="Times New Roman"/>
          <w:sz w:val="22"/>
        </w:rPr>
        <w:t xml:space="preserve"> A.. "Tailored AlCoCrNiMo0.3 High Entropy Alloy Coatings for Advanced Corrosion Protection." Materials and Corrosion (2026). DOI: </w:t>
      </w:r>
      <w:hyperlink r:id="rId70" w:history="1">
        <w:r w:rsidRPr="005A53C6">
          <w:rPr>
            <w:rStyle w:val="Hyperlink"/>
            <w:rFonts w:ascii="Times New Roman" w:hAnsi="Times New Roman"/>
            <w:sz w:val="22"/>
          </w:rPr>
          <w:t>https://doi.org/10.1002/maco.70055</w:t>
        </w:r>
      </w:hyperlink>
    </w:p>
    <w:p w14:paraId="78782693" w14:textId="6714CB11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Sinthiya</w:t>
      </w:r>
      <w:proofErr w:type="spellEnd"/>
      <w:r w:rsidRPr="006F18B7">
        <w:rPr>
          <w:rFonts w:ascii="Times New Roman" w:hAnsi="Times New Roman"/>
          <w:sz w:val="22"/>
        </w:rPr>
        <w:t xml:space="preserve"> P.A.; Johnson I.; </w:t>
      </w:r>
      <w:proofErr w:type="spellStart"/>
      <w:r w:rsidRPr="006F18B7">
        <w:rPr>
          <w:rFonts w:ascii="Times New Roman" w:hAnsi="Times New Roman"/>
          <w:sz w:val="22"/>
        </w:rPr>
        <w:t>Prabu</w:t>
      </w:r>
      <w:proofErr w:type="spellEnd"/>
      <w:r w:rsidRPr="006F18B7">
        <w:rPr>
          <w:rFonts w:ascii="Times New Roman" w:hAnsi="Times New Roman"/>
          <w:sz w:val="22"/>
        </w:rPr>
        <w:t xml:space="preserve"> H.J.; </w:t>
      </w:r>
      <w:proofErr w:type="spellStart"/>
      <w:r w:rsidRPr="006F18B7">
        <w:rPr>
          <w:rFonts w:ascii="Times New Roman" w:hAnsi="Times New Roman"/>
          <w:sz w:val="22"/>
        </w:rPr>
        <w:t>Sahayaraj</w:t>
      </w:r>
      <w:proofErr w:type="spellEnd"/>
      <w:r w:rsidRPr="006F18B7">
        <w:rPr>
          <w:rFonts w:ascii="Times New Roman" w:hAnsi="Times New Roman"/>
          <w:sz w:val="22"/>
        </w:rPr>
        <w:t xml:space="preserve"> A.F.; Kennedy A.J.S.; </w:t>
      </w:r>
      <w:proofErr w:type="spellStart"/>
      <w:r w:rsidRPr="006F18B7">
        <w:rPr>
          <w:rFonts w:ascii="Times New Roman" w:hAnsi="Times New Roman"/>
          <w:sz w:val="22"/>
        </w:rPr>
        <w:t>Salamon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J..</w:t>
      </w:r>
      <w:proofErr w:type="gramEnd"/>
      <w:r w:rsidRPr="006F18B7">
        <w:rPr>
          <w:rFonts w:ascii="Times New Roman" w:hAnsi="Times New Roman"/>
          <w:sz w:val="22"/>
        </w:rPr>
        <w:t xml:space="preserve"> "</w:t>
      </w:r>
      <w:proofErr w:type="spellStart"/>
      <w:r w:rsidRPr="006F18B7">
        <w:rPr>
          <w:rFonts w:ascii="Times New Roman" w:hAnsi="Times New Roman"/>
          <w:sz w:val="22"/>
        </w:rPr>
        <w:t>Moringa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oleifera</w:t>
      </w:r>
      <w:proofErr w:type="spellEnd"/>
      <w:r w:rsidRPr="006F18B7">
        <w:rPr>
          <w:rFonts w:ascii="Times New Roman" w:hAnsi="Times New Roman"/>
          <w:sz w:val="22"/>
        </w:rPr>
        <w:t xml:space="preserve"> Seed-Derived Cellulose </w:t>
      </w:r>
      <w:proofErr w:type="spellStart"/>
      <w:r w:rsidRPr="006F18B7">
        <w:rPr>
          <w:rFonts w:ascii="Times New Roman" w:hAnsi="Times New Roman"/>
          <w:sz w:val="22"/>
        </w:rPr>
        <w:t>Nanocrystals</w:t>
      </w:r>
      <w:proofErr w:type="spellEnd"/>
      <w:r w:rsidRPr="006F18B7">
        <w:rPr>
          <w:rFonts w:ascii="Times New Roman" w:hAnsi="Times New Roman"/>
          <w:sz w:val="22"/>
        </w:rPr>
        <w:t>/</w:t>
      </w:r>
      <w:proofErr w:type="spellStart"/>
      <w:r w:rsidRPr="006F18B7">
        <w:rPr>
          <w:rFonts w:ascii="Times New Roman" w:hAnsi="Times New Roman"/>
          <w:sz w:val="22"/>
        </w:rPr>
        <w:t>Polypyrrole</w:t>
      </w:r>
      <w:proofErr w:type="spellEnd"/>
      <w:r w:rsidRPr="006F18B7">
        <w:rPr>
          <w:rFonts w:ascii="Times New Roman" w:hAnsi="Times New Roman"/>
          <w:sz w:val="22"/>
        </w:rPr>
        <w:t xml:space="preserve"> Composite for Advanced Symmetric </w:t>
      </w:r>
      <w:proofErr w:type="spellStart"/>
      <w:r w:rsidRPr="006F18B7">
        <w:rPr>
          <w:rFonts w:ascii="Times New Roman" w:hAnsi="Times New Roman"/>
          <w:sz w:val="22"/>
        </w:rPr>
        <w:t>Supercapacitor</w:t>
      </w:r>
      <w:proofErr w:type="spellEnd"/>
      <w:r w:rsidRPr="006F18B7">
        <w:rPr>
          <w:rFonts w:ascii="Times New Roman" w:hAnsi="Times New Roman"/>
          <w:sz w:val="22"/>
        </w:rPr>
        <w:t xml:space="preserve"> Applications." Journal of Electronic Materials (2026). DOI: </w:t>
      </w:r>
      <w:hyperlink r:id="rId71" w:history="1">
        <w:r w:rsidRPr="005A53C6">
          <w:rPr>
            <w:rStyle w:val="Hyperlink"/>
            <w:rFonts w:ascii="Times New Roman" w:hAnsi="Times New Roman"/>
            <w:sz w:val="22"/>
          </w:rPr>
          <w:t>https://doi.org/10.1007/s11664-026-12731-2</w:t>
        </w:r>
      </w:hyperlink>
    </w:p>
    <w:p w14:paraId="122855BA" w14:textId="2AC3593C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Naresh</w:t>
      </w:r>
      <w:proofErr w:type="spellEnd"/>
      <w:r w:rsidRPr="006F18B7">
        <w:rPr>
          <w:rFonts w:ascii="Times New Roman" w:hAnsi="Times New Roman"/>
          <w:sz w:val="22"/>
        </w:rPr>
        <w:t xml:space="preserve"> K.; Mani A.; </w:t>
      </w:r>
      <w:proofErr w:type="spellStart"/>
      <w:r w:rsidRPr="006F18B7">
        <w:rPr>
          <w:rFonts w:ascii="Times New Roman" w:hAnsi="Times New Roman"/>
          <w:sz w:val="22"/>
        </w:rPr>
        <w:t>Archana</w:t>
      </w:r>
      <w:proofErr w:type="spellEnd"/>
      <w:r w:rsidRPr="006F18B7">
        <w:rPr>
          <w:rFonts w:ascii="Times New Roman" w:hAnsi="Times New Roman"/>
          <w:sz w:val="22"/>
        </w:rPr>
        <w:t xml:space="preserve"> B.; </w:t>
      </w:r>
      <w:proofErr w:type="spellStart"/>
      <w:r w:rsidRPr="006F18B7">
        <w:rPr>
          <w:rFonts w:ascii="Times New Roman" w:hAnsi="Times New Roman"/>
          <w:sz w:val="22"/>
        </w:rPr>
        <w:t>Jayasree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Sivasankar</w:t>
      </w:r>
      <w:proofErr w:type="spellEnd"/>
      <w:r w:rsidRPr="006F18B7">
        <w:rPr>
          <w:rFonts w:ascii="Times New Roman" w:hAnsi="Times New Roman"/>
          <w:sz w:val="22"/>
        </w:rPr>
        <w:t xml:space="preserve"> B.N.; </w:t>
      </w:r>
      <w:proofErr w:type="spellStart"/>
      <w:r w:rsidRPr="006F18B7">
        <w:rPr>
          <w:rFonts w:ascii="Times New Roman" w:hAnsi="Times New Roman"/>
          <w:sz w:val="22"/>
        </w:rPr>
        <w:t>Preethi</w:t>
      </w:r>
      <w:proofErr w:type="spellEnd"/>
      <w:r w:rsidRPr="006F18B7">
        <w:rPr>
          <w:rFonts w:ascii="Times New Roman" w:hAnsi="Times New Roman"/>
          <w:sz w:val="22"/>
        </w:rPr>
        <w:t xml:space="preserve"> B.; </w:t>
      </w:r>
      <w:proofErr w:type="spellStart"/>
      <w:r w:rsidRPr="006F18B7">
        <w:rPr>
          <w:rFonts w:ascii="Times New Roman" w:hAnsi="Times New Roman"/>
          <w:sz w:val="22"/>
        </w:rPr>
        <w:t>Sivakumar</w:t>
      </w:r>
      <w:proofErr w:type="spellEnd"/>
      <w:r w:rsidRPr="006F18B7">
        <w:rPr>
          <w:rFonts w:ascii="Times New Roman" w:hAnsi="Times New Roman"/>
          <w:sz w:val="22"/>
        </w:rPr>
        <w:t xml:space="preserve"> C.. "Synthesis and characterization of a novel </w:t>
      </w:r>
      <w:proofErr w:type="spellStart"/>
      <w:r w:rsidRPr="006F18B7">
        <w:rPr>
          <w:rFonts w:ascii="Times New Roman" w:hAnsi="Times New Roman"/>
          <w:sz w:val="22"/>
        </w:rPr>
        <w:t>aminoguanidinium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dipicolinate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proofErr w:type="gramStart"/>
      <w:r w:rsidRPr="006F18B7">
        <w:rPr>
          <w:rFonts w:ascii="Times New Roman" w:hAnsi="Times New Roman"/>
          <w:sz w:val="22"/>
        </w:rPr>
        <w:t>oxovanadium</w:t>
      </w:r>
      <w:proofErr w:type="spellEnd"/>
      <w:r w:rsidRPr="006F18B7">
        <w:rPr>
          <w:rFonts w:ascii="Times New Roman" w:hAnsi="Times New Roman"/>
          <w:sz w:val="22"/>
        </w:rPr>
        <w:t>(</w:t>
      </w:r>
      <w:proofErr w:type="gramEnd"/>
      <w:r w:rsidRPr="006F18B7">
        <w:rPr>
          <w:rFonts w:ascii="Times New Roman" w:hAnsi="Times New Roman"/>
          <w:sz w:val="22"/>
        </w:rPr>
        <w:t xml:space="preserve">IV) </w:t>
      </w:r>
      <w:proofErr w:type="spellStart"/>
      <w:r w:rsidRPr="006F18B7">
        <w:rPr>
          <w:rFonts w:ascii="Times New Roman" w:hAnsi="Times New Roman"/>
          <w:sz w:val="22"/>
        </w:rPr>
        <w:t>tetrahydrate</w:t>
      </w:r>
      <w:proofErr w:type="spellEnd"/>
      <w:r w:rsidRPr="006F18B7">
        <w:rPr>
          <w:rFonts w:ascii="Times New Roman" w:hAnsi="Times New Roman"/>
          <w:sz w:val="22"/>
        </w:rPr>
        <w:t xml:space="preserve"> with DFT and biological studies." Chemical Papers (2026). DOI: </w:t>
      </w:r>
      <w:hyperlink r:id="rId72" w:history="1">
        <w:r w:rsidRPr="005A53C6">
          <w:rPr>
            <w:rStyle w:val="Hyperlink"/>
            <w:rFonts w:ascii="Times New Roman" w:hAnsi="Times New Roman"/>
            <w:sz w:val="22"/>
          </w:rPr>
          <w:t>https://doi.org/10.1007/s11696-026-04900-8</w:t>
        </w:r>
      </w:hyperlink>
    </w:p>
    <w:p w14:paraId="1B83FA20" w14:textId="22E71189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Hussain</w:t>
      </w:r>
      <w:proofErr w:type="spellEnd"/>
      <w:r w:rsidRPr="006F18B7">
        <w:rPr>
          <w:rFonts w:ascii="Times New Roman" w:hAnsi="Times New Roman"/>
          <w:sz w:val="22"/>
        </w:rPr>
        <w:t xml:space="preserve"> I.; </w:t>
      </w:r>
      <w:proofErr w:type="spellStart"/>
      <w:r w:rsidRPr="006F18B7">
        <w:rPr>
          <w:rFonts w:ascii="Times New Roman" w:hAnsi="Times New Roman"/>
          <w:sz w:val="22"/>
        </w:rPr>
        <w:t>Parastesh</w:t>
      </w:r>
      <w:proofErr w:type="spellEnd"/>
      <w:r w:rsidRPr="006F18B7">
        <w:rPr>
          <w:rFonts w:ascii="Times New Roman" w:hAnsi="Times New Roman"/>
          <w:sz w:val="22"/>
        </w:rPr>
        <w:t xml:space="preserve"> F.; Wang Z.;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Jafari</w:t>
      </w:r>
      <w:proofErr w:type="spellEnd"/>
      <w:r w:rsidRPr="006F18B7">
        <w:rPr>
          <w:rFonts w:ascii="Times New Roman" w:hAnsi="Times New Roman"/>
          <w:sz w:val="22"/>
        </w:rPr>
        <w:t xml:space="preserve"> S.. "Explosive synchronization transition in stochastically rewired inertial </w:t>
      </w:r>
      <w:proofErr w:type="spellStart"/>
      <w:r w:rsidRPr="006F18B7">
        <w:rPr>
          <w:rFonts w:ascii="Times New Roman" w:hAnsi="Times New Roman"/>
          <w:sz w:val="22"/>
        </w:rPr>
        <w:t>Kuramoto</w:t>
      </w:r>
      <w:proofErr w:type="spellEnd"/>
      <w:r w:rsidRPr="006F18B7">
        <w:rPr>
          <w:rFonts w:ascii="Times New Roman" w:hAnsi="Times New Roman"/>
          <w:sz w:val="22"/>
        </w:rPr>
        <w:t xml:space="preserve"> networks." Communications in Theoretical Physics (2026). DOI: </w:t>
      </w:r>
      <w:hyperlink r:id="rId73" w:history="1">
        <w:r w:rsidRPr="005A53C6">
          <w:rPr>
            <w:rStyle w:val="Hyperlink"/>
            <w:rFonts w:ascii="Times New Roman" w:hAnsi="Times New Roman"/>
            <w:sz w:val="22"/>
          </w:rPr>
          <w:t>https://doi.org/10.1088/1572-9494/ae4e94</w:t>
        </w:r>
      </w:hyperlink>
    </w:p>
    <w:p w14:paraId="369CCAC8" w14:textId="52D4E517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Manjula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Chitra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Kumari</w:t>
      </w:r>
      <w:proofErr w:type="spellEnd"/>
      <w:r w:rsidRPr="006F18B7">
        <w:rPr>
          <w:rFonts w:ascii="Times New Roman" w:hAnsi="Times New Roman"/>
          <w:sz w:val="22"/>
        </w:rPr>
        <w:t xml:space="preserve"> S.R.; Ramesh R.; </w:t>
      </w:r>
      <w:proofErr w:type="spellStart"/>
      <w:r w:rsidRPr="006F18B7">
        <w:rPr>
          <w:rFonts w:ascii="Times New Roman" w:hAnsi="Times New Roman"/>
          <w:sz w:val="22"/>
        </w:rPr>
        <w:t>Radhika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Naveenkumar</w:t>
      </w:r>
      <w:proofErr w:type="spellEnd"/>
      <w:r w:rsidRPr="006F18B7">
        <w:rPr>
          <w:rFonts w:ascii="Times New Roman" w:hAnsi="Times New Roman"/>
          <w:sz w:val="22"/>
        </w:rPr>
        <w:t xml:space="preserve"> R.; </w:t>
      </w:r>
      <w:proofErr w:type="spellStart"/>
      <w:r w:rsidRPr="006F18B7">
        <w:rPr>
          <w:rFonts w:ascii="Times New Roman" w:hAnsi="Times New Roman"/>
          <w:sz w:val="22"/>
        </w:rPr>
        <w:t>Nainvarapu</w:t>
      </w:r>
      <w:proofErr w:type="spellEnd"/>
      <w:r w:rsidRPr="006F18B7">
        <w:rPr>
          <w:rFonts w:ascii="Times New Roman" w:hAnsi="Times New Roman"/>
          <w:sz w:val="22"/>
        </w:rPr>
        <w:t xml:space="preserve"> R.. "Artificial Intelligence and Neural Network-Driven Quantum Calculus Framework for Nonlinear Optimization of Fuzzy Partial Differential Equations </w:t>
      </w:r>
      <w:proofErr w:type="spellStart"/>
      <w:r w:rsidRPr="006F18B7">
        <w:rPr>
          <w:rFonts w:ascii="Times New Roman" w:hAnsi="Times New Roman"/>
          <w:sz w:val="22"/>
        </w:rPr>
        <w:t>iFluid</w:t>
      </w:r>
      <w:proofErr w:type="spellEnd"/>
      <w:r w:rsidRPr="006F18B7">
        <w:rPr>
          <w:rFonts w:ascii="Times New Roman" w:hAnsi="Times New Roman"/>
          <w:sz w:val="22"/>
        </w:rPr>
        <w:t xml:space="preserve"> Dynamics." Results in Nonlinear Analysis (2026). DOI: </w:t>
      </w:r>
      <w:hyperlink r:id="rId74" w:history="1">
        <w:r w:rsidRPr="005A53C6">
          <w:rPr>
            <w:rStyle w:val="Hyperlink"/>
            <w:rFonts w:ascii="Times New Roman" w:hAnsi="Times New Roman"/>
            <w:sz w:val="22"/>
          </w:rPr>
          <w:t>https://doi.org/10.31838/rna/2026.09.01.002</w:t>
        </w:r>
      </w:hyperlink>
    </w:p>
    <w:p w14:paraId="64FEF4D8" w14:textId="22D9F5E1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Awadalla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Murugesan</w:t>
      </w:r>
      <w:proofErr w:type="spellEnd"/>
      <w:r w:rsidRPr="006F18B7">
        <w:rPr>
          <w:rFonts w:ascii="Times New Roman" w:hAnsi="Times New Roman"/>
          <w:sz w:val="22"/>
        </w:rPr>
        <w:t xml:space="preserve"> M</w:t>
      </w:r>
      <w:proofErr w:type="gramStart"/>
      <w:r w:rsidRPr="006F18B7">
        <w:rPr>
          <w:rFonts w:ascii="Times New Roman" w:hAnsi="Times New Roman"/>
          <w:sz w:val="22"/>
        </w:rPr>
        <w:t>..</w:t>
      </w:r>
      <w:proofErr w:type="gramEnd"/>
      <w:r w:rsidRPr="006F18B7">
        <w:rPr>
          <w:rFonts w:ascii="Times New Roman" w:hAnsi="Times New Roman"/>
          <w:sz w:val="22"/>
        </w:rPr>
        <w:t xml:space="preserve"> "Bayesian Fractional </w:t>
      </w:r>
      <w:proofErr w:type="spellStart"/>
      <w:r w:rsidRPr="006F18B7">
        <w:rPr>
          <w:rFonts w:ascii="Times New Roman" w:hAnsi="Times New Roman"/>
          <w:sz w:val="22"/>
        </w:rPr>
        <w:t>Weibull</w:t>
      </w:r>
      <w:proofErr w:type="spellEnd"/>
      <w:r w:rsidRPr="006F18B7">
        <w:rPr>
          <w:rFonts w:ascii="Times New Roman" w:hAnsi="Times New Roman"/>
          <w:sz w:val="22"/>
        </w:rPr>
        <w:t xml:space="preserve"> Regression for Reliability Prognostics and Predictive Maintenance." Mathematics (2026). DOI: </w:t>
      </w:r>
      <w:hyperlink r:id="rId75" w:history="1">
        <w:r w:rsidRPr="005A53C6">
          <w:rPr>
            <w:rStyle w:val="Hyperlink"/>
            <w:rFonts w:ascii="Times New Roman" w:hAnsi="Times New Roman"/>
            <w:sz w:val="22"/>
          </w:rPr>
          <w:t>https://doi.org/10.3390/math14010169</w:t>
        </w:r>
      </w:hyperlink>
    </w:p>
    <w:p w14:paraId="1A3FDF4B" w14:textId="705C7F94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Sudhan</w:t>
      </w:r>
      <w:proofErr w:type="spellEnd"/>
      <w:r w:rsidRPr="006F18B7">
        <w:rPr>
          <w:rFonts w:ascii="Times New Roman" w:hAnsi="Times New Roman"/>
          <w:sz w:val="22"/>
        </w:rPr>
        <w:t xml:space="preserve"> M.B.; </w:t>
      </w:r>
      <w:proofErr w:type="spellStart"/>
      <w:r w:rsidRPr="006F18B7">
        <w:rPr>
          <w:rFonts w:ascii="Times New Roman" w:hAnsi="Times New Roman"/>
          <w:sz w:val="22"/>
        </w:rPr>
        <w:t>Mathiyazhagan</w:t>
      </w:r>
      <w:proofErr w:type="spellEnd"/>
      <w:r w:rsidRPr="006F18B7">
        <w:rPr>
          <w:rFonts w:ascii="Times New Roman" w:hAnsi="Times New Roman"/>
          <w:sz w:val="22"/>
        </w:rPr>
        <w:t xml:space="preserve"> V.; </w:t>
      </w:r>
      <w:proofErr w:type="spellStart"/>
      <w:r w:rsidRPr="006F18B7">
        <w:rPr>
          <w:rFonts w:ascii="Times New Roman" w:hAnsi="Times New Roman"/>
          <w:sz w:val="22"/>
        </w:rPr>
        <w:t>Chandrakala</w:t>
      </w:r>
      <w:proofErr w:type="spellEnd"/>
      <w:r w:rsidRPr="006F18B7">
        <w:rPr>
          <w:rFonts w:ascii="Times New Roman" w:hAnsi="Times New Roman"/>
          <w:sz w:val="22"/>
        </w:rPr>
        <w:t xml:space="preserve"> D.; </w:t>
      </w:r>
      <w:proofErr w:type="spellStart"/>
      <w:r w:rsidRPr="006F18B7">
        <w:rPr>
          <w:rFonts w:ascii="Times New Roman" w:hAnsi="Times New Roman"/>
          <w:sz w:val="22"/>
        </w:rPr>
        <w:t>Gomathi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Selvaraj</w:t>
      </w:r>
      <w:proofErr w:type="spellEnd"/>
      <w:r w:rsidRPr="006F18B7">
        <w:rPr>
          <w:rFonts w:ascii="Times New Roman" w:hAnsi="Times New Roman"/>
          <w:sz w:val="22"/>
        </w:rPr>
        <w:t xml:space="preserve"> V.; </w:t>
      </w:r>
      <w:proofErr w:type="spellStart"/>
      <w:r w:rsidRPr="006F18B7">
        <w:rPr>
          <w:rFonts w:ascii="Times New Roman" w:hAnsi="Times New Roman"/>
          <w:sz w:val="22"/>
        </w:rPr>
        <w:t>Nandhagopal</w:t>
      </w:r>
      <w:proofErr w:type="spellEnd"/>
      <w:r w:rsidRPr="006F18B7">
        <w:rPr>
          <w:rFonts w:ascii="Times New Roman" w:hAnsi="Times New Roman"/>
          <w:sz w:val="22"/>
        </w:rPr>
        <w:t xml:space="preserve"> N.. "Hybrid machine learning for optimized </w:t>
      </w:r>
      <w:proofErr w:type="spellStart"/>
      <w:r w:rsidRPr="006F18B7">
        <w:rPr>
          <w:rFonts w:ascii="Times New Roman" w:hAnsi="Times New Roman"/>
          <w:sz w:val="22"/>
        </w:rPr>
        <w:t>metasurface</w:t>
      </w:r>
      <w:proofErr w:type="spellEnd"/>
      <w:r w:rsidRPr="006F18B7">
        <w:rPr>
          <w:rFonts w:ascii="Times New Roman" w:hAnsi="Times New Roman"/>
          <w:sz w:val="22"/>
        </w:rPr>
        <w:t xml:space="preserve"> SPR biosensor in real-time cervical cancer biomarker detection." Journal of Optics (India) (2026). DOI: </w:t>
      </w:r>
      <w:hyperlink r:id="rId76" w:history="1">
        <w:r w:rsidRPr="005A53C6">
          <w:rPr>
            <w:rStyle w:val="Hyperlink"/>
            <w:rFonts w:ascii="Times New Roman" w:hAnsi="Times New Roman"/>
            <w:sz w:val="22"/>
          </w:rPr>
          <w:t>https://doi.org/10.1007/s12596-026-03137-8</w:t>
        </w:r>
      </w:hyperlink>
    </w:p>
    <w:p w14:paraId="1F96A43F" w14:textId="7A1F0C12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r w:rsidRPr="006F18B7">
        <w:rPr>
          <w:rFonts w:ascii="Times New Roman" w:hAnsi="Times New Roman"/>
          <w:sz w:val="22"/>
        </w:rPr>
        <w:t xml:space="preserve">Kumar S.S.; </w:t>
      </w:r>
      <w:proofErr w:type="spellStart"/>
      <w:r w:rsidRPr="006F18B7">
        <w:rPr>
          <w:rFonts w:ascii="Times New Roman" w:hAnsi="Times New Roman"/>
          <w:sz w:val="22"/>
        </w:rPr>
        <w:t>Shyamala</w:t>
      </w:r>
      <w:proofErr w:type="spellEnd"/>
      <w:r w:rsidRPr="006F18B7">
        <w:rPr>
          <w:rFonts w:ascii="Times New Roman" w:hAnsi="Times New Roman"/>
          <w:sz w:val="22"/>
        </w:rPr>
        <w:t xml:space="preserve"> P.; </w:t>
      </w:r>
      <w:proofErr w:type="spellStart"/>
      <w:r w:rsidRPr="006F18B7">
        <w:rPr>
          <w:rFonts w:ascii="Times New Roman" w:hAnsi="Times New Roman"/>
          <w:sz w:val="22"/>
        </w:rPr>
        <w:t>Vignesh</w:t>
      </w:r>
      <w:proofErr w:type="spellEnd"/>
      <w:r w:rsidRPr="006F18B7">
        <w:rPr>
          <w:rFonts w:ascii="Times New Roman" w:hAnsi="Times New Roman"/>
          <w:sz w:val="22"/>
        </w:rPr>
        <w:t xml:space="preserve"> V.; </w:t>
      </w:r>
      <w:proofErr w:type="spellStart"/>
      <w:r w:rsidRPr="006F18B7">
        <w:rPr>
          <w:rFonts w:ascii="Times New Roman" w:hAnsi="Times New Roman"/>
          <w:sz w:val="22"/>
        </w:rPr>
        <w:t>Ammarullah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M.I..</w:t>
      </w:r>
      <w:proofErr w:type="gramEnd"/>
      <w:r w:rsidRPr="006F18B7">
        <w:rPr>
          <w:rFonts w:ascii="Times New Roman" w:hAnsi="Times New Roman"/>
          <w:sz w:val="22"/>
        </w:rPr>
        <w:t xml:space="preserve"> "Experimental characterisation and machine learning (ML)-based tensile strength prediction of sugarcane bagasse, hemp and flax fibre hybrid composites for potential biomedical applications." Materials Technology (2026). DOI: </w:t>
      </w:r>
      <w:hyperlink r:id="rId77" w:history="1">
        <w:r w:rsidRPr="005A53C6">
          <w:rPr>
            <w:rStyle w:val="Hyperlink"/>
            <w:rFonts w:ascii="Times New Roman" w:hAnsi="Times New Roman"/>
            <w:sz w:val="22"/>
          </w:rPr>
          <w:t>https://doi.org/10.1080/10667857.2026.2618229</w:t>
        </w:r>
      </w:hyperlink>
    </w:p>
    <w:p w14:paraId="4F25AD80" w14:textId="7EC342D3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Parastesh</w:t>
      </w:r>
      <w:proofErr w:type="spellEnd"/>
      <w:r w:rsidRPr="006F18B7">
        <w:rPr>
          <w:rFonts w:ascii="Times New Roman" w:hAnsi="Times New Roman"/>
          <w:sz w:val="22"/>
        </w:rPr>
        <w:t xml:space="preserve"> F.; Pham V.-T.;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Jafari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S..</w:t>
      </w:r>
      <w:proofErr w:type="gramEnd"/>
      <w:r w:rsidRPr="006F18B7">
        <w:rPr>
          <w:rFonts w:ascii="Times New Roman" w:hAnsi="Times New Roman"/>
          <w:sz w:val="22"/>
        </w:rPr>
        <w:t xml:space="preserve"> "Locally active </w:t>
      </w:r>
      <w:proofErr w:type="spellStart"/>
      <w:r w:rsidRPr="006F18B7">
        <w:rPr>
          <w:rFonts w:ascii="Times New Roman" w:hAnsi="Times New Roman"/>
          <w:sz w:val="22"/>
        </w:rPr>
        <w:t>memristor</w:t>
      </w:r>
      <w:proofErr w:type="spellEnd"/>
      <w:r w:rsidRPr="006F18B7">
        <w:rPr>
          <w:rFonts w:ascii="Times New Roman" w:hAnsi="Times New Roman"/>
          <w:sz w:val="22"/>
        </w:rPr>
        <w:t xml:space="preserve">–based </w:t>
      </w:r>
      <w:proofErr w:type="spellStart"/>
      <w:r w:rsidRPr="006F18B7">
        <w:rPr>
          <w:rFonts w:ascii="Times New Roman" w:hAnsi="Times New Roman"/>
          <w:sz w:val="22"/>
        </w:rPr>
        <w:t>Chialvo</w:t>
      </w:r>
      <w:proofErr w:type="spellEnd"/>
      <w:r w:rsidRPr="006F18B7">
        <w:rPr>
          <w:rFonts w:ascii="Times New Roman" w:hAnsi="Times New Roman"/>
          <w:sz w:val="22"/>
        </w:rPr>
        <w:t xml:space="preserve"> neuron model: bifurcation, </w:t>
      </w:r>
      <w:proofErr w:type="spellStart"/>
      <w:r w:rsidRPr="006F18B7">
        <w:rPr>
          <w:rFonts w:ascii="Times New Roman" w:hAnsi="Times New Roman"/>
          <w:sz w:val="22"/>
        </w:rPr>
        <w:t>multistability</w:t>
      </w:r>
      <w:proofErr w:type="spellEnd"/>
      <w:r w:rsidRPr="006F18B7">
        <w:rPr>
          <w:rFonts w:ascii="Times New Roman" w:hAnsi="Times New Roman"/>
          <w:sz w:val="22"/>
        </w:rPr>
        <w:t xml:space="preserve">, and noise effects." Cognitive </w:t>
      </w:r>
      <w:proofErr w:type="spellStart"/>
      <w:r w:rsidRPr="006F18B7">
        <w:rPr>
          <w:rFonts w:ascii="Times New Roman" w:hAnsi="Times New Roman"/>
          <w:sz w:val="22"/>
        </w:rPr>
        <w:t>Neurodynamics</w:t>
      </w:r>
      <w:proofErr w:type="spellEnd"/>
      <w:r w:rsidRPr="006F18B7">
        <w:rPr>
          <w:rFonts w:ascii="Times New Roman" w:hAnsi="Times New Roman"/>
          <w:sz w:val="22"/>
        </w:rPr>
        <w:t xml:space="preserve"> (2026). DOI: </w:t>
      </w:r>
      <w:hyperlink r:id="rId78" w:history="1">
        <w:r w:rsidRPr="005A53C6">
          <w:rPr>
            <w:rStyle w:val="Hyperlink"/>
            <w:rFonts w:ascii="Times New Roman" w:hAnsi="Times New Roman"/>
            <w:sz w:val="22"/>
          </w:rPr>
          <w:t>https://doi.org/10.1007/s11571-026-10469-5</w:t>
        </w:r>
      </w:hyperlink>
    </w:p>
    <w:p w14:paraId="7889A066" w14:textId="4B3D440A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r w:rsidRPr="006F18B7">
        <w:rPr>
          <w:rFonts w:ascii="Times New Roman" w:hAnsi="Times New Roman"/>
          <w:sz w:val="22"/>
        </w:rPr>
        <w:t xml:space="preserve">Joseph D.; </w:t>
      </w:r>
      <w:proofErr w:type="spellStart"/>
      <w:r w:rsidRPr="006F18B7">
        <w:rPr>
          <w:rFonts w:ascii="Times New Roman" w:hAnsi="Times New Roman"/>
          <w:sz w:val="22"/>
        </w:rPr>
        <w:t>Kumarasamy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Duraisamy</w:t>
      </w:r>
      <w:proofErr w:type="spellEnd"/>
      <w:r w:rsidRPr="006F18B7">
        <w:rPr>
          <w:rFonts w:ascii="Times New Roman" w:hAnsi="Times New Roman"/>
          <w:sz w:val="22"/>
        </w:rPr>
        <w:t xml:space="preserve"> P.;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K..</w:t>
      </w:r>
      <w:proofErr w:type="gramEnd"/>
      <w:r w:rsidRPr="006F18B7">
        <w:rPr>
          <w:rFonts w:ascii="Times New Roman" w:hAnsi="Times New Roman"/>
          <w:sz w:val="22"/>
        </w:rPr>
        <w:t xml:space="preserve"> "Successive Torus-Doubling Route to Chaos in Quasi-Zero Stiffness Energy Harvester." International Journal of Bifurcation and Chaos (2026). DOI: </w:t>
      </w:r>
      <w:hyperlink r:id="rId79" w:history="1">
        <w:r w:rsidRPr="005A53C6">
          <w:rPr>
            <w:rStyle w:val="Hyperlink"/>
            <w:rFonts w:ascii="Times New Roman" w:hAnsi="Times New Roman"/>
            <w:sz w:val="22"/>
          </w:rPr>
          <w:t>https://doi.org/10.1142/S0218127426300235</w:t>
        </w:r>
      </w:hyperlink>
    </w:p>
    <w:p w14:paraId="744424BE" w14:textId="1C9B16F3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lastRenderedPageBreak/>
        <w:t>Murugesan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Aldosary</w:t>
      </w:r>
      <w:proofErr w:type="spellEnd"/>
      <w:r w:rsidRPr="006F18B7">
        <w:rPr>
          <w:rFonts w:ascii="Times New Roman" w:hAnsi="Times New Roman"/>
          <w:sz w:val="22"/>
        </w:rPr>
        <w:t xml:space="preserve"> S.F.; </w:t>
      </w:r>
      <w:proofErr w:type="spellStart"/>
      <w:r w:rsidRPr="006F18B7">
        <w:rPr>
          <w:rFonts w:ascii="Times New Roman" w:hAnsi="Times New Roman"/>
          <w:sz w:val="22"/>
        </w:rPr>
        <w:t>Gündoğdu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H..</w:t>
      </w:r>
      <w:proofErr w:type="gramEnd"/>
      <w:r w:rsidRPr="006F18B7">
        <w:rPr>
          <w:rFonts w:ascii="Times New Roman" w:hAnsi="Times New Roman"/>
          <w:sz w:val="22"/>
        </w:rPr>
        <w:t xml:space="preserve"> "Nonlinear Sequential Caputo Fractional Differential Systems: Existence and </w:t>
      </w:r>
      <w:proofErr w:type="spellStart"/>
      <w:r w:rsidRPr="006F18B7">
        <w:rPr>
          <w:rFonts w:ascii="Times New Roman" w:hAnsi="Times New Roman"/>
          <w:sz w:val="22"/>
        </w:rPr>
        <w:t>Hyers</w:t>
      </w:r>
      <w:proofErr w:type="spellEnd"/>
      <w:r w:rsidRPr="006F18B7">
        <w:rPr>
          <w:rFonts w:ascii="Times New Roman" w:hAnsi="Times New Roman"/>
          <w:sz w:val="22"/>
        </w:rPr>
        <w:t>–</w:t>
      </w:r>
      <w:proofErr w:type="spellStart"/>
      <w:r w:rsidRPr="006F18B7">
        <w:rPr>
          <w:rFonts w:ascii="Times New Roman" w:hAnsi="Times New Roman"/>
          <w:sz w:val="22"/>
        </w:rPr>
        <w:t>Ulam</w:t>
      </w:r>
      <w:proofErr w:type="spellEnd"/>
      <w:r w:rsidRPr="006F18B7">
        <w:rPr>
          <w:rFonts w:ascii="Times New Roman" w:hAnsi="Times New Roman"/>
          <w:sz w:val="22"/>
        </w:rPr>
        <w:t xml:space="preserve"> Stability Under Coupled Mixed Boundary Constraints." Fractal and Fractional (2026). DOI: </w:t>
      </w:r>
      <w:hyperlink r:id="rId80" w:history="1">
        <w:r w:rsidRPr="005A53C6">
          <w:rPr>
            <w:rStyle w:val="Hyperlink"/>
            <w:rFonts w:ascii="Times New Roman" w:hAnsi="Times New Roman"/>
            <w:sz w:val="22"/>
          </w:rPr>
          <w:t>https://doi.org/10.3390/fractalfract10030165</w:t>
        </w:r>
      </w:hyperlink>
    </w:p>
    <w:p w14:paraId="4A4BFE50" w14:textId="33DF73A3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Shashangan</w:t>
      </w:r>
      <w:proofErr w:type="spellEnd"/>
      <w:r w:rsidRPr="006F18B7">
        <w:rPr>
          <w:rFonts w:ascii="Times New Roman" w:hAnsi="Times New Roman"/>
          <w:sz w:val="22"/>
        </w:rPr>
        <w:t xml:space="preserve"> R.; </w:t>
      </w:r>
      <w:proofErr w:type="spellStart"/>
      <w:r w:rsidRPr="006F18B7">
        <w:rPr>
          <w:rFonts w:ascii="Times New Roman" w:hAnsi="Times New Roman"/>
          <w:sz w:val="22"/>
        </w:rPr>
        <w:t>Sudharsan</w:t>
      </w:r>
      <w:proofErr w:type="spellEnd"/>
      <w:r w:rsidRPr="006F18B7">
        <w:rPr>
          <w:rFonts w:ascii="Times New Roman" w:hAnsi="Times New Roman"/>
          <w:sz w:val="22"/>
        </w:rPr>
        <w:t xml:space="preserve"> S.; Ghosh D.; </w:t>
      </w:r>
      <w:proofErr w:type="spellStart"/>
      <w:r w:rsidRPr="006F18B7">
        <w:rPr>
          <w:rFonts w:ascii="Times New Roman" w:hAnsi="Times New Roman"/>
          <w:sz w:val="22"/>
        </w:rPr>
        <w:t>Senthilvelan</w:t>
      </w:r>
      <w:proofErr w:type="spellEnd"/>
      <w:r w:rsidRPr="006F18B7">
        <w:rPr>
          <w:rFonts w:ascii="Times New Roman" w:hAnsi="Times New Roman"/>
          <w:sz w:val="22"/>
        </w:rPr>
        <w:t xml:space="preserve"> M</w:t>
      </w:r>
      <w:proofErr w:type="gramStart"/>
      <w:r w:rsidRPr="006F18B7">
        <w:rPr>
          <w:rFonts w:ascii="Times New Roman" w:hAnsi="Times New Roman"/>
          <w:sz w:val="22"/>
        </w:rPr>
        <w:t>..</w:t>
      </w:r>
      <w:proofErr w:type="gramEnd"/>
      <w:r w:rsidRPr="006F18B7">
        <w:rPr>
          <w:rFonts w:ascii="Times New Roman" w:hAnsi="Times New Roman"/>
          <w:sz w:val="22"/>
        </w:rPr>
        <w:t xml:space="preserve"> "Controlling extreme events in neuronal networks: A single driving signal approach." Chaos (2026). DOI: </w:t>
      </w:r>
      <w:hyperlink r:id="rId81" w:history="1">
        <w:r w:rsidRPr="005A53C6">
          <w:rPr>
            <w:rStyle w:val="Hyperlink"/>
            <w:rFonts w:ascii="Times New Roman" w:hAnsi="Times New Roman"/>
            <w:sz w:val="22"/>
          </w:rPr>
          <w:t>https://doi.org/10.1063/5.0318162</w:t>
        </w:r>
      </w:hyperlink>
    </w:p>
    <w:p w14:paraId="5C663FCA" w14:textId="303DC9D1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r w:rsidRPr="006F18B7">
        <w:rPr>
          <w:rFonts w:ascii="Times New Roman" w:hAnsi="Times New Roman"/>
          <w:sz w:val="22"/>
        </w:rPr>
        <w:t xml:space="preserve">Francis </w:t>
      </w:r>
      <w:proofErr w:type="spellStart"/>
      <w:r w:rsidRPr="006F18B7">
        <w:rPr>
          <w:rFonts w:ascii="Times New Roman" w:hAnsi="Times New Roman"/>
          <w:sz w:val="22"/>
        </w:rPr>
        <w:t>Aser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Ravichandran</w:t>
      </w:r>
      <w:proofErr w:type="spellEnd"/>
      <w:r w:rsidRPr="006F18B7">
        <w:rPr>
          <w:rFonts w:ascii="Times New Roman" w:hAnsi="Times New Roman"/>
          <w:sz w:val="22"/>
        </w:rPr>
        <w:t xml:space="preserve"> S.J.F.; </w:t>
      </w:r>
      <w:proofErr w:type="spellStart"/>
      <w:r w:rsidRPr="006F18B7">
        <w:rPr>
          <w:rFonts w:ascii="Times New Roman" w:hAnsi="Times New Roman"/>
          <w:sz w:val="22"/>
        </w:rPr>
        <w:t>Viswanathan</w:t>
      </w:r>
      <w:proofErr w:type="spellEnd"/>
      <w:r w:rsidRPr="006F18B7">
        <w:rPr>
          <w:rFonts w:ascii="Times New Roman" w:hAnsi="Times New Roman"/>
          <w:sz w:val="22"/>
        </w:rPr>
        <w:t xml:space="preserve"> R.; Jose S.P.; </w:t>
      </w:r>
      <w:proofErr w:type="spellStart"/>
      <w:r w:rsidRPr="006F18B7">
        <w:rPr>
          <w:rFonts w:ascii="Times New Roman" w:hAnsi="Times New Roman"/>
          <w:sz w:val="22"/>
        </w:rPr>
        <w:t>Mayandi</w:t>
      </w:r>
      <w:proofErr w:type="spellEnd"/>
      <w:r w:rsidRPr="006F18B7">
        <w:rPr>
          <w:rFonts w:ascii="Times New Roman" w:hAnsi="Times New Roman"/>
          <w:sz w:val="22"/>
        </w:rPr>
        <w:t xml:space="preserve"> J.; </w:t>
      </w:r>
      <w:proofErr w:type="spellStart"/>
      <w:r w:rsidRPr="006F18B7">
        <w:rPr>
          <w:rFonts w:ascii="Times New Roman" w:hAnsi="Times New Roman"/>
          <w:sz w:val="22"/>
        </w:rPr>
        <w:t>Swaminathan</w:t>
      </w:r>
      <w:proofErr w:type="spellEnd"/>
      <w:r w:rsidRPr="006F18B7">
        <w:rPr>
          <w:rFonts w:ascii="Times New Roman" w:hAnsi="Times New Roman"/>
          <w:sz w:val="22"/>
        </w:rPr>
        <w:t xml:space="preserve"> D.; </w:t>
      </w:r>
      <w:proofErr w:type="spellStart"/>
      <w:r w:rsidRPr="006F18B7">
        <w:rPr>
          <w:rFonts w:ascii="Times New Roman" w:hAnsi="Times New Roman"/>
          <w:sz w:val="22"/>
        </w:rPr>
        <w:t>Narendran</w:t>
      </w:r>
      <w:proofErr w:type="spellEnd"/>
      <w:r w:rsidRPr="006F18B7">
        <w:rPr>
          <w:rFonts w:ascii="Times New Roman" w:hAnsi="Times New Roman"/>
          <w:sz w:val="22"/>
        </w:rPr>
        <w:t xml:space="preserve"> K.. "Synergistic effect of in situ growth of highly porous ZIF-8 on black phosphorus </w:t>
      </w:r>
      <w:proofErr w:type="spellStart"/>
      <w:r w:rsidRPr="006F18B7">
        <w:rPr>
          <w:rFonts w:ascii="Times New Roman" w:hAnsi="Times New Roman"/>
          <w:sz w:val="22"/>
        </w:rPr>
        <w:t>nanosheets</w:t>
      </w:r>
      <w:proofErr w:type="spellEnd"/>
      <w:r w:rsidRPr="006F18B7">
        <w:rPr>
          <w:rFonts w:ascii="Times New Roman" w:hAnsi="Times New Roman"/>
          <w:sz w:val="22"/>
        </w:rPr>
        <w:t xml:space="preserve"> for enhanced </w:t>
      </w:r>
      <w:proofErr w:type="spellStart"/>
      <w:r w:rsidRPr="006F18B7">
        <w:rPr>
          <w:rFonts w:ascii="Times New Roman" w:hAnsi="Times New Roman"/>
          <w:sz w:val="22"/>
        </w:rPr>
        <w:t>photocatalytic</w:t>
      </w:r>
      <w:proofErr w:type="spellEnd"/>
      <w:r w:rsidRPr="006F18B7">
        <w:rPr>
          <w:rFonts w:ascii="Times New Roman" w:hAnsi="Times New Roman"/>
          <w:sz w:val="22"/>
        </w:rPr>
        <w:t xml:space="preserve"> and electrochemical performance." </w:t>
      </w:r>
      <w:proofErr w:type="spellStart"/>
      <w:r w:rsidRPr="006F18B7">
        <w:rPr>
          <w:rFonts w:ascii="Times New Roman" w:hAnsi="Times New Roman"/>
          <w:sz w:val="22"/>
        </w:rPr>
        <w:t>Zeitschrift</w:t>
      </w:r>
      <w:proofErr w:type="spellEnd"/>
      <w:r w:rsidRPr="006F18B7">
        <w:rPr>
          <w:rFonts w:ascii="Times New Roman" w:hAnsi="Times New Roman"/>
          <w:sz w:val="22"/>
        </w:rPr>
        <w:t xml:space="preserve"> fur </w:t>
      </w:r>
      <w:proofErr w:type="spellStart"/>
      <w:r w:rsidRPr="006F18B7">
        <w:rPr>
          <w:rFonts w:ascii="Times New Roman" w:hAnsi="Times New Roman"/>
          <w:sz w:val="22"/>
        </w:rPr>
        <w:t>Physikalische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Chemie</w:t>
      </w:r>
      <w:proofErr w:type="spellEnd"/>
      <w:r w:rsidRPr="006F18B7">
        <w:rPr>
          <w:rFonts w:ascii="Times New Roman" w:hAnsi="Times New Roman"/>
          <w:sz w:val="22"/>
        </w:rPr>
        <w:t xml:space="preserve"> (2026). DOI: </w:t>
      </w:r>
      <w:hyperlink r:id="rId82" w:history="1">
        <w:r w:rsidRPr="005A53C6">
          <w:rPr>
            <w:rStyle w:val="Hyperlink"/>
            <w:rFonts w:ascii="Times New Roman" w:hAnsi="Times New Roman"/>
            <w:sz w:val="22"/>
          </w:rPr>
          <w:t>https://doi.org/10.1515/zpch-2025-0022</w:t>
        </w:r>
      </w:hyperlink>
    </w:p>
    <w:p w14:paraId="681FF5DD" w14:textId="04E2D1E7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Eyebe</w:t>
      </w:r>
      <w:proofErr w:type="spellEnd"/>
      <w:r w:rsidRPr="006F18B7">
        <w:rPr>
          <w:rFonts w:ascii="Times New Roman" w:hAnsi="Times New Roman"/>
          <w:sz w:val="22"/>
        </w:rPr>
        <w:t xml:space="preserve"> G.J.; </w:t>
      </w:r>
      <w:proofErr w:type="spellStart"/>
      <w:r w:rsidRPr="006F18B7">
        <w:rPr>
          <w:rFonts w:ascii="Times New Roman" w:hAnsi="Times New Roman"/>
          <w:sz w:val="22"/>
        </w:rPr>
        <w:t>Muthuvumar</w:t>
      </w:r>
      <w:proofErr w:type="spellEnd"/>
      <w:r w:rsidRPr="006F18B7">
        <w:rPr>
          <w:rFonts w:ascii="Times New Roman" w:hAnsi="Times New Roman"/>
          <w:sz w:val="22"/>
        </w:rPr>
        <w:t xml:space="preserve"> D.; </w:t>
      </w:r>
      <w:proofErr w:type="spellStart"/>
      <w:r w:rsidRPr="006F18B7">
        <w:rPr>
          <w:rFonts w:ascii="Times New Roman" w:hAnsi="Times New Roman"/>
          <w:sz w:val="22"/>
        </w:rPr>
        <w:t>Gambo</w:t>
      </w:r>
      <w:proofErr w:type="spellEnd"/>
      <w:r w:rsidRPr="006F18B7">
        <w:rPr>
          <w:rFonts w:ascii="Times New Roman" w:hAnsi="Times New Roman"/>
          <w:sz w:val="22"/>
        </w:rPr>
        <w:t xml:space="preserve"> B.;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Mohamadou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A..</w:t>
      </w:r>
      <w:proofErr w:type="gramEnd"/>
      <w:r w:rsidRPr="006F18B7">
        <w:rPr>
          <w:rFonts w:ascii="Times New Roman" w:hAnsi="Times New Roman"/>
          <w:sz w:val="22"/>
        </w:rPr>
        <w:t xml:space="preserve"> "Chaos and Dynamics of Porous Functionally Graded </w:t>
      </w:r>
      <w:proofErr w:type="spellStart"/>
      <w:r w:rsidRPr="006F18B7">
        <w:rPr>
          <w:rFonts w:ascii="Times New Roman" w:hAnsi="Times New Roman"/>
          <w:sz w:val="22"/>
        </w:rPr>
        <w:t>Nanobeams</w:t>
      </w:r>
      <w:proofErr w:type="spellEnd"/>
      <w:r w:rsidRPr="006F18B7">
        <w:rPr>
          <w:rFonts w:ascii="Times New Roman" w:hAnsi="Times New Roman"/>
          <w:sz w:val="22"/>
        </w:rPr>
        <w:t xml:space="preserve"> on Fractional Viscoelastic Foundations: Analytical and Numerical Studies." Journal of Vibration Engineering and Technologies (2026). DOI: </w:t>
      </w:r>
      <w:hyperlink r:id="rId83" w:history="1">
        <w:r w:rsidRPr="005A53C6">
          <w:rPr>
            <w:rStyle w:val="Hyperlink"/>
            <w:rFonts w:ascii="Times New Roman" w:hAnsi="Times New Roman"/>
            <w:sz w:val="22"/>
          </w:rPr>
          <w:t>https://doi.org/10.1007/s42417-026-02485-w</w:t>
        </w:r>
      </w:hyperlink>
    </w:p>
    <w:p w14:paraId="19D0CEB2" w14:textId="7D56CDBC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Awadalla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Murugesan</w:t>
      </w:r>
      <w:proofErr w:type="spellEnd"/>
      <w:r w:rsidRPr="006F18B7">
        <w:rPr>
          <w:rFonts w:ascii="Times New Roman" w:hAnsi="Times New Roman"/>
          <w:sz w:val="22"/>
        </w:rPr>
        <w:t xml:space="preserve"> M</w:t>
      </w:r>
      <w:proofErr w:type="gramStart"/>
      <w:r w:rsidRPr="006F18B7">
        <w:rPr>
          <w:rFonts w:ascii="Times New Roman" w:hAnsi="Times New Roman"/>
          <w:sz w:val="22"/>
        </w:rPr>
        <w:t>..</w:t>
      </w:r>
      <w:proofErr w:type="gramEnd"/>
      <w:r w:rsidRPr="006F18B7">
        <w:rPr>
          <w:rFonts w:ascii="Times New Roman" w:hAnsi="Times New Roman"/>
          <w:sz w:val="22"/>
        </w:rPr>
        <w:t xml:space="preserve"> "Advancing Fractional Calculus: A Fixed-Point Strategy for Nonlinear Caputo-</w:t>
      </w:r>
      <w:proofErr w:type="spellStart"/>
      <w:r w:rsidRPr="006F18B7">
        <w:rPr>
          <w:rFonts w:ascii="Times New Roman" w:hAnsi="Times New Roman"/>
          <w:sz w:val="22"/>
        </w:rPr>
        <w:t>Hadamard</w:t>
      </w:r>
      <w:proofErr w:type="spellEnd"/>
      <w:r w:rsidRPr="006F18B7">
        <w:rPr>
          <w:rFonts w:ascii="Times New Roman" w:hAnsi="Times New Roman"/>
          <w:sz w:val="22"/>
        </w:rPr>
        <w:t xml:space="preserve"> Equations." </w:t>
      </w:r>
      <w:proofErr w:type="spellStart"/>
      <w:r w:rsidRPr="006F18B7">
        <w:rPr>
          <w:rFonts w:ascii="Times New Roman" w:hAnsi="Times New Roman"/>
          <w:sz w:val="22"/>
        </w:rPr>
        <w:t>Revista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Internacional</w:t>
      </w:r>
      <w:proofErr w:type="spellEnd"/>
      <w:r w:rsidRPr="006F18B7">
        <w:rPr>
          <w:rFonts w:ascii="Times New Roman" w:hAnsi="Times New Roman"/>
          <w:sz w:val="22"/>
        </w:rPr>
        <w:t xml:space="preserve"> de </w:t>
      </w:r>
      <w:proofErr w:type="spellStart"/>
      <w:r w:rsidRPr="006F18B7">
        <w:rPr>
          <w:rFonts w:ascii="Times New Roman" w:hAnsi="Times New Roman"/>
          <w:sz w:val="22"/>
        </w:rPr>
        <w:t>Metodos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Numericos</w:t>
      </w:r>
      <w:proofErr w:type="spellEnd"/>
      <w:r w:rsidRPr="006F18B7">
        <w:rPr>
          <w:rFonts w:ascii="Times New Roman" w:hAnsi="Times New Roman"/>
          <w:sz w:val="22"/>
        </w:rPr>
        <w:t xml:space="preserve"> para </w:t>
      </w:r>
      <w:proofErr w:type="spellStart"/>
      <w:r w:rsidRPr="006F18B7">
        <w:rPr>
          <w:rFonts w:ascii="Times New Roman" w:hAnsi="Times New Roman"/>
          <w:sz w:val="22"/>
        </w:rPr>
        <w:t>Calculo</w:t>
      </w:r>
      <w:proofErr w:type="spellEnd"/>
      <w:r w:rsidRPr="006F18B7">
        <w:rPr>
          <w:rFonts w:ascii="Times New Roman" w:hAnsi="Times New Roman"/>
          <w:sz w:val="22"/>
        </w:rPr>
        <w:t xml:space="preserve"> y </w:t>
      </w:r>
      <w:proofErr w:type="spellStart"/>
      <w:r w:rsidRPr="006F18B7">
        <w:rPr>
          <w:rFonts w:ascii="Times New Roman" w:hAnsi="Times New Roman"/>
          <w:sz w:val="22"/>
        </w:rPr>
        <w:t>Diseno</w:t>
      </w:r>
      <w:proofErr w:type="spellEnd"/>
      <w:r w:rsidRPr="006F18B7">
        <w:rPr>
          <w:rFonts w:ascii="Times New Roman" w:hAnsi="Times New Roman"/>
          <w:sz w:val="22"/>
        </w:rPr>
        <w:t xml:space="preserve"> en </w:t>
      </w:r>
      <w:proofErr w:type="spellStart"/>
      <w:r w:rsidRPr="006F18B7">
        <w:rPr>
          <w:rFonts w:ascii="Times New Roman" w:hAnsi="Times New Roman"/>
          <w:sz w:val="22"/>
        </w:rPr>
        <w:t>Ingenieria</w:t>
      </w:r>
      <w:proofErr w:type="spellEnd"/>
      <w:r w:rsidRPr="006F18B7">
        <w:rPr>
          <w:rFonts w:ascii="Times New Roman" w:hAnsi="Times New Roman"/>
          <w:sz w:val="22"/>
        </w:rPr>
        <w:t xml:space="preserve"> (2026). DOI: </w:t>
      </w:r>
      <w:hyperlink r:id="rId84" w:history="1">
        <w:r w:rsidRPr="005A53C6">
          <w:rPr>
            <w:rStyle w:val="Hyperlink"/>
            <w:rFonts w:ascii="Times New Roman" w:hAnsi="Times New Roman"/>
            <w:sz w:val="22"/>
          </w:rPr>
          <w:t>https://doi.org/10.23967/j.rimni.2026.10.79081</w:t>
        </w:r>
      </w:hyperlink>
    </w:p>
    <w:p w14:paraId="6A08F1FB" w14:textId="3785824C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Purushothaman</w:t>
      </w:r>
      <w:proofErr w:type="spellEnd"/>
      <w:r w:rsidRPr="006F18B7">
        <w:rPr>
          <w:rFonts w:ascii="Times New Roman" w:hAnsi="Times New Roman"/>
          <w:sz w:val="22"/>
        </w:rPr>
        <w:t xml:space="preserve"> K.K.; </w:t>
      </w:r>
      <w:proofErr w:type="spellStart"/>
      <w:r w:rsidRPr="006F18B7">
        <w:rPr>
          <w:rFonts w:ascii="Times New Roman" w:hAnsi="Times New Roman"/>
          <w:sz w:val="22"/>
        </w:rPr>
        <w:t>Sethuraman</w:t>
      </w:r>
      <w:proofErr w:type="spellEnd"/>
      <w:r w:rsidRPr="006F18B7">
        <w:rPr>
          <w:rFonts w:ascii="Times New Roman" w:hAnsi="Times New Roman"/>
          <w:sz w:val="22"/>
        </w:rPr>
        <w:t xml:space="preserve"> B.; </w:t>
      </w:r>
      <w:proofErr w:type="spellStart"/>
      <w:r w:rsidRPr="006F18B7">
        <w:rPr>
          <w:rFonts w:ascii="Times New Roman" w:hAnsi="Times New Roman"/>
          <w:sz w:val="22"/>
        </w:rPr>
        <w:t>Karthikeyan</w:t>
      </w:r>
      <w:proofErr w:type="spellEnd"/>
      <w:r w:rsidRPr="006F18B7">
        <w:rPr>
          <w:rFonts w:ascii="Times New Roman" w:hAnsi="Times New Roman"/>
          <w:sz w:val="22"/>
        </w:rPr>
        <w:t xml:space="preserve"> K.; John Samuel A.; </w:t>
      </w:r>
      <w:proofErr w:type="spellStart"/>
      <w:r w:rsidRPr="006F18B7">
        <w:rPr>
          <w:rFonts w:ascii="Times New Roman" w:hAnsi="Times New Roman"/>
          <w:sz w:val="22"/>
        </w:rPr>
        <w:t>Moorthy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Jeyalakshmi</w:t>
      </w:r>
      <w:proofErr w:type="spellEnd"/>
      <w:r w:rsidRPr="006F18B7">
        <w:rPr>
          <w:rFonts w:ascii="Times New Roman" w:hAnsi="Times New Roman"/>
          <w:sz w:val="22"/>
        </w:rPr>
        <w:t xml:space="preserve"> K.. "Cobalt doped </w:t>
      </w:r>
      <w:proofErr w:type="spellStart"/>
      <w:r w:rsidRPr="006F18B7">
        <w:rPr>
          <w:rFonts w:ascii="Times New Roman" w:hAnsi="Times New Roman"/>
          <w:sz w:val="22"/>
        </w:rPr>
        <w:t>NiO</w:t>
      </w:r>
      <w:proofErr w:type="spellEnd"/>
      <w:r w:rsidRPr="006F18B7">
        <w:rPr>
          <w:rFonts w:ascii="Times New Roman" w:hAnsi="Times New Roman"/>
          <w:sz w:val="22"/>
        </w:rPr>
        <w:t xml:space="preserve">/MWCNT hybrid micro flowers for </w:t>
      </w:r>
      <w:proofErr w:type="spellStart"/>
      <w:r w:rsidRPr="006F18B7">
        <w:rPr>
          <w:rFonts w:ascii="Times New Roman" w:hAnsi="Times New Roman"/>
          <w:sz w:val="22"/>
        </w:rPr>
        <w:t>supercapacitor</w:t>
      </w:r>
      <w:proofErr w:type="spellEnd"/>
      <w:r w:rsidRPr="006F18B7">
        <w:rPr>
          <w:rFonts w:ascii="Times New Roman" w:hAnsi="Times New Roman"/>
          <w:sz w:val="22"/>
        </w:rPr>
        <w:t xml:space="preserve"> applications." Chemical Physics (2026). DOI: </w:t>
      </w:r>
      <w:hyperlink r:id="rId85" w:history="1">
        <w:r w:rsidRPr="005A53C6">
          <w:rPr>
            <w:rStyle w:val="Hyperlink"/>
            <w:rFonts w:ascii="Times New Roman" w:hAnsi="Times New Roman"/>
            <w:sz w:val="22"/>
          </w:rPr>
          <w:t>https://doi.org/10.1016/j.chemphys.2025.113068</w:t>
        </w:r>
      </w:hyperlink>
    </w:p>
    <w:p w14:paraId="0CE02338" w14:textId="396D91BB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Parastesh</w:t>
      </w:r>
      <w:proofErr w:type="spellEnd"/>
      <w:r w:rsidRPr="006F18B7">
        <w:rPr>
          <w:rFonts w:ascii="Times New Roman" w:hAnsi="Times New Roman"/>
          <w:sz w:val="22"/>
        </w:rPr>
        <w:t xml:space="preserve"> F.; Wei Z.; </w:t>
      </w:r>
      <w:proofErr w:type="spellStart"/>
      <w:r w:rsidRPr="006F18B7">
        <w:rPr>
          <w:rFonts w:ascii="Times New Roman" w:hAnsi="Times New Roman"/>
          <w:sz w:val="22"/>
        </w:rPr>
        <w:t>Sprott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J.C..</w:t>
      </w:r>
      <w:proofErr w:type="gramEnd"/>
      <w:r w:rsidRPr="006F18B7">
        <w:rPr>
          <w:rFonts w:ascii="Times New Roman" w:hAnsi="Times New Roman"/>
          <w:sz w:val="22"/>
        </w:rPr>
        <w:t xml:space="preserve"> "Complex dynamics and synchronization of a </w:t>
      </w:r>
      <w:proofErr w:type="spellStart"/>
      <w:r w:rsidRPr="006F18B7">
        <w:rPr>
          <w:rFonts w:ascii="Times New Roman" w:hAnsi="Times New Roman"/>
          <w:sz w:val="22"/>
        </w:rPr>
        <w:t>memristive</w:t>
      </w:r>
      <w:proofErr w:type="spellEnd"/>
      <w:r w:rsidRPr="006F18B7">
        <w:rPr>
          <w:rFonts w:ascii="Times New Roman" w:hAnsi="Times New Roman"/>
          <w:sz w:val="22"/>
        </w:rPr>
        <w:t xml:space="preserve"> membrane neuron model with bounded hyperbolic </w:t>
      </w:r>
      <w:proofErr w:type="spellStart"/>
      <w:r w:rsidRPr="006F18B7">
        <w:rPr>
          <w:rFonts w:ascii="Times New Roman" w:hAnsi="Times New Roman"/>
          <w:sz w:val="22"/>
        </w:rPr>
        <w:t>memductance</w:t>
      </w:r>
      <w:proofErr w:type="spellEnd"/>
      <w:r w:rsidRPr="006F18B7">
        <w:rPr>
          <w:rFonts w:ascii="Times New Roman" w:hAnsi="Times New Roman"/>
          <w:sz w:val="22"/>
        </w:rPr>
        <w:t xml:space="preserve">." European Physical Journal: Special Topics (2026). DOI: </w:t>
      </w:r>
      <w:hyperlink r:id="rId86" w:history="1">
        <w:r w:rsidRPr="005A53C6">
          <w:rPr>
            <w:rStyle w:val="Hyperlink"/>
            <w:rFonts w:ascii="Times New Roman" w:hAnsi="Times New Roman"/>
            <w:sz w:val="22"/>
          </w:rPr>
          <w:t>https://doi.org/10.1140/epjs/s11734-025-01989-y</w:t>
        </w:r>
      </w:hyperlink>
    </w:p>
    <w:p w14:paraId="4EB2C9CD" w14:textId="64FA059F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Rajendran</w:t>
      </w:r>
      <w:proofErr w:type="spellEnd"/>
      <w:r w:rsidRPr="006F18B7">
        <w:rPr>
          <w:rFonts w:ascii="Times New Roman" w:hAnsi="Times New Roman"/>
          <w:sz w:val="22"/>
        </w:rPr>
        <w:t xml:space="preserve"> D.R.; </w:t>
      </w:r>
      <w:proofErr w:type="spellStart"/>
      <w:r w:rsidRPr="006F18B7">
        <w:rPr>
          <w:rFonts w:ascii="Times New Roman" w:hAnsi="Times New Roman"/>
          <w:sz w:val="22"/>
        </w:rPr>
        <w:t>Murshitha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Shajahan</w:t>
      </w:r>
      <w:proofErr w:type="spellEnd"/>
      <w:r w:rsidRPr="006F18B7">
        <w:rPr>
          <w:rFonts w:ascii="Times New Roman" w:hAnsi="Times New Roman"/>
          <w:sz w:val="22"/>
        </w:rPr>
        <w:t xml:space="preserve"> M.S.; </w:t>
      </w:r>
      <w:proofErr w:type="spellStart"/>
      <w:r w:rsidRPr="006F18B7">
        <w:rPr>
          <w:rFonts w:ascii="Times New Roman" w:hAnsi="Times New Roman"/>
          <w:sz w:val="22"/>
        </w:rPr>
        <w:t>Muthu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Manokar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GanapathySundaram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E..</w:t>
      </w:r>
      <w:proofErr w:type="gramEnd"/>
      <w:r w:rsidRPr="006F18B7">
        <w:rPr>
          <w:rFonts w:ascii="Times New Roman" w:hAnsi="Times New Roman"/>
          <w:sz w:val="22"/>
        </w:rPr>
        <w:t xml:space="preserve"> "Numerical and experimental analysis of heat transfer modes in various coil tube configurations of solar cavity receivers." Results in Engineering (2026). DOI: </w:t>
      </w:r>
      <w:hyperlink r:id="rId87" w:history="1">
        <w:r w:rsidRPr="005A53C6">
          <w:rPr>
            <w:rStyle w:val="Hyperlink"/>
            <w:rFonts w:ascii="Times New Roman" w:hAnsi="Times New Roman"/>
            <w:sz w:val="22"/>
          </w:rPr>
          <w:t>https://doi.org/10.1016/j.rineng.2026.109770</w:t>
        </w:r>
      </w:hyperlink>
    </w:p>
    <w:p w14:paraId="78644E22" w14:textId="6B394A8F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Ansarinasab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Parastesh</w:t>
      </w:r>
      <w:proofErr w:type="spellEnd"/>
      <w:r w:rsidRPr="006F18B7">
        <w:rPr>
          <w:rFonts w:ascii="Times New Roman" w:hAnsi="Times New Roman"/>
          <w:sz w:val="22"/>
        </w:rPr>
        <w:t xml:space="preserve"> F.; </w:t>
      </w:r>
      <w:proofErr w:type="spellStart"/>
      <w:r w:rsidRPr="006F18B7">
        <w:rPr>
          <w:rFonts w:ascii="Times New Roman" w:hAnsi="Times New Roman"/>
          <w:sz w:val="22"/>
        </w:rPr>
        <w:t>Ghassemi</w:t>
      </w:r>
      <w:proofErr w:type="spellEnd"/>
      <w:r w:rsidRPr="006F18B7">
        <w:rPr>
          <w:rFonts w:ascii="Times New Roman" w:hAnsi="Times New Roman"/>
          <w:sz w:val="22"/>
        </w:rPr>
        <w:t xml:space="preserve"> F.;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Jafari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Kurths</w:t>
      </w:r>
      <w:proofErr w:type="spellEnd"/>
      <w:r w:rsidRPr="006F18B7">
        <w:rPr>
          <w:rFonts w:ascii="Times New Roman" w:hAnsi="Times New Roman"/>
          <w:sz w:val="22"/>
        </w:rPr>
        <w:t xml:space="preserve"> J.. "Optimization of time-varying multi-variable couplings for enhanced synchronization in complex networks." Nonlinear Dynamics (2026). DOI: </w:t>
      </w:r>
      <w:hyperlink r:id="rId88" w:history="1">
        <w:r w:rsidRPr="005A53C6">
          <w:rPr>
            <w:rStyle w:val="Hyperlink"/>
            <w:rFonts w:ascii="Times New Roman" w:hAnsi="Times New Roman"/>
            <w:sz w:val="22"/>
          </w:rPr>
          <w:t>https://doi.org/10.1007/s11071-026-12318-w</w:t>
        </w:r>
      </w:hyperlink>
    </w:p>
    <w:p w14:paraId="6DDD1D99" w14:textId="32527538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Nazarimehr</w:t>
      </w:r>
      <w:proofErr w:type="spellEnd"/>
      <w:r w:rsidRPr="006F18B7">
        <w:rPr>
          <w:rFonts w:ascii="Times New Roman" w:hAnsi="Times New Roman"/>
          <w:sz w:val="22"/>
        </w:rPr>
        <w:t xml:space="preserve"> F.; </w:t>
      </w:r>
      <w:proofErr w:type="spellStart"/>
      <w:r w:rsidRPr="006F18B7">
        <w:rPr>
          <w:rFonts w:ascii="Times New Roman" w:hAnsi="Times New Roman"/>
          <w:sz w:val="22"/>
        </w:rPr>
        <w:t>Jafari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Sprott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J.C..</w:t>
      </w:r>
      <w:proofErr w:type="gramEnd"/>
      <w:r w:rsidRPr="006F18B7">
        <w:rPr>
          <w:rFonts w:ascii="Times New Roman" w:hAnsi="Times New Roman"/>
          <w:sz w:val="22"/>
        </w:rPr>
        <w:t xml:space="preserve"> "A Novel </w:t>
      </w:r>
      <w:proofErr w:type="spellStart"/>
      <w:r w:rsidRPr="006F18B7">
        <w:rPr>
          <w:rFonts w:ascii="Times New Roman" w:hAnsi="Times New Roman"/>
          <w:sz w:val="22"/>
        </w:rPr>
        <w:t>Circulant</w:t>
      </w:r>
      <w:proofErr w:type="spellEnd"/>
      <w:r w:rsidRPr="006F18B7">
        <w:rPr>
          <w:rFonts w:ascii="Times New Roman" w:hAnsi="Times New Roman"/>
          <w:sz w:val="22"/>
        </w:rPr>
        <w:t xml:space="preserve"> System with Six Coexisting Symmetric Conservative Chaotic Seas." International Journal of Bifurcation and Chaos (2026). DOI: </w:t>
      </w:r>
      <w:hyperlink r:id="rId89" w:history="1">
        <w:r w:rsidRPr="005A53C6">
          <w:rPr>
            <w:rStyle w:val="Hyperlink"/>
            <w:rFonts w:ascii="Times New Roman" w:hAnsi="Times New Roman"/>
            <w:sz w:val="22"/>
          </w:rPr>
          <w:t>https://doi.org/10.1142/S0218127426500872</w:t>
        </w:r>
      </w:hyperlink>
    </w:p>
    <w:p w14:paraId="5435ABEF" w14:textId="77777777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Palaniammal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Jayapradha</w:t>
      </w:r>
      <w:proofErr w:type="spellEnd"/>
      <w:r w:rsidRPr="006F18B7">
        <w:rPr>
          <w:rFonts w:ascii="Times New Roman" w:hAnsi="Times New Roman"/>
          <w:sz w:val="22"/>
        </w:rPr>
        <w:t xml:space="preserve"> A.; Ramesh </w:t>
      </w:r>
      <w:proofErr w:type="gramStart"/>
      <w:r w:rsidRPr="006F18B7">
        <w:rPr>
          <w:rFonts w:ascii="Times New Roman" w:hAnsi="Times New Roman"/>
          <w:sz w:val="22"/>
        </w:rPr>
        <w:t>R..</w:t>
      </w:r>
      <w:proofErr w:type="gramEnd"/>
      <w:r w:rsidRPr="006F18B7">
        <w:rPr>
          <w:rFonts w:ascii="Times New Roman" w:hAnsi="Times New Roman"/>
          <w:sz w:val="22"/>
        </w:rPr>
        <w:t xml:space="preserve"> "Fixed point results for impulsive fuzzy </w:t>
      </w:r>
      <w:proofErr w:type="spellStart"/>
      <w:r w:rsidRPr="006F18B7">
        <w:rPr>
          <w:rFonts w:ascii="Times New Roman" w:hAnsi="Times New Roman"/>
          <w:sz w:val="22"/>
        </w:rPr>
        <w:t>integro</w:t>
      </w:r>
      <w:proofErr w:type="spellEnd"/>
      <w:r w:rsidRPr="006F18B7">
        <w:rPr>
          <w:rFonts w:ascii="Times New Roman" w:hAnsi="Times New Roman"/>
          <w:sz w:val="22"/>
        </w:rPr>
        <w:t xml:space="preserve"> - differential equations with state independent delay." Mathematics in Engineering, Science and Aerospace (2026). DOI: </w:t>
      </w:r>
    </w:p>
    <w:p w14:paraId="2A037FBC" w14:textId="3DC8A240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Saravanakumar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Chenrayan</w:t>
      </w:r>
      <w:proofErr w:type="spellEnd"/>
      <w:r w:rsidRPr="006F18B7">
        <w:rPr>
          <w:rFonts w:ascii="Times New Roman" w:hAnsi="Times New Roman"/>
          <w:sz w:val="22"/>
        </w:rPr>
        <w:t xml:space="preserve"> V.; </w:t>
      </w:r>
      <w:proofErr w:type="spellStart"/>
      <w:r w:rsidRPr="006F18B7">
        <w:rPr>
          <w:rFonts w:ascii="Times New Roman" w:hAnsi="Times New Roman"/>
          <w:sz w:val="22"/>
        </w:rPr>
        <w:t>Jesupadam</w:t>
      </w:r>
      <w:proofErr w:type="spellEnd"/>
      <w:r w:rsidRPr="006F18B7">
        <w:rPr>
          <w:rFonts w:ascii="Times New Roman" w:hAnsi="Times New Roman"/>
          <w:sz w:val="22"/>
        </w:rPr>
        <w:t xml:space="preserve"> J.G.S.; </w:t>
      </w:r>
      <w:proofErr w:type="spellStart"/>
      <w:r w:rsidRPr="006F18B7">
        <w:rPr>
          <w:rFonts w:ascii="Times New Roman" w:hAnsi="Times New Roman"/>
          <w:sz w:val="22"/>
        </w:rPr>
        <w:t>Shahapurkar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K..</w:t>
      </w:r>
      <w:proofErr w:type="gramEnd"/>
      <w:r w:rsidRPr="006F18B7">
        <w:rPr>
          <w:rFonts w:ascii="Times New Roman" w:hAnsi="Times New Roman"/>
          <w:sz w:val="22"/>
        </w:rPr>
        <w:t xml:space="preserve"> "A Comprehensive Assessment of the Effects of </w:t>
      </w:r>
      <w:proofErr w:type="spellStart"/>
      <w:r w:rsidRPr="006F18B7">
        <w:rPr>
          <w:rFonts w:ascii="Times New Roman" w:hAnsi="Times New Roman"/>
          <w:sz w:val="22"/>
        </w:rPr>
        <w:t>SiC</w:t>
      </w:r>
      <w:proofErr w:type="spellEnd"/>
      <w:r w:rsidRPr="006F18B7">
        <w:rPr>
          <w:rFonts w:ascii="Times New Roman" w:hAnsi="Times New Roman"/>
          <w:sz w:val="22"/>
        </w:rPr>
        <w:t xml:space="preserve"> Particles on the Physical and Mechanical Attributes of Basalt </w:t>
      </w:r>
      <w:proofErr w:type="spellStart"/>
      <w:r w:rsidRPr="006F18B7">
        <w:rPr>
          <w:rFonts w:ascii="Times New Roman" w:hAnsi="Times New Roman"/>
          <w:sz w:val="22"/>
        </w:rPr>
        <w:t>Fiber</w:t>
      </w:r>
      <w:proofErr w:type="spellEnd"/>
      <w:r w:rsidRPr="006F18B7">
        <w:rPr>
          <w:rFonts w:ascii="Times New Roman" w:hAnsi="Times New Roman"/>
          <w:sz w:val="22"/>
        </w:rPr>
        <w:t xml:space="preserve"> Polymer Sandwich Composites." Journal of Applied Polymer Science (2026). DOI: </w:t>
      </w:r>
      <w:hyperlink r:id="rId90" w:history="1">
        <w:r w:rsidRPr="005A53C6">
          <w:rPr>
            <w:rStyle w:val="Hyperlink"/>
            <w:rFonts w:ascii="Times New Roman" w:hAnsi="Times New Roman"/>
            <w:sz w:val="22"/>
          </w:rPr>
          <w:t>https://doi.org/10.1002/app.70639</w:t>
        </w:r>
      </w:hyperlink>
    </w:p>
    <w:p w14:paraId="62590E27" w14:textId="39FD0DCF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Noman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Manokar</w:t>
      </w:r>
      <w:proofErr w:type="spellEnd"/>
      <w:r w:rsidRPr="006F18B7">
        <w:rPr>
          <w:rFonts w:ascii="Times New Roman" w:hAnsi="Times New Roman"/>
          <w:sz w:val="22"/>
        </w:rPr>
        <w:t xml:space="preserve"> A.M.; </w:t>
      </w:r>
      <w:proofErr w:type="spellStart"/>
      <w:r w:rsidRPr="006F18B7">
        <w:rPr>
          <w:rFonts w:ascii="Times New Roman" w:hAnsi="Times New Roman"/>
          <w:sz w:val="22"/>
        </w:rPr>
        <w:t>Mahapatra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Purushothaman</w:t>
      </w:r>
      <w:proofErr w:type="spellEnd"/>
      <w:r w:rsidRPr="006F18B7">
        <w:rPr>
          <w:rFonts w:ascii="Times New Roman" w:hAnsi="Times New Roman"/>
          <w:sz w:val="22"/>
        </w:rPr>
        <w:t xml:space="preserve"> R.; El-</w:t>
      </w:r>
      <w:proofErr w:type="spellStart"/>
      <w:r w:rsidRPr="006F18B7">
        <w:rPr>
          <w:rFonts w:ascii="Times New Roman" w:hAnsi="Times New Roman"/>
          <w:sz w:val="22"/>
        </w:rPr>
        <w:t>Sebaey</w:t>
      </w:r>
      <w:proofErr w:type="spellEnd"/>
      <w:r w:rsidRPr="006F18B7">
        <w:rPr>
          <w:rFonts w:ascii="Times New Roman" w:hAnsi="Times New Roman"/>
          <w:sz w:val="22"/>
        </w:rPr>
        <w:t xml:space="preserve"> M.S.; </w:t>
      </w:r>
      <w:proofErr w:type="spellStart"/>
      <w:r w:rsidRPr="006F18B7">
        <w:rPr>
          <w:rFonts w:ascii="Times New Roman" w:hAnsi="Times New Roman"/>
          <w:sz w:val="22"/>
        </w:rPr>
        <w:t>Alrashidi</w:t>
      </w:r>
      <w:proofErr w:type="spellEnd"/>
      <w:r w:rsidRPr="006F18B7">
        <w:rPr>
          <w:rFonts w:ascii="Times New Roman" w:hAnsi="Times New Roman"/>
          <w:sz w:val="22"/>
        </w:rPr>
        <w:t xml:space="preserve"> A.. "Sustainable augmentation of tubular solar still performance using carbonised custard apple seeds as energy storage material: A waste-to-</w:t>
      </w:r>
      <w:proofErr w:type="spellStart"/>
      <w:r w:rsidRPr="006F18B7">
        <w:rPr>
          <w:rFonts w:ascii="Times New Roman" w:hAnsi="Times New Roman"/>
          <w:sz w:val="22"/>
        </w:rPr>
        <w:t>exergy</w:t>
      </w:r>
      <w:proofErr w:type="spellEnd"/>
      <w:r w:rsidRPr="006F18B7">
        <w:rPr>
          <w:rFonts w:ascii="Times New Roman" w:hAnsi="Times New Roman"/>
          <w:sz w:val="22"/>
        </w:rPr>
        <w:t xml:space="preserve"> approach with multi-domain assessment." Journal of Energy Storage (2026). DOI: </w:t>
      </w:r>
      <w:hyperlink r:id="rId91" w:history="1">
        <w:r w:rsidRPr="005A53C6">
          <w:rPr>
            <w:rStyle w:val="Hyperlink"/>
            <w:rFonts w:ascii="Times New Roman" w:hAnsi="Times New Roman"/>
            <w:sz w:val="22"/>
          </w:rPr>
          <w:t>https://doi.org/10.1016/j.est.2026.121319</w:t>
        </w:r>
      </w:hyperlink>
    </w:p>
    <w:p w14:paraId="0C7FED76" w14:textId="12A896BA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lastRenderedPageBreak/>
        <w:t>Barathi</w:t>
      </w:r>
      <w:proofErr w:type="spellEnd"/>
      <w:r w:rsidRPr="006F18B7">
        <w:rPr>
          <w:rFonts w:ascii="Times New Roman" w:hAnsi="Times New Roman"/>
          <w:sz w:val="22"/>
        </w:rPr>
        <w:t xml:space="preserve"> G.; </w:t>
      </w:r>
      <w:proofErr w:type="spellStart"/>
      <w:r w:rsidRPr="006F18B7">
        <w:rPr>
          <w:rFonts w:ascii="Times New Roman" w:hAnsi="Times New Roman"/>
          <w:sz w:val="22"/>
        </w:rPr>
        <w:t>Makouo</w:t>
      </w:r>
      <w:proofErr w:type="spellEnd"/>
      <w:r w:rsidRPr="006F18B7">
        <w:rPr>
          <w:rFonts w:ascii="Times New Roman" w:hAnsi="Times New Roman"/>
          <w:sz w:val="22"/>
        </w:rPr>
        <w:t xml:space="preserve"> L.; </w:t>
      </w:r>
      <w:proofErr w:type="spellStart"/>
      <w:r w:rsidRPr="006F18B7">
        <w:rPr>
          <w:rFonts w:ascii="Times New Roman" w:hAnsi="Times New Roman"/>
          <w:sz w:val="22"/>
        </w:rPr>
        <w:t>Kitio</w:t>
      </w:r>
      <w:proofErr w:type="spellEnd"/>
      <w:r w:rsidRPr="006F18B7">
        <w:rPr>
          <w:rFonts w:ascii="Times New Roman" w:hAnsi="Times New Roman"/>
          <w:sz w:val="22"/>
        </w:rPr>
        <w:t xml:space="preserve"> G.J.; </w:t>
      </w:r>
      <w:proofErr w:type="spellStart"/>
      <w:r w:rsidRPr="006F18B7">
        <w:rPr>
          <w:rFonts w:ascii="Times New Roman" w:hAnsi="Times New Roman"/>
          <w:sz w:val="22"/>
        </w:rPr>
        <w:t>Foguem</w:t>
      </w:r>
      <w:proofErr w:type="spellEnd"/>
      <w:r w:rsidRPr="006F18B7">
        <w:rPr>
          <w:rFonts w:ascii="Times New Roman" w:hAnsi="Times New Roman"/>
          <w:sz w:val="22"/>
        </w:rPr>
        <w:t xml:space="preserve"> P.K.; </w:t>
      </w:r>
      <w:proofErr w:type="spellStart"/>
      <w:r w:rsidRPr="006F18B7">
        <w:rPr>
          <w:rFonts w:ascii="Times New Roman" w:hAnsi="Times New Roman"/>
          <w:sz w:val="22"/>
        </w:rPr>
        <w:t>Kingni</w:t>
      </w:r>
      <w:proofErr w:type="spellEnd"/>
      <w:r w:rsidRPr="006F18B7">
        <w:rPr>
          <w:rFonts w:ascii="Times New Roman" w:hAnsi="Times New Roman"/>
          <w:sz w:val="22"/>
        </w:rPr>
        <w:t xml:space="preserve"> S.T.; </w:t>
      </w:r>
      <w:proofErr w:type="spellStart"/>
      <w:r w:rsidRPr="006F18B7">
        <w:rPr>
          <w:rFonts w:ascii="Times New Roman" w:hAnsi="Times New Roman"/>
          <w:sz w:val="22"/>
        </w:rPr>
        <w:t>Rajagopal</w:t>
      </w:r>
      <w:proofErr w:type="spellEnd"/>
      <w:r w:rsidRPr="006F18B7">
        <w:rPr>
          <w:rFonts w:ascii="Times New Roman" w:hAnsi="Times New Roman"/>
          <w:sz w:val="22"/>
        </w:rPr>
        <w:t xml:space="preserve"> K.. "Dynamical probing of pendulum arm spurred by a Rayleigh-</w:t>
      </w:r>
      <w:proofErr w:type="spellStart"/>
      <w:r w:rsidRPr="006F18B7">
        <w:rPr>
          <w:rFonts w:ascii="Times New Roman" w:hAnsi="Times New Roman"/>
          <w:sz w:val="22"/>
        </w:rPr>
        <w:t>duffing</w:t>
      </w:r>
      <w:proofErr w:type="spellEnd"/>
      <w:r w:rsidRPr="006F18B7">
        <w:rPr>
          <w:rFonts w:ascii="Times New Roman" w:hAnsi="Times New Roman"/>
          <w:sz w:val="22"/>
        </w:rPr>
        <w:t xml:space="preserve"> oscillator implemented on a microcontroller." Integration (2026). DOI: </w:t>
      </w:r>
      <w:hyperlink r:id="rId92" w:history="1">
        <w:r w:rsidRPr="005A53C6">
          <w:rPr>
            <w:rStyle w:val="Hyperlink"/>
            <w:rFonts w:ascii="Times New Roman" w:hAnsi="Times New Roman"/>
            <w:sz w:val="22"/>
          </w:rPr>
          <w:t>https://doi.org/10.1016/j.vlsi.2026.102766</w:t>
        </w:r>
      </w:hyperlink>
    </w:p>
    <w:p w14:paraId="4650258B" w14:textId="6B003646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r w:rsidRPr="006F18B7">
        <w:rPr>
          <w:rFonts w:ascii="Times New Roman" w:hAnsi="Times New Roman"/>
          <w:sz w:val="22"/>
        </w:rPr>
        <w:t xml:space="preserve">Yoga R.; </w:t>
      </w:r>
      <w:proofErr w:type="spellStart"/>
      <w:r w:rsidRPr="006F18B7">
        <w:rPr>
          <w:rFonts w:ascii="Times New Roman" w:hAnsi="Times New Roman"/>
          <w:sz w:val="22"/>
        </w:rPr>
        <w:t>Parveen</w:t>
      </w:r>
      <w:proofErr w:type="spellEnd"/>
      <w:r w:rsidRPr="006F18B7">
        <w:rPr>
          <w:rFonts w:ascii="Times New Roman" w:hAnsi="Times New Roman"/>
          <w:sz w:val="22"/>
        </w:rPr>
        <w:t xml:space="preserve"> M.F.; </w:t>
      </w:r>
      <w:proofErr w:type="spellStart"/>
      <w:r w:rsidRPr="006F18B7">
        <w:rPr>
          <w:rFonts w:ascii="Times New Roman" w:hAnsi="Times New Roman"/>
          <w:sz w:val="22"/>
        </w:rPr>
        <w:t>Roobini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Narayanamoorthi</w:t>
      </w:r>
      <w:proofErr w:type="spellEnd"/>
      <w:r w:rsidRPr="006F18B7">
        <w:rPr>
          <w:rFonts w:ascii="Times New Roman" w:hAnsi="Times New Roman"/>
          <w:sz w:val="22"/>
        </w:rPr>
        <w:t xml:space="preserve"> E.; </w:t>
      </w:r>
      <w:proofErr w:type="spellStart"/>
      <w:r w:rsidRPr="006F18B7">
        <w:rPr>
          <w:rFonts w:ascii="Times New Roman" w:hAnsi="Times New Roman"/>
          <w:sz w:val="22"/>
        </w:rPr>
        <w:t>Sasimitha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Gowthaman</w:t>
      </w:r>
      <w:proofErr w:type="spellEnd"/>
      <w:r w:rsidRPr="006F18B7">
        <w:rPr>
          <w:rFonts w:ascii="Times New Roman" w:hAnsi="Times New Roman"/>
          <w:sz w:val="22"/>
        </w:rPr>
        <w:t xml:space="preserve"> N.S.K.; </w:t>
      </w:r>
      <w:proofErr w:type="spellStart"/>
      <w:r w:rsidRPr="006F18B7">
        <w:rPr>
          <w:rFonts w:ascii="Times New Roman" w:hAnsi="Times New Roman"/>
          <w:sz w:val="22"/>
        </w:rPr>
        <w:t>Anbarasan</w:t>
      </w:r>
      <w:proofErr w:type="spellEnd"/>
      <w:r w:rsidRPr="006F18B7">
        <w:rPr>
          <w:rFonts w:ascii="Times New Roman" w:hAnsi="Times New Roman"/>
          <w:sz w:val="22"/>
        </w:rPr>
        <w:t xml:space="preserve"> R.. "Bundled rod-like growth of cobalt-decorated Ni-based metal-organic framework: A facile approach for efficient energy storage application." Colloids and Surfaces A: Physicochemical and Engineering Aspects (2026). DOI: </w:t>
      </w:r>
      <w:hyperlink r:id="rId93" w:history="1">
        <w:r w:rsidRPr="005A53C6">
          <w:rPr>
            <w:rStyle w:val="Hyperlink"/>
            <w:rFonts w:ascii="Times New Roman" w:hAnsi="Times New Roman"/>
            <w:sz w:val="22"/>
          </w:rPr>
          <w:t>https://doi.org/10.1016/j.colsurfa.2025.138790</w:t>
        </w:r>
      </w:hyperlink>
    </w:p>
    <w:p w14:paraId="3EC63141" w14:textId="5B4BB0D5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Vengatesh</w:t>
      </w:r>
      <w:proofErr w:type="spellEnd"/>
      <w:r w:rsidRPr="006F18B7">
        <w:rPr>
          <w:rFonts w:ascii="Times New Roman" w:hAnsi="Times New Roman"/>
          <w:sz w:val="22"/>
        </w:rPr>
        <w:t xml:space="preserve"> M.P.; Stalin B.; </w:t>
      </w:r>
      <w:proofErr w:type="spellStart"/>
      <w:r w:rsidRPr="006F18B7">
        <w:rPr>
          <w:rFonts w:ascii="Times New Roman" w:hAnsi="Times New Roman"/>
          <w:sz w:val="22"/>
        </w:rPr>
        <w:t>Nagaprasad</w:t>
      </w:r>
      <w:proofErr w:type="spellEnd"/>
      <w:r w:rsidRPr="006F18B7">
        <w:rPr>
          <w:rFonts w:ascii="Times New Roman" w:hAnsi="Times New Roman"/>
          <w:sz w:val="22"/>
        </w:rPr>
        <w:t xml:space="preserve"> N.; </w:t>
      </w:r>
      <w:proofErr w:type="spellStart"/>
      <w:r w:rsidRPr="006F18B7">
        <w:rPr>
          <w:rFonts w:ascii="Times New Roman" w:hAnsi="Times New Roman"/>
          <w:sz w:val="22"/>
        </w:rPr>
        <w:t>Vignesh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V..</w:t>
      </w:r>
      <w:proofErr w:type="gramEnd"/>
      <w:r w:rsidRPr="006F18B7">
        <w:rPr>
          <w:rFonts w:ascii="Times New Roman" w:hAnsi="Times New Roman"/>
          <w:sz w:val="22"/>
        </w:rPr>
        <w:t xml:space="preserve"> "Mechanical and thermal properties of </w:t>
      </w:r>
      <w:proofErr w:type="spellStart"/>
      <w:r w:rsidRPr="006F18B7">
        <w:rPr>
          <w:rFonts w:ascii="Times New Roman" w:hAnsi="Times New Roman"/>
          <w:sz w:val="22"/>
        </w:rPr>
        <w:t>Delonix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regia</w:t>
      </w:r>
      <w:proofErr w:type="spellEnd"/>
      <w:r w:rsidRPr="006F18B7">
        <w:rPr>
          <w:rFonts w:ascii="Times New Roman" w:hAnsi="Times New Roman"/>
          <w:sz w:val="22"/>
        </w:rPr>
        <w:t xml:space="preserve"> seed filler reinforced vinyl ester composite for industrial application." Journal of Mechanical Science and Technology (2026). DOI: </w:t>
      </w:r>
      <w:hyperlink r:id="rId94" w:history="1">
        <w:r w:rsidRPr="005A53C6">
          <w:rPr>
            <w:rStyle w:val="Hyperlink"/>
            <w:rFonts w:ascii="Times New Roman" w:hAnsi="Times New Roman"/>
            <w:sz w:val="22"/>
          </w:rPr>
          <w:t>https://doi.org/10.1007/s12206-025-1218-x</w:t>
        </w:r>
      </w:hyperlink>
    </w:p>
    <w:p w14:paraId="570B1B17" w14:textId="0361C418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Sudalaimuthu</w:t>
      </w:r>
      <w:proofErr w:type="spellEnd"/>
      <w:r w:rsidRPr="006F18B7">
        <w:rPr>
          <w:rFonts w:ascii="Times New Roman" w:hAnsi="Times New Roman"/>
          <w:sz w:val="22"/>
        </w:rPr>
        <w:t xml:space="preserve"> P.; </w:t>
      </w:r>
      <w:proofErr w:type="spellStart"/>
      <w:r w:rsidRPr="006F18B7">
        <w:rPr>
          <w:rFonts w:ascii="Times New Roman" w:hAnsi="Times New Roman"/>
          <w:sz w:val="22"/>
        </w:rPr>
        <w:t>Sathyamurthy</w:t>
      </w:r>
      <w:proofErr w:type="spellEnd"/>
      <w:r w:rsidRPr="006F18B7">
        <w:rPr>
          <w:rFonts w:ascii="Times New Roman" w:hAnsi="Times New Roman"/>
          <w:sz w:val="22"/>
        </w:rPr>
        <w:t xml:space="preserve"> R.; Mehta P.; </w:t>
      </w:r>
      <w:proofErr w:type="spellStart"/>
      <w:r w:rsidRPr="006F18B7">
        <w:rPr>
          <w:rFonts w:ascii="Times New Roman" w:hAnsi="Times New Roman"/>
          <w:sz w:val="22"/>
        </w:rPr>
        <w:t>Rajendran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V..</w:t>
      </w:r>
      <w:proofErr w:type="gramEnd"/>
      <w:r w:rsidRPr="006F18B7">
        <w:rPr>
          <w:rFonts w:ascii="Times New Roman" w:hAnsi="Times New Roman"/>
          <w:sz w:val="22"/>
        </w:rPr>
        <w:t xml:space="preserve"> "Synergetic Effect of Rubber Sheet and Jute Cloth on Solar Thermal Evaporation From Inclined Solar Still: An Experimental Approach." Heat Transfer (2026). DOI: </w:t>
      </w:r>
      <w:hyperlink r:id="rId95" w:history="1">
        <w:r w:rsidRPr="005A53C6">
          <w:rPr>
            <w:rStyle w:val="Hyperlink"/>
            <w:rFonts w:ascii="Times New Roman" w:hAnsi="Times New Roman"/>
            <w:sz w:val="22"/>
          </w:rPr>
          <w:t>https://doi.org/10.1002/htj.70246</w:t>
        </w:r>
      </w:hyperlink>
    </w:p>
    <w:p w14:paraId="38C38EDE" w14:textId="678CAAF5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Attia</w:t>
      </w:r>
      <w:proofErr w:type="spellEnd"/>
      <w:r w:rsidRPr="006F18B7">
        <w:rPr>
          <w:rFonts w:ascii="Times New Roman" w:hAnsi="Times New Roman"/>
          <w:sz w:val="22"/>
        </w:rPr>
        <w:t xml:space="preserve"> M.E.H.; </w:t>
      </w:r>
      <w:proofErr w:type="spellStart"/>
      <w:r w:rsidRPr="006F18B7">
        <w:rPr>
          <w:rFonts w:ascii="Times New Roman" w:hAnsi="Times New Roman"/>
          <w:sz w:val="22"/>
        </w:rPr>
        <w:t>Vaithilingam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Manokar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A.M..</w:t>
      </w:r>
      <w:proofErr w:type="gramEnd"/>
      <w:r w:rsidRPr="006F18B7">
        <w:rPr>
          <w:rFonts w:ascii="Times New Roman" w:hAnsi="Times New Roman"/>
          <w:sz w:val="22"/>
        </w:rPr>
        <w:t xml:space="preserve"> "Comparative experimental investigation of conical solar still using almond shells at different sizes: Yield, energy, and </w:t>
      </w:r>
      <w:proofErr w:type="spellStart"/>
      <w:r w:rsidRPr="006F18B7">
        <w:rPr>
          <w:rFonts w:ascii="Times New Roman" w:hAnsi="Times New Roman"/>
          <w:sz w:val="22"/>
        </w:rPr>
        <w:t>exergy</w:t>
      </w:r>
      <w:proofErr w:type="spellEnd"/>
      <w:r w:rsidRPr="006F18B7">
        <w:rPr>
          <w:rFonts w:ascii="Times New Roman" w:hAnsi="Times New Roman"/>
          <w:sz w:val="22"/>
        </w:rPr>
        <w:t xml:space="preserve"> analysis." Environmental Progress and Sustainable Energy (2026). DOI: </w:t>
      </w:r>
      <w:hyperlink r:id="rId96" w:history="1">
        <w:r w:rsidRPr="005A53C6">
          <w:rPr>
            <w:rStyle w:val="Hyperlink"/>
            <w:rFonts w:ascii="Times New Roman" w:hAnsi="Times New Roman"/>
            <w:sz w:val="22"/>
          </w:rPr>
          <w:t>https://doi.org/10.1002/ep.70489</w:t>
        </w:r>
      </w:hyperlink>
    </w:p>
    <w:p w14:paraId="26CA0CD3" w14:textId="0A7030C3" w:rsidR="006F18B7" w:rsidRPr="006F18B7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Mahendran</w:t>
      </w:r>
      <w:proofErr w:type="spellEnd"/>
      <w:r w:rsidRPr="006F18B7">
        <w:rPr>
          <w:rFonts w:ascii="Times New Roman" w:hAnsi="Times New Roman"/>
          <w:sz w:val="22"/>
        </w:rPr>
        <w:t xml:space="preserve"> S.; </w:t>
      </w:r>
      <w:proofErr w:type="spellStart"/>
      <w:r w:rsidRPr="006F18B7">
        <w:rPr>
          <w:rFonts w:ascii="Times New Roman" w:hAnsi="Times New Roman"/>
          <w:sz w:val="22"/>
        </w:rPr>
        <w:t>Manikandan</w:t>
      </w:r>
      <w:proofErr w:type="spellEnd"/>
      <w:r w:rsidRPr="006F18B7">
        <w:rPr>
          <w:rFonts w:ascii="Times New Roman" w:hAnsi="Times New Roman"/>
          <w:sz w:val="22"/>
        </w:rPr>
        <w:t xml:space="preserve"> K.; </w:t>
      </w:r>
      <w:proofErr w:type="spellStart"/>
      <w:r w:rsidRPr="006F18B7">
        <w:rPr>
          <w:rFonts w:ascii="Times New Roman" w:hAnsi="Times New Roman"/>
          <w:sz w:val="22"/>
        </w:rPr>
        <w:t>Vinayagam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gramStart"/>
      <w:r w:rsidRPr="006F18B7">
        <w:rPr>
          <w:rFonts w:ascii="Times New Roman" w:hAnsi="Times New Roman"/>
          <w:sz w:val="22"/>
        </w:rPr>
        <w:t>P.S..</w:t>
      </w:r>
      <w:proofErr w:type="gramEnd"/>
      <w:r w:rsidRPr="006F18B7">
        <w:rPr>
          <w:rFonts w:ascii="Times New Roman" w:hAnsi="Times New Roman"/>
          <w:sz w:val="22"/>
        </w:rPr>
        <w:t xml:space="preserve"> "Exploring symmetry-preserving </w:t>
      </w:r>
      <w:proofErr w:type="spellStart"/>
      <w:r w:rsidRPr="006F18B7">
        <w:rPr>
          <w:rFonts w:ascii="Times New Roman" w:hAnsi="Times New Roman"/>
          <w:sz w:val="22"/>
        </w:rPr>
        <w:t>solitons</w:t>
      </w:r>
      <w:proofErr w:type="spellEnd"/>
      <w:r w:rsidRPr="006F18B7">
        <w:rPr>
          <w:rFonts w:ascii="Times New Roman" w:hAnsi="Times New Roman"/>
          <w:sz w:val="22"/>
        </w:rPr>
        <w:t xml:space="preserve"> in nonlocal coupled nonlinear media with spin-orbit coupling and Rabi effects." Physics Letters, Section A: General, Atomic and Solid State Physics (2026). DOI: </w:t>
      </w:r>
      <w:hyperlink r:id="rId97" w:history="1">
        <w:r w:rsidRPr="005A53C6">
          <w:rPr>
            <w:rStyle w:val="Hyperlink"/>
            <w:rFonts w:ascii="Times New Roman" w:hAnsi="Times New Roman"/>
            <w:sz w:val="22"/>
          </w:rPr>
          <w:t>https://doi.org/10.1016/j.physleta.2025.131232</w:t>
        </w:r>
      </w:hyperlink>
    </w:p>
    <w:p w14:paraId="38A6C109" w14:textId="7F507A85" w:rsidR="008A2D0B" w:rsidRPr="008A2D0B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6F18B7">
        <w:rPr>
          <w:rFonts w:ascii="Times New Roman" w:hAnsi="Times New Roman"/>
          <w:sz w:val="22"/>
        </w:rPr>
        <w:t>Venkatesh</w:t>
      </w:r>
      <w:proofErr w:type="spellEnd"/>
      <w:r w:rsidRPr="006F18B7">
        <w:rPr>
          <w:rFonts w:ascii="Times New Roman" w:hAnsi="Times New Roman"/>
          <w:sz w:val="22"/>
        </w:rPr>
        <w:t xml:space="preserve"> R.; Dinesh Vijay S.; </w:t>
      </w:r>
      <w:proofErr w:type="spellStart"/>
      <w:r w:rsidRPr="006F18B7">
        <w:rPr>
          <w:rFonts w:ascii="Times New Roman" w:hAnsi="Times New Roman"/>
          <w:sz w:val="22"/>
        </w:rPr>
        <w:t>Sathish</w:t>
      </w:r>
      <w:proofErr w:type="spellEnd"/>
      <w:r w:rsidRPr="006F18B7">
        <w:rPr>
          <w:rFonts w:ascii="Times New Roman" w:hAnsi="Times New Roman"/>
          <w:sz w:val="22"/>
        </w:rPr>
        <w:t xml:space="preserve"> </w:t>
      </w:r>
      <w:proofErr w:type="spellStart"/>
      <w:r w:rsidRPr="006F18B7">
        <w:rPr>
          <w:rFonts w:ascii="Times New Roman" w:hAnsi="Times New Roman"/>
          <w:sz w:val="22"/>
        </w:rPr>
        <w:t>Aravindh</w:t>
      </w:r>
      <w:proofErr w:type="spellEnd"/>
      <w:r w:rsidRPr="006F18B7">
        <w:rPr>
          <w:rFonts w:ascii="Times New Roman" w:hAnsi="Times New Roman"/>
          <w:sz w:val="22"/>
        </w:rPr>
        <w:t xml:space="preserve"> M.; </w:t>
      </w:r>
      <w:proofErr w:type="spellStart"/>
      <w:r w:rsidRPr="006F18B7">
        <w:rPr>
          <w:rFonts w:ascii="Times New Roman" w:hAnsi="Times New Roman"/>
          <w:sz w:val="22"/>
        </w:rPr>
        <w:t>Venkatesan</w:t>
      </w:r>
      <w:proofErr w:type="spellEnd"/>
      <w:r w:rsidRPr="006F18B7">
        <w:rPr>
          <w:rFonts w:ascii="Times New Roman" w:hAnsi="Times New Roman"/>
          <w:sz w:val="22"/>
        </w:rPr>
        <w:t xml:space="preserve"> A.; </w:t>
      </w:r>
      <w:proofErr w:type="spellStart"/>
      <w:r w:rsidRPr="006F18B7">
        <w:rPr>
          <w:rFonts w:ascii="Times New Roman" w:hAnsi="Times New Roman"/>
          <w:sz w:val="22"/>
        </w:rPr>
        <w:t>Lakshmanan</w:t>
      </w:r>
      <w:proofErr w:type="spellEnd"/>
      <w:r w:rsidRPr="006F18B7">
        <w:rPr>
          <w:rFonts w:ascii="Times New Roman" w:hAnsi="Times New Roman"/>
          <w:sz w:val="22"/>
        </w:rPr>
        <w:t xml:space="preserve"> M</w:t>
      </w:r>
      <w:proofErr w:type="gramStart"/>
      <w:r w:rsidRPr="006F18B7">
        <w:rPr>
          <w:rFonts w:ascii="Times New Roman" w:hAnsi="Times New Roman"/>
          <w:sz w:val="22"/>
        </w:rPr>
        <w:t>..</w:t>
      </w:r>
      <w:proofErr w:type="gramEnd"/>
      <w:r w:rsidRPr="006F18B7">
        <w:rPr>
          <w:rFonts w:ascii="Times New Roman" w:hAnsi="Times New Roman"/>
          <w:sz w:val="22"/>
        </w:rPr>
        <w:t xml:space="preserve"> "</w:t>
      </w:r>
      <w:proofErr w:type="spellStart"/>
      <w:r w:rsidRPr="006F18B7">
        <w:rPr>
          <w:rFonts w:ascii="Times New Roman" w:hAnsi="Times New Roman"/>
          <w:sz w:val="22"/>
        </w:rPr>
        <w:t>Superextreme</w:t>
      </w:r>
      <w:proofErr w:type="spellEnd"/>
      <w:r w:rsidRPr="006F18B7">
        <w:rPr>
          <w:rFonts w:ascii="Times New Roman" w:hAnsi="Times New Roman"/>
          <w:sz w:val="22"/>
        </w:rPr>
        <w:t xml:space="preserve"> and transient dynamics in forced doubly clamped silicon flexural resonator." Chaos (2026). DOI: </w:t>
      </w:r>
      <w:hyperlink r:id="rId98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https://doi.org/10.1063/5.0309003</w:t>
        </w:r>
      </w:hyperlink>
    </w:p>
    <w:p w14:paraId="2F53F685" w14:textId="149B169D" w:rsidR="008A2D0B" w:rsidRPr="008A2D0B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Naresh</w:t>
      </w:r>
      <w:proofErr w:type="spellEnd"/>
      <w:r w:rsidRPr="008A2D0B">
        <w:rPr>
          <w:rFonts w:ascii="Times New Roman" w:hAnsi="Times New Roman"/>
          <w:sz w:val="22"/>
        </w:rPr>
        <w:t xml:space="preserve"> K.; Mani A.; </w:t>
      </w:r>
      <w:proofErr w:type="spellStart"/>
      <w:r w:rsidRPr="008A2D0B">
        <w:rPr>
          <w:rFonts w:ascii="Times New Roman" w:hAnsi="Times New Roman"/>
          <w:sz w:val="22"/>
        </w:rPr>
        <w:t>Archana</w:t>
      </w:r>
      <w:proofErr w:type="spellEnd"/>
      <w:r w:rsidRPr="008A2D0B">
        <w:rPr>
          <w:rFonts w:ascii="Times New Roman" w:hAnsi="Times New Roman"/>
          <w:sz w:val="22"/>
        </w:rPr>
        <w:t xml:space="preserve"> B.; </w:t>
      </w:r>
      <w:proofErr w:type="spellStart"/>
      <w:r w:rsidRPr="008A2D0B">
        <w:rPr>
          <w:rFonts w:ascii="Times New Roman" w:hAnsi="Times New Roman"/>
          <w:sz w:val="22"/>
        </w:rPr>
        <w:t>Preethi</w:t>
      </w:r>
      <w:proofErr w:type="spellEnd"/>
      <w:r w:rsidRPr="008A2D0B">
        <w:rPr>
          <w:rFonts w:ascii="Times New Roman" w:hAnsi="Times New Roman"/>
          <w:sz w:val="22"/>
        </w:rPr>
        <w:t xml:space="preserve"> B.; </w:t>
      </w:r>
      <w:proofErr w:type="spellStart"/>
      <w:r w:rsidRPr="008A2D0B">
        <w:rPr>
          <w:rFonts w:ascii="Times New Roman" w:hAnsi="Times New Roman"/>
          <w:sz w:val="22"/>
        </w:rPr>
        <w:t>Sivasankar</w:t>
      </w:r>
      <w:proofErr w:type="spellEnd"/>
      <w:r w:rsidRPr="008A2D0B">
        <w:rPr>
          <w:rFonts w:ascii="Times New Roman" w:hAnsi="Times New Roman"/>
          <w:sz w:val="22"/>
        </w:rPr>
        <w:t xml:space="preserve"> B.N.; </w:t>
      </w:r>
      <w:proofErr w:type="spellStart"/>
      <w:r w:rsidRPr="008A2D0B">
        <w:rPr>
          <w:rFonts w:ascii="Times New Roman" w:hAnsi="Times New Roman"/>
          <w:sz w:val="22"/>
        </w:rPr>
        <w:t>Sivakumar</w:t>
      </w:r>
      <w:proofErr w:type="spellEnd"/>
      <w:r w:rsidRPr="008A2D0B">
        <w:rPr>
          <w:rFonts w:ascii="Times New Roman" w:hAnsi="Times New Roman"/>
          <w:sz w:val="22"/>
        </w:rPr>
        <w:t xml:space="preserve"> C.. "Synthesis, structural, spectral characterization and in vitro biological evaluation of ammonium trans-1, 2-cyclohexanediaminetetraacetato </w:t>
      </w:r>
      <w:proofErr w:type="gramStart"/>
      <w:r w:rsidRPr="008A2D0B">
        <w:rPr>
          <w:rFonts w:ascii="Times New Roman" w:hAnsi="Times New Roman"/>
          <w:sz w:val="22"/>
        </w:rPr>
        <w:t>copper(</w:t>
      </w:r>
      <w:proofErr w:type="gramEnd"/>
      <w:r w:rsidRPr="008A2D0B">
        <w:rPr>
          <w:rFonts w:ascii="Times New Roman" w:hAnsi="Times New Roman"/>
          <w:sz w:val="22"/>
        </w:rPr>
        <w:t xml:space="preserve">II) </w:t>
      </w:r>
      <w:proofErr w:type="spellStart"/>
      <w:r w:rsidRPr="008A2D0B">
        <w:rPr>
          <w:rFonts w:ascii="Times New Roman" w:hAnsi="Times New Roman"/>
          <w:sz w:val="22"/>
        </w:rPr>
        <w:t>dihydrate</w:t>
      </w:r>
      <w:proofErr w:type="spellEnd"/>
      <w:r w:rsidRPr="008A2D0B">
        <w:rPr>
          <w:rFonts w:ascii="Times New Roman" w:hAnsi="Times New Roman"/>
          <w:sz w:val="22"/>
        </w:rPr>
        <w:t xml:space="preserve">." Chemical Papers (2026). DOI: </w:t>
      </w:r>
      <w:hyperlink r:id="rId99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https://doi.org/10.1007/s11696-025-04447-0</w:t>
        </w:r>
      </w:hyperlink>
    </w:p>
    <w:p w14:paraId="45D70F0F" w14:textId="405F63C8" w:rsidR="008A2D0B" w:rsidRPr="008A2D0B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Sudharsan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gramStart"/>
      <w:r w:rsidRPr="008A2D0B">
        <w:rPr>
          <w:rFonts w:ascii="Times New Roman" w:hAnsi="Times New Roman"/>
          <w:sz w:val="22"/>
        </w:rPr>
        <w:t>S..</w:t>
      </w:r>
      <w:proofErr w:type="gramEnd"/>
      <w:r w:rsidRPr="008A2D0B">
        <w:rPr>
          <w:rFonts w:ascii="Times New Roman" w:hAnsi="Times New Roman"/>
          <w:sz w:val="22"/>
        </w:rPr>
        <w:t xml:space="preserve"> "Origin and dynamical analysis of extreme events in the oscillator model of </w:t>
      </w:r>
      <w:proofErr w:type="spellStart"/>
      <w:r w:rsidRPr="008A2D0B">
        <w:rPr>
          <w:rFonts w:ascii="Times New Roman" w:hAnsi="Times New Roman"/>
          <w:sz w:val="22"/>
        </w:rPr>
        <w:t>microcantilevers</w:t>
      </w:r>
      <w:proofErr w:type="spellEnd"/>
      <w:r w:rsidRPr="008A2D0B">
        <w:rPr>
          <w:rFonts w:ascii="Times New Roman" w:hAnsi="Times New Roman"/>
          <w:sz w:val="22"/>
        </w:rPr>
        <w:t xml:space="preserve"> in a tapping mode Atomic Force Microscopy." </w:t>
      </w:r>
      <w:proofErr w:type="spellStart"/>
      <w:r w:rsidRPr="008A2D0B">
        <w:rPr>
          <w:rFonts w:ascii="Times New Roman" w:hAnsi="Times New Roman"/>
          <w:sz w:val="22"/>
        </w:rPr>
        <w:t>Physica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spellStart"/>
      <w:r w:rsidRPr="008A2D0B">
        <w:rPr>
          <w:rFonts w:ascii="Times New Roman" w:hAnsi="Times New Roman"/>
          <w:sz w:val="22"/>
        </w:rPr>
        <w:t>Scripta</w:t>
      </w:r>
      <w:proofErr w:type="spellEnd"/>
      <w:r w:rsidRPr="008A2D0B">
        <w:rPr>
          <w:rFonts w:ascii="Times New Roman" w:hAnsi="Times New Roman"/>
          <w:sz w:val="22"/>
        </w:rPr>
        <w:t xml:space="preserve"> (2026). DOI: </w:t>
      </w:r>
      <w:hyperlink r:id="rId100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https://doi.org/10.1088/1402-4896/ae542c</w:t>
        </w:r>
      </w:hyperlink>
    </w:p>
    <w:p w14:paraId="45347C98" w14:textId="1B0412EE" w:rsidR="008A2D0B" w:rsidRPr="008A2D0B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Manokar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gramStart"/>
      <w:r w:rsidRPr="008A2D0B">
        <w:rPr>
          <w:rFonts w:ascii="Times New Roman" w:hAnsi="Times New Roman"/>
          <w:sz w:val="22"/>
        </w:rPr>
        <w:t>A.M..</w:t>
      </w:r>
      <w:proofErr w:type="gramEnd"/>
      <w:r w:rsidRPr="008A2D0B">
        <w:rPr>
          <w:rFonts w:ascii="Times New Roman" w:hAnsi="Times New Roman"/>
          <w:sz w:val="22"/>
        </w:rPr>
        <w:t xml:space="preserve"> "Clean Water Production Through Tubular Solar Still Using Carbonized Cashew Nut Shells as </w:t>
      </w:r>
      <w:proofErr w:type="spellStart"/>
      <w:r w:rsidRPr="008A2D0B">
        <w:rPr>
          <w:rFonts w:ascii="Times New Roman" w:hAnsi="Times New Roman"/>
          <w:sz w:val="22"/>
        </w:rPr>
        <w:t>Biowaste</w:t>
      </w:r>
      <w:proofErr w:type="spellEnd"/>
      <w:r w:rsidRPr="008A2D0B">
        <w:rPr>
          <w:rFonts w:ascii="Times New Roman" w:hAnsi="Times New Roman"/>
          <w:sz w:val="22"/>
        </w:rPr>
        <w:t xml:space="preserve"> Thermal Storage Material." Clean - Soil, Air, Water (2026). DOI: </w:t>
      </w:r>
      <w:hyperlink r:id="rId101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https://doi.org/10.1002/clen.70157</w:t>
        </w:r>
      </w:hyperlink>
    </w:p>
    <w:p w14:paraId="336B2690" w14:textId="6BC498F9" w:rsidR="008A2D0B" w:rsidRPr="008A2D0B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Manokar</w:t>
      </w:r>
      <w:proofErr w:type="spellEnd"/>
      <w:r w:rsidRPr="008A2D0B">
        <w:rPr>
          <w:rFonts w:ascii="Times New Roman" w:hAnsi="Times New Roman"/>
          <w:sz w:val="22"/>
        </w:rPr>
        <w:t xml:space="preserve"> A.M.; </w:t>
      </w:r>
      <w:proofErr w:type="spellStart"/>
      <w:r w:rsidRPr="008A2D0B">
        <w:rPr>
          <w:rFonts w:ascii="Times New Roman" w:hAnsi="Times New Roman"/>
          <w:sz w:val="22"/>
        </w:rPr>
        <w:t>Attia</w:t>
      </w:r>
      <w:proofErr w:type="spellEnd"/>
      <w:r w:rsidRPr="008A2D0B">
        <w:rPr>
          <w:rFonts w:ascii="Times New Roman" w:hAnsi="Times New Roman"/>
          <w:sz w:val="22"/>
        </w:rPr>
        <w:t xml:space="preserve"> M.E.H.; </w:t>
      </w:r>
      <w:proofErr w:type="spellStart"/>
      <w:r w:rsidRPr="008A2D0B">
        <w:rPr>
          <w:rFonts w:ascii="Times New Roman" w:hAnsi="Times New Roman"/>
          <w:sz w:val="22"/>
        </w:rPr>
        <w:t>Karthick</w:t>
      </w:r>
      <w:proofErr w:type="spellEnd"/>
      <w:r w:rsidRPr="008A2D0B">
        <w:rPr>
          <w:rFonts w:ascii="Times New Roman" w:hAnsi="Times New Roman"/>
          <w:sz w:val="22"/>
        </w:rPr>
        <w:t xml:space="preserve"> A.; </w:t>
      </w:r>
      <w:proofErr w:type="spellStart"/>
      <w:r w:rsidRPr="008A2D0B">
        <w:rPr>
          <w:rFonts w:ascii="Times New Roman" w:hAnsi="Times New Roman"/>
          <w:sz w:val="22"/>
        </w:rPr>
        <w:t>Petchimuthu</w:t>
      </w:r>
      <w:proofErr w:type="spellEnd"/>
      <w:r w:rsidRPr="008A2D0B">
        <w:rPr>
          <w:rFonts w:ascii="Times New Roman" w:hAnsi="Times New Roman"/>
          <w:sz w:val="22"/>
        </w:rPr>
        <w:t xml:space="preserve"> M</w:t>
      </w:r>
      <w:proofErr w:type="gramStart"/>
      <w:r w:rsidRPr="008A2D0B">
        <w:rPr>
          <w:rFonts w:ascii="Times New Roman" w:hAnsi="Times New Roman"/>
          <w:sz w:val="22"/>
        </w:rPr>
        <w:t>..</w:t>
      </w:r>
      <w:proofErr w:type="gramEnd"/>
      <w:r w:rsidRPr="008A2D0B">
        <w:rPr>
          <w:rFonts w:ascii="Times New Roman" w:hAnsi="Times New Roman"/>
          <w:sz w:val="22"/>
        </w:rPr>
        <w:t xml:space="preserve"> "Sustainable productivity enhancement of conical solar distillers using Peanut Shell bio-waste: Energy and economic analyses." Environmental Progress and Sustainable Energy (2026). DOI: </w:t>
      </w:r>
      <w:hyperlink r:id="rId102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https://doi.org/10.1002/ep.70253</w:t>
        </w:r>
      </w:hyperlink>
    </w:p>
    <w:p w14:paraId="009456B7" w14:textId="049BB02D" w:rsidR="008A2D0B" w:rsidRPr="008A2D0B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Jayasree</w:t>
      </w:r>
      <w:proofErr w:type="spellEnd"/>
      <w:r w:rsidRPr="008A2D0B">
        <w:rPr>
          <w:rFonts w:ascii="Times New Roman" w:hAnsi="Times New Roman"/>
          <w:sz w:val="22"/>
        </w:rPr>
        <w:t xml:space="preserve"> S.; Mani A.; </w:t>
      </w:r>
      <w:proofErr w:type="spellStart"/>
      <w:r w:rsidRPr="008A2D0B">
        <w:rPr>
          <w:rFonts w:ascii="Times New Roman" w:hAnsi="Times New Roman"/>
          <w:sz w:val="22"/>
        </w:rPr>
        <w:t>Archana</w:t>
      </w:r>
      <w:proofErr w:type="spellEnd"/>
      <w:r w:rsidRPr="008A2D0B">
        <w:rPr>
          <w:rFonts w:ascii="Times New Roman" w:hAnsi="Times New Roman"/>
          <w:sz w:val="22"/>
        </w:rPr>
        <w:t xml:space="preserve"> B.; </w:t>
      </w:r>
      <w:proofErr w:type="spellStart"/>
      <w:r w:rsidRPr="008A2D0B">
        <w:rPr>
          <w:rFonts w:ascii="Times New Roman" w:hAnsi="Times New Roman"/>
          <w:sz w:val="22"/>
        </w:rPr>
        <w:t>Naresh</w:t>
      </w:r>
      <w:proofErr w:type="spellEnd"/>
      <w:r w:rsidRPr="008A2D0B">
        <w:rPr>
          <w:rFonts w:ascii="Times New Roman" w:hAnsi="Times New Roman"/>
          <w:sz w:val="22"/>
        </w:rPr>
        <w:t xml:space="preserve"> K.; Suresh </w:t>
      </w:r>
      <w:proofErr w:type="gramStart"/>
      <w:r w:rsidRPr="008A2D0B">
        <w:rPr>
          <w:rFonts w:ascii="Times New Roman" w:hAnsi="Times New Roman"/>
          <w:sz w:val="22"/>
        </w:rPr>
        <w:t>M.S..</w:t>
      </w:r>
      <w:proofErr w:type="gramEnd"/>
      <w:r w:rsidRPr="008A2D0B">
        <w:rPr>
          <w:rFonts w:ascii="Times New Roman" w:hAnsi="Times New Roman"/>
          <w:sz w:val="22"/>
        </w:rPr>
        <w:t xml:space="preserve"> "Sustainable biosynthesis of silver nanoparticles for calf thymus DNA binding, antimicrobial activity and </w:t>
      </w:r>
      <w:proofErr w:type="spellStart"/>
      <w:r w:rsidRPr="008A2D0B">
        <w:rPr>
          <w:rFonts w:ascii="Times New Roman" w:hAnsi="Times New Roman"/>
          <w:sz w:val="22"/>
        </w:rPr>
        <w:t>photodegradation</w:t>
      </w:r>
      <w:proofErr w:type="spellEnd"/>
      <w:r w:rsidRPr="008A2D0B">
        <w:rPr>
          <w:rFonts w:ascii="Times New Roman" w:hAnsi="Times New Roman"/>
          <w:sz w:val="22"/>
        </w:rPr>
        <w:t xml:space="preserve"> of organic pollutants." Chemical Papers (2026). DOI: </w:t>
      </w:r>
      <w:hyperlink r:id="rId103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https://doi.org/10.1007/s11696-026-04834-1</w:t>
        </w:r>
      </w:hyperlink>
    </w:p>
    <w:p w14:paraId="30D88A15" w14:textId="7B32676E" w:rsidR="008A2D0B" w:rsidRPr="008A2D0B" w:rsidRDefault="006F18B7" w:rsidP="00CE1659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Palaniappan</w:t>
      </w:r>
      <w:proofErr w:type="spellEnd"/>
      <w:r w:rsidRPr="008A2D0B">
        <w:rPr>
          <w:rFonts w:ascii="Times New Roman" w:hAnsi="Times New Roman"/>
          <w:sz w:val="22"/>
        </w:rPr>
        <w:t xml:space="preserve"> M.; </w:t>
      </w:r>
      <w:proofErr w:type="spellStart"/>
      <w:r w:rsidRPr="008A2D0B">
        <w:rPr>
          <w:rFonts w:ascii="Times New Roman" w:hAnsi="Times New Roman"/>
          <w:sz w:val="22"/>
        </w:rPr>
        <w:t>Almeshaal</w:t>
      </w:r>
      <w:proofErr w:type="spellEnd"/>
      <w:r w:rsidRPr="008A2D0B">
        <w:rPr>
          <w:rFonts w:ascii="Times New Roman" w:hAnsi="Times New Roman"/>
          <w:sz w:val="22"/>
        </w:rPr>
        <w:t xml:space="preserve"> M.; </w:t>
      </w:r>
      <w:proofErr w:type="spellStart"/>
      <w:r w:rsidRPr="008A2D0B">
        <w:rPr>
          <w:rFonts w:ascii="Times New Roman" w:hAnsi="Times New Roman"/>
          <w:sz w:val="22"/>
        </w:rPr>
        <w:t>Manokar</w:t>
      </w:r>
      <w:proofErr w:type="spellEnd"/>
      <w:r w:rsidRPr="008A2D0B">
        <w:rPr>
          <w:rFonts w:ascii="Times New Roman" w:hAnsi="Times New Roman"/>
          <w:sz w:val="22"/>
        </w:rPr>
        <w:t xml:space="preserve"> A.M.; </w:t>
      </w:r>
      <w:proofErr w:type="spellStart"/>
      <w:r w:rsidRPr="008A2D0B">
        <w:rPr>
          <w:rFonts w:ascii="Times New Roman" w:hAnsi="Times New Roman"/>
          <w:sz w:val="22"/>
        </w:rPr>
        <w:t>Shanmugan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gramStart"/>
      <w:r w:rsidRPr="008A2D0B">
        <w:rPr>
          <w:rFonts w:ascii="Times New Roman" w:hAnsi="Times New Roman"/>
          <w:sz w:val="22"/>
        </w:rPr>
        <w:t>S..</w:t>
      </w:r>
      <w:proofErr w:type="gramEnd"/>
      <w:r w:rsidRPr="008A2D0B">
        <w:rPr>
          <w:rFonts w:ascii="Times New Roman" w:hAnsi="Times New Roman"/>
          <w:sz w:val="22"/>
        </w:rPr>
        <w:t xml:space="preserve"> "Detailed thermodynamic assessment of sugarcane bagasse </w:t>
      </w:r>
      <w:proofErr w:type="spellStart"/>
      <w:r w:rsidRPr="008A2D0B">
        <w:rPr>
          <w:rFonts w:ascii="Times New Roman" w:hAnsi="Times New Roman"/>
          <w:sz w:val="22"/>
        </w:rPr>
        <w:t>valorization</w:t>
      </w:r>
      <w:proofErr w:type="spellEnd"/>
      <w:r w:rsidRPr="008A2D0B">
        <w:rPr>
          <w:rFonts w:ascii="Times New Roman" w:hAnsi="Times New Roman"/>
          <w:sz w:val="22"/>
        </w:rPr>
        <w:t xml:space="preserve"> into </w:t>
      </w:r>
      <w:proofErr w:type="spellStart"/>
      <w:r w:rsidRPr="008A2D0B">
        <w:rPr>
          <w:rFonts w:ascii="Times New Roman" w:hAnsi="Times New Roman"/>
          <w:sz w:val="22"/>
        </w:rPr>
        <w:t>Ru</w:t>
      </w:r>
      <w:proofErr w:type="spellEnd"/>
      <w:r w:rsidRPr="008A2D0B">
        <w:rPr>
          <w:rFonts w:ascii="Times New Roman" w:hAnsi="Times New Roman"/>
          <w:sz w:val="22"/>
        </w:rPr>
        <w:t xml:space="preserve">–Ni </w:t>
      </w:r>
      <w:proofErr w:type="spellStart"/>
      <w:r w:rsidRPr="008A2D0B">
        <w:rPr>
          <w:rFonts w:ascii="Times New Roman" w:hAnsi="Times New Roman"/>
          <w:sz w:val="22"/>
        </w:rPr>
        <w:t>nanocatalysts</w:t>
      </w:r>
      <w:proofErr w:type="spellEnd"/>
      <w:r w:rsidRPr="008A2D0B">
        <w:rPr>
          <w:rFonts w:ascii="Times New Roman" w:hAnsi="Times New Roman"/>
          <w:sz w:val="22"/>
        </w:rPr>
        <w:t xml:space="preserve"> for enhanced hydrogen evolution in anion exchange </w:t>
      </w:r>
      <w:proofErr w:type="spellStart"/>
      <w:r w:rsidRPr="008A2D0B">
        <w:rPr>
          <w:rFonts w:ascii="Times New Roman" w:hAnsi="Times New Roman"/>
          <w:sz w:val="22"/>
        </w:rPr>
        <w:t>electrolyzers</w:t>
      </w:r>
      <w:proofErr w:type="spellEnd"/>
      <w:r w:rsidRPr="008A2D0B">
        <w:rPr>
          <w:rFonts w:ascii="Times New Roman" w:hAnsi="Times New Roman"/>
          <w:sz w:val="22"/>
        </w:rPr>
        <w:t xml:space="preserve">." International Journal of Hydrogen Energy (2026). DOI: </w:t>
      </w:r>
      <w:hyperlink r:id="rId104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https://doi.org/10.1016/j.ijhydene.2026.153702</w:t>
        </w:r>
      </w:hyperlink>
    </w:p>
    <w:p w14:paraId="76EC6902" w14:textId="26AFCD17" w:rsidR="008A2D0B" w:rsidRPr="008A2D0B" w:rsidRDefault="006F18B7" w:rsidP="004647B5">
      <w:pPr>
        <w:pStyle w:val="ListParagraph"/>
        <w:numPr>
          <w:ilvl w:val="0"/>
          <w:numId w:val="15"/>
        </w:numPr>
        <w:jc w:val="both"/>
      </w:pPr>
      <w:r w:rsidRPr="008A2D0B">
        <w:rPr>
          <w:rFonts w:ascii="Times New Roman" w:hAnsi="Times New Roman"/>
          <w:sz w:val="22"/>
        </w:rPr>
        <w:lastRenderedPageBreak/>
        <w:t xml:space="preserve">Jenny R.S.; </w:t>
      </w:r>
      <w:proofErr w:type="spellStart"/>
      <w:r w:rsidRPr="008A2D0B">
        <w:rPr>
          <w:rFonts w:ascii="Times New Roman" w:hAnsi="Times New Roman"/>
          <w:sz w:val="22"/>
        </w:rPr>
        <w:t>Sugirtham</w:t>
      </w:r>
      <w:proofErr w:type="spellEnd"/>
      <w:r w:rsidRPr="008A2D0B">
        <w:rPr>
          <w:rFonts w:ascii="Times New Roman" w:hAnsi="Times New Roman"/>
          <w:sz w:val="22"/>
        </w:rPr>
        <w:t xml:space="preserve"> N.; </w:t>
      </w:r>
      <w:proofErr w:type="spellStart"/>
      <w:r w:rsidRPr="008A2D0B">
        <w:rPr>
          <w:rFonts w:ascii="Times New Roman" w:hAnsi="Times New Roman"/>
          <w:sz w:val="22"/>
        </w:rPr>
        <w:t>Thiyaneswaran</w:t>
      </w:r>
      <w:proofErr w:type="spellEnd"/>
      <w:r w:rsidRPr="008A2D0B">
        <w:rPr>
          <w:rFonts w:ascii="Times New Roman" w:hAnsi="Times New Roman"/>
          <w:sz w:val="22"/>
        </w:rPr>
        <w:t xml:space="preserve"> B.; </w:t>
      </w:r>
      <w:proofErr w:type="spellStart"/>
      <w:r w:rsidRPr="008A2D0B">
        <w:rPr>
          <w:rFonts w:ascii="Times New Roman" w:hAnsi="Times New Roman"/>
          <w:sz w:val="22"/>
        </w:rPr>
        <w:t>Kumarganesh</w:t>
      </w:r>
      <w:proofErr w:type="spellEnd"/>
      <w:r w:rsidRPr="008A2D0B">
        <w:rPr>
          <w:rFonts w:ascii="Times New Roman" w:hAnsi="Times New Roman"/>
          <w:sz w:val="22"/>
        </w:rPr>
        <w:t xml:space="preserve"> S.; K M.S.; </w:t>
      </w:r>
      <w:proofErr w:type="spellStart"/>
      <w:r w:rsidRPr="008A2D0B">
        <w:rPr>
          <w:rFonts w:ascii="Times New Roman" w:hAnsi="Times New Roman"/>
          <w:sz w:val="22"/>
        </w:rPr>
        <w:t>Ansarullah</w:t>
      </w:r>
      <w:proofErr w:type="spellEnd"/>
      <w:r w:rsidRPr="008A2D0B">
        <w:rPr>
          <w:rFonts w:ascii="Times New Roman" w:hAnsi="Times New Roman"/>
          <w:sz w:val="22"/>
        </w:rPr>
        <w:t xml:space="preserve"> S.I.; Amin F.; de la Torre </w:t>
      </w:r>
      <w:proofErr w:type="spellStart"/>
      <w:r w:rsidRPr="008A2D0B">
        <w:rPr>
          <w:rFonts w:ascii="Times New Roman" w:hAnsi="Times New Roman"/>
          <w:sz w:val="22"/>
        </w:rPr>
        <w:t>Díez</w:t>
      </w:r>
      <w:proofErr w:type="spellEnd"/>
      <w:r w:rsidRPr="008A2D0B">
        <w:rPr>
          <w:rFonts w:ascii="Times New Roman" w:hAnsi="Times New Roman"/>
          <w:sz w:val="22"/>
        </w:rPr>
        <w:t xml:space="preserve"> I.; </w:t>
      </w:r>
      <w:proofErr w:type="spellStart"/>
      <w:r w:rsidRPr="008A2D0B">
        <w:rPr>
          <w:rFonts w:ascii="Times New Roman" w:hAnsi="Times New Roman"/>
          <w:sz w:val="22"/>
        </w:rPr>
        <w:t>García</w:t>
      </w:r>
      <w:proofErr w:type="spellEnd"/>
      <w:r w:rsidRPr="008A2D0B">
        <w:rPr>
          <w:rFonts w:ascii="Times New Roman" w:hAnsi="Times New Roman"/>
          <w:sz w:val="22"/>
        </w:rPr>
        <w:t xml:space="preserve"> C.O.; Barrera A.E.P.. "Securing internet of things devices using a hybrid approach." Scientific Reports (2026). DOI: </w:t>
      </w:r>
      <w:hyperlink r:id="rId105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https://doi.org/10.1038/s41598-025-34766-x</w:t>
        </w:r>
      </w:hyperlink>
    </w:p>
    <w:p w14:paraId="51886551" w14:textId="77777777" w:rsidR="008A2D0B" w:rsidRPr="008A2D0B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Tangunu</w:t>
      </w:r>
      <w:proofErr w:type="spellEnd"/>
      <w:r w:rsidRPr="008A2D0B">
        <w:rPr>
          <w:rFonts w:ascii="Times New Roman" w:hAnsi="Times New Roman"/>
          <w:sz w:val="22"/>
        </w:rPr>
        <w:t xml:space="preserve"> R.N.; </w:t>
      </w:r>
      <w:proofErr w:type="spellStart"/>
      <w:r w:rsidRPr="008A2D0B">
        <w:rPr>
          <w:rFonts w:ascii="Times New Roman" w:hAnsi="Times New Roman"/>
          <w:sz w:val="22"/>
        </w:rPr>
        <w:t>Muthukumar</w:t>
      </w:r>
      <w:proofErr w:type="spellEnd"/>
      <w:r w:rsidRPr="008A2D0B">
        <w:rPr>
          <w:rFonts w:ascii="Times New Roman" w:hAnsi="Times New Roman"/>
          <w:sz w:val="22"/>
        </w:rPr>
        <w:t xml:space="preserve"> D.; </w:t>
      </w:r>
      <w:proofErr w:type="spellStart"/>
      <w:r w:rsidRPr="008A2D0B">
        <w:rPr>
          <w:rFonts w:ascii="Times New Roman" w:hAnsi="Times New Roman"/>
          <w:sz w:val="22"/>
        </w:rPr>
        <w:t>Makouo</w:t>
      </w:r>
      <w:proofErr w:type="spellEnd"/>
      <w:r w:rsidRPr="008A2D0B">
        <w:rPr>
          <w:rFonts w:ascii="Times New Roman" w:hAnsi="Times New Roman"/>
          <w:sz w:val="22"/>
        </w:rPr>
        <w:t xml:space="preserve"> L.; </w:t>
      </w:r>
      <w:proofErr w:type="spellStart"/>
      <w:r w:rsidRPr="008A2D0B">
        <w:rPr>
          <w:rFonts w:ascii="Times New Roman" w:hAnsi="Times New Roman"/>
          <w:sz w:val="22"/>
        </w:rPr>
        <w:t>Kuiate</w:t>
      </w:r>
      <w:proofErr w:type="spellEnd"/>
      <w:r w:rsidRPr="008A2D0B">
        <w:rPr>
          <w:rFonts w:ascii="Times New Roman" w:hAnsi="Times New Roman"/>
          <w:sz w:val="22"/>
        </w:rPr>
        <w:t xml:space="preserve"> G.F.; </w:t>
      </w:r>
      <w:proofErr w:type="spellStart"/>
      <w:r w:rsidRPr="008A2D0B">
        <w:rPr>
          <w:rFonts w:ascii="Times New Roman" w:hAnsi="Times New Roman"/>
          <w:sz w:val="22"/>
        </w:rPr>
        <w:t>Afungchui</w:t>
      </w:r>
      <w:proofErr w:type="spellEnd"/>
      <w:r w:rsidRPr="008A2D0B">
        <w:rPr>
          <w:rFonts w:ascii="Times New Roman" w:hAnsi="Times New Roman"/>
          <w:sz w:val="22"/>
        </w:rPr>
        <w:t xml:space="preserve"> D.; </w:t>
      </w:r>
      <w:proofErr w:type="spellStart"/>
      <w:r w:rsidRPr="008A2D0B">
        <w:rPr>
          <w:rFonts w:ascii="Times New Roman" w:hAnsi="Times New Roman"/>
          <w:sz w:val="22"/>
        </w:rPr>
        <w:t>Rajagopal</w:t>
      </w:r>
      <w:proofErr w:type="spellEnd"/>
      <w:r w:rsidRPr="008A2D0B">
        <w:rPr>
          <w:rFonts w:ascii="Times New Roman" w:hAnsi="Times New Roman"/>
          <w:sz w:val="22"/>
        </w:rPr>
        <w:t xml:space="preserve"> K.. "Bursting and Spiking Oscillations in a Permanent Magnet Stepper Motor with Load Torque: Dynamical Probing, Microcontroller Execution and Control." Journal of Vibration Engineering and Technologies (2026). DOI: </w:t>
      </w:r>
      <w:hyperlink r:id="rId106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https://doi.org/10.1007/s42417-026-02327-9</w:t>
        </w:r>
      </w:hyperlink>
    </w:p>
    <w:p w14:paraId="6D66D0F1" w14:textId="106985C9" w:rsidR="008A2D0B" w:rsidRPr="008A2D0B" w:rsidRDefault="006F18B7" w:rsidP="0046309F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Geetha</w:t>
      </w:r>
      <w:proofErr w:type="spellEnd"/>
      <w:r w:rsidRPr="008A2D0B">
        <w:rPr>
          <w:rFonts w:ascii="Times New Roman" w:hAnsi="Times New Roman"/>
          <w:sz w:val="22"/>
        </w:rPr>
        <w:t xml:space="preserve"> T.S.; </w:t>
      </w:r>
      <w:proofErr w:type="spellStart"/>
      <w:r w:rsidRPr="008A2D0B">
        <w:rPr>
          <w:rFonts w:ascii="Times New Roman" w:hAnsi="Times New Roman"/>
          <w:sz w:val="22"/>
        </w:rPr>
        <w:t>Chellaswamy</w:t>
      </w:r>
      <w:proofErr w:type="spellEnd"/>
      <w:r w:rsidRPr="008A2D0B">
        <w:rPr>
          <w:rFonts w:ascii="Times New Roman" w:hAnsi="Times New Roman"/>
          <w:sz w:val="22"/>
        </w:rPr>
        <w:t xml:space="preserve"> C.C.; Kali Raja K.R.T.; </w:t>
      </w:r>
      <w:proofErr w:type="spellStart"/>
      <w:r w:rsidRPr="008A2D0B">
        <w:rPr>
          <w:rFonts w:ascii="Times New Roman" w:hAnsi="Times New Roman"/>
          <w:sz w:val="22"/>
        </w:rPr>
        <w:t>Gandhimathi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gramStart"/>
      <w:r w:rsidRPr="008A2D0B">
        <w:rPr>
          <w:rFonts w:ascii="Times New Roman" w:hAnsi="Times New Roman"/>
          <w:sz w:val="22"/>
        </w:rPr>
        <w:t>G.G..</w:t>
      </w:r>
      <w:proofErr w:type="gramEnd"/>
      <w:r w:rsidRPr="008A2D0B">
        <w:rPr>
          <w:rFonts w:ascii="Times New Roman" w:hAnsi="Times New Roman"/>
          <w:sz w:val="22"/>
        </w:rPr>
        <w:t xml:space="preserve"> "Actor-Critic Learning based Type-2 Fuzzy Controller for Non-Linear and Uncertainty Systems." International Journal of Uncertainty, Fuzziness and Knowledge-Based Systems (2026). DOI: </w:t>
      </w:r>
      <w:hyperlink r:id="rId107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https://doi.org/10.1142/S0218488526500091</w:t>
        </w:r>
      </w:hyperlink>
    </w:p>
    <w:p w14:paraId="0AB78DD7" w14:textId="0803664B" w:rsidR="008A2D0B" w:rsidRPr="008A2D0B" w:rsidRDefault="006F18B7" w:rsidP="002562D2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Arulkumar</w:t>
      </w:r>
      <w:proofErr w:type="spellEnd"/>
      <w:r w:rsidRPr="008A2D0B">
        <w:rPr>
          <w:rFonts w:ascii="Times New Roman" w:hAnsi="Times New Roman"/>
          <w:sz w:val="22"/>
        </w:rPr>
        <w:t xml:space="preserve"> E.; </w:t>
      </w:r>
      <w:proofErr w:type="spellStart"/>
      <w:r w:rsidRPr="008A2D0B">
        <w:rPr>
          <w:rFonts w:ascii="Times New Roman" w:hAnsi="Times New Roman"/>
          <w:sz w:val="22"/>
        </w:rPr>
        <w:t>Dhamodaran</w:t>
      </w:r>
      <w:proofErr w:type="spellEnd"/>
      <w:r w:rsidRPr="008A2D0B">
        <w:rPr>
          <w:rFonts w:ascii="Times New Roman" w:hAnsi="Times New Roman"/>
          <w:sz w:val="22"/>
        </w:rPr>
        <w:t xml:space="preserve"> G.; </w:t>
      </w:r>
      <w:proofErr w:type="spellStart"/>
      <w:r w:rsidRPr="008A2D0B">
        <w:rPr>
          <w:rFonts w:ascii="Times New Roman" w:hAnsi="Times New Roman"/>
          <w:sz w:val="22"/>
        </w:rPr>
        <w:t>Shanmugam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gramStart"/>
      <w:r w:rsidRPr="008A2D0B">
        <w:rPr>
          <w:rFonts w:ascii="Times New Roman" w:hAnsi="Times New Roman"/>
          <w:sz w:val="22"/>
        </w:rPr>
        <w:t>C.S..</w:t>
      </w:r>
      <w:proofErr w:type="gramEnd"/>
      <w:r w:rsidRPr="008A2D0B">
        <w:rPr>
          <w:rFonts w:ascii="Times New Roman" w:hAnsi="Times New Roman"/>
          <w:sz w:val="22"/>
        </w:rPr>
        <w:t xml:space="preserve"> "Effect of annealing temperature on the structural, optical, and </w:t>
      </w:r>
      <w:proofErr w:type="spellStart"/>
      <w:r w:rsidRPr="008A2D0B">
        <w:rPr>
          <w:rFonts w:ascii="Times New Roman" w:hAnsi="Times New Roman"/>
          <w:sz w:val="22"/>
        </w:rPr>
        <w:t>photodetection</w:t>
      </w:r>
      <w:proofErr w:type="spellEnd"/>
      <w:r w:rsidRPr="008A2D0B">
        <w:rPr>
          <w:rFonts w:ascii="Times New Roman" w:hAnsi="Times New Roman"/>
          <w:sz w:val="22"/>
        </w:rPr>
        <w:t xml:space="preserve"> properties of chemically synthesized Ag/</w:t>
      </w:r>
      <w:proofErr w:type="spellStart"/>
      <w:r w:rsidRPr="008A2D0B">
        <w:rPr>
          <w:rFonts w:ascii="Times New Roman" w:hAnsi="Times New Roman"/>
          <w:sz w:val="22"/>
        </w:rPr>
        <w:t>CuO</w:t>
      </w:r>
      <w:proofErr w:type="spellEnd"/>
      <w:r w:rsidRPr="008A2D0B">
        <w:rPr>
          <w:rFonts w:ascii="Times New Roman" w:hAnsi="Times New Roman"/>
          <w:sz w:val="22"/>
        </w:rPr>
        <w:t xml:space="preserve">/ITO thin films." Journal of the Korean Physical Society (2026). DOI: </w:t>
      </w:r>
      <w:hyperlink r:id="rId108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https://doi.org/10.1007/s40042-025-01489-1</w:t>
        </w:r>
      </w:hyperlink>
    </w:p>
    <w:p w14:paraId="205D75AC" w14:textId="06FC0DF6" w:rsidR="008A2D0B" w:rsidRPr="008A2D0B" w:rsidRDefault="006F18B7" w:rsidP="00E50491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Yesudhasan</w:t>
      </w:r>
      <w:proofErr w:type="spellEnd"/>
      <w:r w:rsidRPr="008A2D0B">
        <w:rPr>
          <w:rFonts w:ascii="Times New Roman" w:hAnsi="Times New Roman"/>
          <w:sz w:val="22"/>
        </w:rPr>
        <w:t xml:space="preserve"> B.; </w:t>
      </w:r>
      <w:proofErr w:type="spellStart"/>
      <w:r w:rsidRPr="008A2D0B">
        <w:rPr>
          <w:rFonts w:ascii="Times New Roman" w:hAnsi="Times New Roman"/>
          <w:sz w:val="22"/>
        </w:rPr>
        <w:t>Jhon</w:t>
      </w:r>
      <w:proofErr w:type="spellEnd"/>
      <w:r w:rsidRPr="008A2D0B">
        <w:rPr>
          <w:rFonts w:ascii="Times New Roman" w:hAnsi="Times New Roman"/>
          <w:sz w:val="22"/>
        </w:rPr>
        <w:t xml:space="preserve"> Francis A.M.; John Xavier Raj </w:t>
      </w:r>
      <w:proofErr w:type="gramStart"/>
      <w:r w:rsidRPr="008A2D0B">
        <w:rPr>
          <w:rFonts w:ascii="Times New Roman" w:hAnsi="Times New Roman"/>
          <w:sz w:val="22"/>
        </w:rPr>
        <w:t>J.R..</w:t>
      </w:r>
      <w:proofErr w:type="gramEnd"/>
      <w:r w:rsidRPr="008A2D0B">
        <w:rPr>
          <w:rFonts w:ascii="Times New Roman" w:hAnsi="Times New Roman"/>
          <w:sz w:val="22"/>
        </w:rPr>
        <w:t xml:space="preserve"> "</w:t>
      </w:r>
      <w:proofErr w:type="spellStart"/>
      <w:r w:rsidRPr="008A2D0B">
        <w:rPr>
          <w:rFonts w:ascii="Times New Roman" w:hAnsi="Times New Roman"/>
          <w:sz w:val="22"/>
        </w:rPr>
        <w:t>Tribological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spellStart"/>
      <w:r w:rsidRPr="008A2D0B">
        <w:rPr>
          <w:rFonts w:ascii="Times New Roman" w:hAnsi="Times New Roman"/>
          <w:sz w:val="22"/>
        </w:rPr>
        <w:t>behavior</w:t>
      </w:r>
      <w:proofErr w:type="spellEnd"/>
      <w:r w:rsidRPr="008A2D0B">
        <w:rPr>
          <w:rFonts w:ascii="Times New Roman" w:hAnsi="Times New Roman"/>
          <w:sz w:val="22"/>
        </w:rPr>
        <w:t xml:space="preserve"> and surface characteristics of severe surface plastic deformed as-cast and 3D-printed SS316L using LSP." Proceedings of the Institution of Mechanical Engineers, Part E: Journal of Process Mechanical Engineering (2026). DOI: </w:t>
      </w:r>
      <w:hyperlink r:id="rId109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https://doi.org/10.1177/09544089241282073</w:t>
        </w:r>
      </w:hyperlink>
    </w:p>
    <w:p w14:paraId="4C1EF6CB" w14:textId="3B5BD2A7" w:rsidR="008A2D0B" w:rsidRPr="008A2D0B" w:rsidRDefault="006F18B7" w:rsidP="00DE15A1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Karunanidhi</w:t>
      </w:r>
      <w:proofErr w:type="spellEnd"/>
      <w:r w:rsidRPr="008A2D0B">
        <w:rPr>
          <w:rFonts w:ascii="Times New Roman" w:hAnsi="Times New Roman"/>
          <w:sz w:val="22"/>
        </w:rPr>
        <w:t xml:space="preserve"> A.; </w:t>
      </w:r>
      <w:proofErr w:type="spellStart"/>
      <w:r w:rsidRPr="008A2D0B">
        <w:rPr>
          <w:rFonts w:ascii="Times New Roman" w:hAnsi="Times New Roman"/>
          <w:sz w:val="22"/>
        </w:rPr>
        <w:t>Ramasamy</w:t>
      </w:r>
      <w:proofErr w:type="spellEnd"/>
      <w:r w:rsidRPr="008A2D0B">
        <w:rPr>
          <w:rFonts w:ascii="Times New Roman" w:hAnsi="Times New Roman"/>
          <w:sz w:val="22"/>
        </w:rPr>
        <w:t xml:space="preserve"> M.; S D.V.; </w:t>
      </w:r>
      <w:proofErr w:type="spellStart"/>
      <w:r w:rsidRPr="008A2D0B">
        <w:rPr>
          <w:rFonts w:ascii="Times New Roman" w:hAnsi="Times New Roman"/>
          <w:sz w:val="22"/>
        </w:rPr>
        <w:t>Rajagopal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gramStart"/>
      <w:r w:rsidRPr="008A2D0B">
        <w:rPr>
          <w:rFonts w:ascii="Times New Roman" w:hAnsi="Times New Roman"/>
          <w:sz w:val="22"/>
        </w:rPr>
        <w:t>K..</w:t>
      </w:r>
      <w:proofErr w:type="gramEnd"/>
      <w:r w:rsidRPr="008A2D0B">
        <w:rPr>
          <w:rFonts w:ascii="Times New Roman" w:hAnsi="Times New Roman"/>
          <w:sz w:val="22"/>
        </w:rPr>
        <w:t xml:space="preserve"> "Influence of nonlinear damping on vibrational resonance and </w:t>
      </w:r>
      <w:proofErr w:type="spellStart"/>
      <w:r w:rsidRPr="008A2D0B">
        <w:rPr>
          <w:rFonts w:ascii="Times New Roman" w:hAnsi="Times New Roman"/>
          <w:sz w:val="22"/>
        </w:rPr>
        <w:t>multistability</w:t>
      </w:r>
      <w:proofErr w:type="spellEnd"/>
      <w:r w:rsidRPr="008A2D0B">
        <w:rPr>
          <w:rFonts w:ascii="Times New Roman" w:hAnsi="Times New Roman"/>
          <w:sz w:val="22"/>
        </w:rPr>
        <w:t xml:space="preserve"> in a </w:t>
      </w:r>
      <w:proofErr w:type="spellStart"/>
      <w:r w:rsidRPr="008A2D0B">
        <w:rPr>
          <w:rFonts w:ascii="Times New Roman" w:hAnsi="Times New Roman"/>
          <w:sz w:val="22"/>
        </w:rPr>
        <w:t>superlattice</w:t>
      </w:r>
      <w:proofErr w:type="spellEnd"/>
      <w:r w:rsidRPr="008A2D0B">
        <w:rPr>
          <w:rFonts w:ascii="Times New Roman" w:hAnsi="Times New Roman"/>
          <w:sz w:val="22"/>
        </w:rPr>
        <w:t xml:space="preserve"> potential." </w:t>
      </w:r>
      <w:proofErr w:type="spellStart"/>
      <w:r w:rsidRPr="008A2D0B">
        <w:rPr>
          <w:rFonts w:ascii="Times New Roman" w:hAnsi="Times New Roman"/>
          <w:sz w:val="22"/>
        </w:rPr>
        <w:t>Physica</w:t>
      </w:r>
      <w:proofErr w:type="spellEnd"/>
      <w:r w:rsidRPr="008A2D0B">
        <w:rPr>
          <w:rFonts w:ascii="Times New Roman" w:hAnsi="Times New Roman"/>
          <w:sz w:val="22"/>
        </w:rPr>
        <w:t xml:space="preserve"> D: Nonlinear Phenomena (2026). DOI: </w:t>
      </w:r>
      <w:hyperlink r:id="rId110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https://doi.org/10.1016/j.physd.2026.135259</w:t>
        </w:r>
      </w:hyperlink>
    </w:p>
    <w:p w14:paraId="1AF86C26" w14:textId="6DDBF9E2" w:rsidR="008A2D0B" w:rsidRPr="008A2D0B" w:rsidRDefault="006F18B7" w:rsidP="00787343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Sugumaran</w:t>
      </w:r>
      <w:proofErr w:type="spellEnd"/>
      <w:r w:rsidRPr="008A2D0B">
        <w:rPr>
          <w:rFonts w:ascii="Times New Roman" w:hAnsi="Times New Roman"/>
          <w:sz w:val="22"/>
        </w:rPr>
        <w:t xml:space="preserve"> S.S.; </w:t>
      </w:r>
      <w:proofErr w:type="spellStart"/>
      <w:r w:rsidRPr="008A2D0B">
        <w:rPr>
          <w:rFonts w:ascii="Times New Roman" w:hAnsi="Times New Roman"/>
          <w:sz w:val="22"/>
        </w:rPr>
        <w:t>Dhanapalan</w:t>
      </w:r>
      <w:proofErr w:type="spellEnd"/>
      <w:r w:rsidRPr="008A2D0B">
        <w:rPr>
          <w:rFonts w:ascii="Times New Roman" w:hAnsi="Times New Roman"/>
          <w:sz w:val="22"/>
        </w:rPr>
        <w:t xml:space="preserve"> P.A.; </w:t>
      </w:r>
      <w:proofErr w:type="spellStart"/>
      <w:r w:rsidRPr="008A2D0B">
        <w:rPr>
          <w:rFonts w:ascii="Times New Roman" w:hAnsi="Times New Roman"/>
          <w:sz w:val="22"/>
        </w:rPr>
        <w:t>Sarveshwaran</w:t>
      </w:r>
      <w:proofErr w:type="spellEnd"/>
      <w:r w:rsidRPr="008A2D0B">
        <w:rPr>
          <w:rFonts w:ascii="Times New Roman" w:hAnsi="Times New Roman"/>
          <w:sz w:val="22"/>
        </w:rPr>
        <w:t xml:space="preserve"> V.; </w:t>
      </w:r>
      <w:proofErr w:type="spellStart"/>
      <w:r w:rsidRPr="008A2D0B">
        <w:rPr>
          <w:rFonts w:ascii="Times New Roman" w:hAnsi="Times New Roman"/>
          <w:sz w:val="22"/>
        </w:rPr>
        <w:t>Sridevi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gramStart"/>
      <w:r w:rsidRPr="008A2D0B">
        <w:rPr>
          <w:rFonts w:ascii="Times New Roman" w:hAnsi="Times New Roman"/>
          <w:sz w:val="22"/>
        </w:rPr>
        <w:t>N..</w:t>
      </w:r>
      <w:proofErr w:type="gramEnd"/>
      <w:r w:rsidRPr="008A2D0B">
        <w:rPr>
          <w:rFonts w:ascii="Times New Roman" w:hAnsi="Times New Roman"/>
          <w:sz w:val="22"/>
        </w:rPr>
        <w:t xml:space="preserve"> "Squeeze Belief Network-Based Key Management and Data Deduplication for Secure Cloud Storage." Transactions on Emerging Telecommunications Technologies (2026). DOI: </w:t>
      </w:r>
      <w:hyperlink r:id="rId111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https://doi.org/10.1002/ett.70420</w:t>
        </w:r>
      </w:hyperlink>
    </w:p>
    <w:p w14:paraId="4D736699" w14:textId="2F21C840" w:rsidR="008A2D0B" w:rsidRPr="008A2D0B" w:rsidRDefault="006F18B7" w:rsidP="00764F48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Nithya</w:t>
      </w:r>
      <w:proofErr w:type="spellEnd"/>
      <w:r w:rsidRPr="008A2D0B">
        <w:rPr>
          <w:rFonts w:ascii="Times New Roman" w:hAnsi="Times New Roman"/>
          <w:sz w:val="22"/>
        </w:rPr>
        <w:t xml:space="preserve"> T.M.; </w:t>
      </w:r>
      <w:proofErr w:type="spellStart"/>
      <w:r w:rsidRPr="008A2D0B">
        <w:rPr>
          <w:rFonts w:ascii="Times New Roman" w:hAnsi="Times New Roman"/>
          <w:sz w:val="22"/>
        </w:rPr>
        <w:t>Shyamala</w:t>
      </w:r>
      <w:proofErr w:type="spellEnd"/>
      <w:r w:rsidRPr="008A2D0B">
        <w:rPr>
          <w:rFonts w:ascii="Times New Roman" w:hAnsi="Times New Roman"/>
          <w:sz w:val="22"/>
        </w:rPr>
        <w:t xml:space="preserve"> C.; </w:t>
      </w:r>
      <w:proofErr w:type="spellStart"/>
      <w:r w:rsidRPr="008A2D0B">
        <w:rPr>
          <w:rFonts w:ascii="Times New Roman" w:hAnsi="Times New Roman"/>
          <w:sz w:val="22"/>
        </w:rPr>
        <w:t>Pitchai</w:t>
      </w:r>
      <w:proofErr w:type="spellEnd"/>
      <w:r w:rsidRPr="008A2D0B">
        <w:rPr>
          <w:rFonts w:ascii="Times New Roman" w:hAnsi="Times New Roman"/>
          <w:sz w:val="22"/>
        </w:rPr>
        <w:t xml:space="preserve"> S.; </w:t>
      </w:r>
      <w:proofErr w:type="spellStart"/>
      <w:r w:rsidRPr="008A2D0B">
        <w:rPr>
          <w:rFonts w:ascii="Times New Roman" w:hAnsi="Times New Roman"/>
          <w:sz w:val="22"/>
        </w:rPr>
        <w:t>Saraswathi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gramStart"/>
      <w:r w:rsidRPr="008A2D0B">
        <w:rPr>
          <w:rFonts w:ascii="Times New Roman" w:hAnsi="Times New Roman"/>
          <w:sz w:val="22"/>
        </w:rPr>
        <w:t>S..</w:t>
      </w:r>
      <w:proofErr w:type="gramEnd"/>
      <w:r w:rsidRPr="008A2D0B">
        <w:rPr>
          <w:rFonts w:ascii="Times New Roman" w:hAnsi="Times New Roman"/>
          <w:sz w:val="22"/>
        </w:rPr>
        <w:t xml:space="preserve"> "Enhancing the Weight Parameters of the DCGAN Model of Best Route Identification." International Journal of Communication Systems (2026). DOI: </w:t>
      </w:r>
      <w:hyperlink r:id="rId112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https://doi.org/10.1002/dac.70453</w:t>
        </w:r>
      </w:hyperlink>
    </w:p>
    <w:p w14:paraId="0199AD7B" w14:textId="77777777" w:rsidR="008A2D0B" w:rsidRPr="008A2D0B" w:rsidRDefault="006F18B7" w:rsidP="008A2D0B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Chandar</w:t>
      </w:r>
      <w:proofErr w:type="spellEnd"/>
      <w:r w:rsidRPr="008A2D0B">
        <w:rPr>
          <w:rFonts w:ascii="Times New Roman" w:hAnsi="Times New Roman"/>
          <w:sz w:val="22"/>
        </w:rPr>
        <w:t xml:space="preserve"> J.B.; </w:t>
      </w:r>
      <w:proofErr w:type="spellStart"/>
      <w:r w:rsidRPr="008A2D0B">
        <w:rPr>
          <w:rFonts w:ascii="Times New Roman" w:hAnsi="Times New Roman"/>
          <w:sz w:val="22"/>
        </w:rPr>
        <w:t>Rathinasuriyan</w:t>
      </w:r>
      <w:proofErr w:type="spellEnd"/>
      <w:r w:rsidRPr="008A2D0B">
        <w:rPr>
          <w:rFonts w:ascii="Times New Roman" w:hAnsi="Times New Roman"/>
          <w:sz w:val="22"/>
        </w:rPr>
        <w:t xml:space="preserve"> C.; Lenin N.; </w:t>
      </w:r>
      <w:proofErr w:type="spellStart"/>
      <w:r w:rsidRPr="008A2D0B">
        <w:rPr>
          <w:rFonts w:ascii="Times New Roman" w:hAnsi="Times New Roman"/>
          <w:sz w:val="22"/>
        </w:rPr>
        <w:t>Sivakumar</w:t>
      </w:r>
      <w:proofErr w:type="spellEnd"/>
      <w:r w:rsidRPr="008A2D0B">
        <w:rPr>
          <w:rFonts w:ascii="Times New Roman" w:hAnsi="Times New Roman"/>
          <w:sz w:val="22"/>
        </w:rPr>
        <w:t xml:space="preserve"> M.; </w:t>
      </w:r>
      <w:proofErr w:type="spellStart"/>
      <w:r w:rsidRPr="008A2D0B">
        <w:rPr>
          <w:rFonts w:ascii="Times New Roman" w:hAnsi="Times New Roman"/>
          <w:sz w:val="22"/>
        </w:rPr>
        <w:t>Čep</w:t>
      </w:r>
      <w:proofErr w:type="spellEnd"/>
      <w:r w:rsidRPr="008A2D0B">
        <w:rPr>
          <w:rFonts w:ascii="Times New Roman" w:hAnsi="Times New Roman"/>
          <w:sz w:val="22"/>
        </w:rPr>
        <w:t xml:space="preserve"> R.; </w:t>
      </w:r>
      <w:proofErr w:type="spellStart"/>
      <w:r w:rsidRPr="008A2D0B">
        <w:rPr>
          <w:rFonts w:ascii="Times New Roman" w:hAnsi="Times New Roman"/>
          <w:sz w:val="22"/>
        </w:rPr>
        <w:t>Salunkhe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gramStart"/>
      <w:r w:rsidRPr="008A2D0B">
        <w:rPr>
          <w:rFonts w:ascii="Times New Roman" w:hAnsi="Times New Roman"/>
          <w:sz w:val="22"/>
        </w:rPr>
        <w:t>S..</w:t>
      </w:r>
      <w:proofErr w:type="gramEnd"/>
      <w:r w:rsidRPr="008A2D0B">
        <w:rPr>
          <w:rFonts w:ascii="Times New Roman" w:hAnsi="Times New Roman"/>
          <w:sz w:val="22"/>
        </w:rPr>
        <w:t xml:space="preserve"> "Machine learning–assisted evolutionary optimization of </w:t>
      </w:r>
      <w:proofErr w:type="gramStart"/>
      <w:r w:rsidRPr="008A2D0B">
        <w:rPr>
          <w:rFonts w:ascii="Times New Roman" w:hAnsi="Times New Roman"/>
          <w:sz w:val="22"/>
        </w:rPr>
        <w:t>hole</w:t>
      </w:r>
      <w:proofErr w:type="gramEnd"/>
      <w:r w:rsidRPr="008A2D0B">
        <w:rPr>
          <w:rFonts w:ascii="Times New Roman" w:hAnsi="Times New Roman"/>
          <w:sz w:val="22"/>
        </w:rPr>
        <w:t xml:space="preserve"> quality and surface integrity in abrasive </w:t>
      </w:r>
      <w:proofErr w:type="spellStart"/>
      <w:r w:rsidRPr="008A2D0B">
        <w:rPr>
          <w:rFonts w:ascii="Times New Roman" w:hAnsi="Times New Roman"/>
          <w:sz w:val="22"/>
        </w:rPr>
        <w:t>waterjet</w:t>
      </w:r>
      <w:proofErr w:type="spellEnd"/>
      <w:r w:rsidRPr="008A2D0B">
        <w:rPr>
          <w:rFonts w:ascii="Times New Roman" w:hAnsi="Times New Roman"/>
          <w:sz w:val="22"/>
        </w:rPr>
        <w:t xml:space="preserve"> drilling of polycarbonate." Scientific Reports (2026). DOI: </w:t>
      </w:r>
      <w:hyperlink r:id="rId113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https://doi.org/10.1038/s41598-026-42482-3</w:t>
        </w:r>
      </w:hyperlink>
    </w:p>
    <w:p w14:paraId="3EF51F4B" w14:textId="77777777" w:rsidR="008A2D0B" w:rsidRPr="008A2D0B" w:rsidRDefault="006F18B7" w:rsidP="00587497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Palaniammal</w:t>
      </w:r>
      <w:proofErr w:type="spellEnd"/>
      <w:r w:rsidRPr="008A2D0B">
        <w:rPr>
          <w:rFonts w:ascii="Times New Roman" w:hAnsi="Times New Roman"/>
          <w:sz w:val="22"/>
        </w:rPr>
        <w:t xml:space="preserve"> S.; </w:t>
      </w:r>
      <w:proofErr w:type="spellStart"/>
      <w:r w:rsidRPr="008A2D0B">
        <w:rPr>
          <w:rFonts w:ascii="Times New Roman" w:hAnsi="Times New Roman"/>
          <w:sz w:val="22"/>
        </w:rPr>
        <w:t>Jayapradha</w:t>
      </w:r>
      <w:proofErr w:type="spellEnd"/>
      <w:r w:rsidRPr="008A2D0B">
        <w:rPr>
          <w:rFonts w:ascii="Times New Roman" w:hAnsi="Times New Roman"/>
          <w:sz w:val="22"/>
        </w:rPr>
        <w:t xml:space="preserve"> A.; Ramesh </w:t>
      </w:r>
      <w:proofErr w:type="gramStart"/>
      <w:r w:rsidRPr="008A2D0B">
        <w:rPr>
          <w:rFonts w:ascii="Times New Roman" w:hAnsi="Times New Roman"/>
          <w:sz w:val="22"/>
        </w:rPr>
        <w:t>R..</w:t>
      </w:r>
      <w:proofErr w:type="gramEnd"/>
      <w:r w:rsidRPr="008A2D0B">
        <w:rPr>
          <w:rFonts w:ascii="Times New Roman" w:hAnsi="Times New Roman"/>
          <w:sz w:val="22"/>
        </w:rPr>
        <w:t xml:space="preserve"> "Nonlocal effects in fuzzy dynamic systems related to existence and uniqueness of second-order neutral impulsive models."</w:t>
      </w:r>
      <w:r w:rsidR="008A2D0B" w:rsidRPr="008A2D0B">
        <w:rPr>
          <w:rFonts w:ascii="Times New Roman" w:hAnsi="Times New Roman"/>
          <w:sz w:val="22"/>
        </w:rPr>
        <w:t xml:space="preserve"> Nonlinear Studies (2026). </w:t>
      </w:r>
      <w:hyperlink r:id="rId114" w:history="1">
        <w:r w:rsidR="008A2D0B" w:rsidRPr="008A2D0B">
          <w:rPr>
            <w:rFonts w:ascii="Calibri" w:eastAsia="Times New Roman" w:hAnsi="Calibri" w:cs="Calibri"/>
            <w:color w:val="000000"/>
            <w:kern w:val="0"/>
            <w:sz w:val="22"/>
            <w:szCs w:val="22"/>
            <w:u w:val="single"/>
            <w:lang w:eastAsia="en-IN"/>
            <w14:ligatures w14:val="none"/>
          </w:rPr>
          <w:t>https://www.scopus.com/pages/publications/105033048082?origin=resultslist</w:t>
        </w:r>
      </w:hyperlink>
    </w:p>
    <w:p w14:paraId="68C298BE" w14:textId="2DA1A180" w:rsidR="008A2D0B" w:rsidRPr="008A2D0B" w:rsidRDefault="006F18B7" w:rsidP="006F18B7">
      <w:pPr>
        <w:pStyle w:val="ListParagraph"/>
        <w:numPr>
          <w:ilvl w:val="0"/>
          <w:numId w:val="15"/>
        </w:numPr>
        <w:jc w:val="both"/>
      </w:pPr>
      <w:r w:rsidRPr="008A2D0B">
        <w:rPr>
          <w:rFonts w:ascii="Times New Roman" w:hAnsi="Times New Roman"/>
          <w:sz w:val="22"/>
        </w:rPr>
        <w:t xml:space="preserve">Prakash C.; </w:t>
      </w:r>
      <w:proofErr w:type="spellStart"/>
      <w:r w:rsidRPr="008A2D0B">
        <w:rPr>
          <w:rFonts w:ascii="Times New Roman" w:hAnsi="Times New Roman"/>
          <w:sz w:val="22"/>
        </w:rPr>
        <w:t>Selva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spellStart"/>
      <w:r w:rsidRPr="008A2D0B">
        <w:rPr>
          <w:rFonts w:ascii="Times New Roman" w:hAnsi="Times New Roman"/>
          <w:sz w:val="22"/>
        </w:rPr>
        <w:t>kumar</w:t>
      </w:r>
      <w:proofErr w:type="spellEnd"/>
      <w:r w:rsidRPr="008A2D0B">
        <w:rPr>
          <w:rFonts w:ascii="Times New Roman" w:hAnsi="Times New Roman"/>
          <w:sz w:val="22"/>
        </w:rPr>
        <w:t xml:space="preserve"> S.; </w:t>
      </w:r>
      <w:proofErr w:type="spellStart"/>
      <w:r w:rsidRPr="008A2D0B">
        <w:rPr>
          <w:rFonts w:ascii="Times New Roman" w:hAnsi="Times New Roman"/>
          <w:sz w:val="22"/>
        </w:rPr>
        <w:t>Manikandan</w:t>
      </w:r>
      <w:proofErr w:type="spellEnd"/>
      <w:r w:rsidRPr="008A2D0B">
        <w:rPr>
          <w:rFonts w:ascii="Times New Roman" w:hAnsi="Times New Roman"/>
          <w:sz w:val="22"/>
        </w:rPr>
        <w:t xml:space="preserve"> D.; </w:t>
      </w:r>
      <w:proofErr w:type="spellStart"/>
      <w:r w:rsidRPr="008A2D0B">
        <w:rPr>
          <w:rFonts w:ascii="Times New Roman" w:hAnsi="Times New Roman"/>
          <w:sz w:val="22"/>
        </w:rPr>
        <w:t>Ramaswamy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gramStart"/>
      <w:r w:rsidRPr="008A2D0B">
        <w:rPr>
          <w:rFonts w:ascii="Times New Roman" w:hAnsi="Times New Roman"/>
          <w:sz w:val="22"/>
        </w:rPr>
        <w:t>K..</w:t>
      </w:r>
      <w:proofErr w:type="gramEnd"/>
      <w:r w:rsidRPr="008A2D0B">
        <w:rPr>
          <w:rFonts w:ascii="Times New Roman" w:hAnsi="Times New Roman"/>
          <w:sz w:val="22"/>
        </w:rPr>
        <w:t xml:space="preserve"> "Investigation of micro turning process parameters for titanium alloy using response surface methodology." Discover Materials (2026). DOI: </w:t>
      </w:r>
      <w:hyperlink r:id="rId115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https://doi.org/10.1007/s43939-025-00475-5</w:t>
        </w:r>
      </w:hyperlink>
    </w:p>
    <w:p w14:paraId="5384A801" w14:textId="505C3E7F" w:rsidR="008A2D0B" w:rsidRPr="008A2D0B" w:rsidRDefault="006F18B7" w:rsidP="006F18B7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Nandagopal</w:t>
      </w:r>
      <w:proofErr w:type="spellEnd"/>
      <w:r w:rsidRPr="008A2D0B">
        <w:rPr>
          <w:rFonts w:ascii="Times New Roman" w:hAnsi="Times New Roman"/>
          <w:sz w:val="22"/>
        </w:rPr>
        <w:t xml:space="preserve"> V.; </w:t>
      </w:r>
      <w:proofErr w:type="spellStart"/>
      <w:r w:rsidRPr="008A2D0B">
        <w:rPr>
          <w:rFonts w:ascii="Times New Roman" w:hAnsi="Times New Roman"/>
          <w:sz w:val="22"/>
        </w:rPr>
        <w:t>Bhaskar</w:t>
      </w:r>
      <w:proofErr w:type="spellEnd"/>
      <w:r w:rsidRPr="008A2D0B">
        <w:rPr>
          <w:rFonts w:ascii="Times New Roman" w:hAnsi="Times New Roman"/>
          <w:sz w:val="22"/>
        </w:rPr>
        <w:t xml:space="preserve"> K.B.; </w:t>
      </w:r>
      <w:proofErr w:type="spellStart"/>
      <w:r w:rsidRPr="008A2D0B">
        <w:rPr>
          <w:rFonts w:ascii="Times New Roman" w:hAnsi="Times New Roman"/>
          <w:sz w:val="22"/>
        </w:rPr>
        <w:t>Periakaruppan</w:t>
      </w:r>
      <w:proofErr w:type="spellEnd"/>
      <w:r w:rsidRPr="008A2D0B">
        <w:rPr>
          <w:rFonts w:ascii="Times New Roman" w:hAnsi="Times New Roman"/>
          <w:sz w:val="22"/>
        </w:rPr>
        <w:t xml:space="preserve"> S.; Raj V.A.C.; Wong W.K.; Ng </w:t>
      </w:r>
      <w:proofErr w:type="gramStart"/>
      <w:r w:rsidRPr="008A2D0B">
        <w:rPr>
          <w:rFonts w:ascii="Times New Roman" w:hAnsi="Times New Roman"/>
          <w:sz w:val="22"/>
        </w:rPr>
        <w:t>P.K..</w:t>
      </w:r>
      <w:proofErr w:type="gramEnd"/>
      <w:r w:rsidRPr="008A2D0B">
        <w:rPr>
          <w:rFonts w:ascii="Times New Roman" w:hAnsi="Times New Roman"/>
          <w:sz w:val="22"/>
        </w:rPr>
        <w:t xml:space="preserve"> "A hierarchical fusion framework for vehicle to grid energy management using predictive intelligence and learning based pricing." Scientific Reports (2026). DOI: </w:t>
      </w:r>
      <w:hyperlink r:id="rId116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https://doi.org/10.1038/s41598-026-37243-1</w:t>
        </w:r>
      </w:hyperlink>
    </w:p>
    <w:p w14:paraId="35B5295A" w14:textId="52A2EFD2" w:rsidR="008A2D0B" w:rsidRPr="008A2D0B" w:rsidRDefault="006F18B7" w:rsidP="003147FB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Tharun</w:t>
      </w:r>
      <w:proofErr w:type="spellEnd"/>
      <w:r w:rsidRPr="008A2D0B">
        <w:rPr>
          <w:rFonts w:ascii="Times New Roman" w:hAnsi="Times New Roman"/>
          <w:sz w:val="22"/>
        </w:rPr>
        <w:t xml:space="preserve"> P.V.; </w:t>
      </w:r>
      <w:proofErr w:type="spellStart"/>
      <w:r w:rsidRPr="008A2D0B">
        <w:rPr>
          <w:rFonts w:ascii="Times New Roman" w:hAnsi="Times New Roman"/>
          <w:sz w:val="22"/>
        </w:rPr>
        <w:t>Saha</w:t>
      </w:r>
      <w:proofErr w:type="spellEnd"/>
      <w:r w:rsidRPr="008A2D0B">
        <w:rPr>
          <w:rFonts w:ascii="Times New Roman" w:hAnsi="Times New Roman"/>
          <w:sz w:val="22"/>
        </w:rPr>
        <w:t xml:space="preserve"> S.; </w:t>
      </w:r>
      <w:proofErr w:type="spellStart"/>
      <w:r w:rsidRPr="008A2D0B">
        <w:rPr>
          <w:rFonts w:ascii="Times New Roman" w:hAnsi="Times New Roman"/>
          <w:sz w:val="22"/>
        </w:rPr>
        <w:t>Nitesh</w:t>
      </w:r>
      <w:proofErr w:type="spellEnd"/>
      <w:r w:rsidRPr="008A2D0B">
        <w:rPr>
          <w:rFonts w:ascii="Times New Roman" w:hAnsi="Times New Roman"/>
          <w:sz w:val="22"/>
        </w:rPr>
        <w:t xml:space="preserve"> P.; </w:t>
      </w:r>
      <w:proofErr w:type="spellStart"/>
      <w:r w:rsidRPr="008A2D0B">
        <w:rPr>
          <w:rFonts w:ascii="Times New Roman" w:hAnsi="Times New Roman"/>
          <w:sz w:val="22"/>
        </w:rPr>
        <w:t>Sengottaiyan</w:t>
      </w:r>
      <w:proofErr w:type="spellEnd"/>
      <w:r w:rsidRPr="008A2D0B">
        <w:rPr>
          <w:rFonts w:ascii="Times New Roman" w:hAnsi="Times New Roman"/>
          <w:sz w:val="22"/>
        </w:rPr>
        <w:t xml:space="preserve"> C.; </w:t>
      </w:r>
      <w:proofErr w:type="spellStart"/>
      <w:r w:rsidRPr="008A2D0B">
        <w:rPr>
          <w:rFonts w:ascii="Times New Roman" w:hAnsi="Times New Roman"/>
          <w:sz w:val="22"/>
        </w:rPr>
        <w:t>Neppolian</w:t>
      </w:r>
      <w:proofErr w:type="spellEnd"/>
      <w:r w:rsidRPr="008A2D0B">
        <w:rPr>
          <w:rFonts w:ascii="Times New Roman" w:hAnsi="Times New Roman"/>
          <w:sz w:val="22"/>
        </w:rPr>
        <w:t xml:space="preserve"> B.; </w:t>
      </w:r>
      <w:proofErr w:type="spellStart"/>
      <w:r w:rsidRPr="008A2D0B">
        <w:rPr>
          <w:rFonts w:ascii="Times New Roman" w:hAnsi="Times New Roman"/>
          <w:sz w:val="22"/>
        </w:rPr>
        <w:t>Seetharaman</w:t>
      </w:r>
      <w:proofErr w:type="spellEnd"/>
      <w:r w:rsidRPr="008A2D0B">
        <w:rPr>
          <w:rFonts w:ascii="Times New Roman" w:hAnsi="Times New Roman"/>
          <w:sz w:val="22"/>
        </w:rPr>
        <w:t xml:space="preserve"> A.; </w:t>
      </w:r>
      <w:proofErr w:type="spellStart"/>
      <w:r w:rsidRPr="008A2D0B">
        <w:rPr>
          <w:rFonts w:ascii="Times New Roman" w:hAnsi="Times New Roman"/>
          <w:sz w:val="22"/>
        </w:rPr>
        <w:t>Thirumurugan</w:t>
      </w:r>
      <w:proofErr w:type="spellEnd"/>
      <w:r w:rsidRPr="008A2D0B">
        <w:rPr>
          <w:rFonts w:ascii="Times New Roman" w:hAnsi="Times New Roman"/>
          <w:sz w:val="22"/>
        </w:rPr>
        <w:t xml:space="preserve"> A.; </w:t>
      </w:r>
      <w:proofErr w:type="spellStart"/>
      <w:r w:rsidRPr="008A2D0B">
        <w:rPr>
          <w:rFonts w:ascii="Times New Roman" w:hAnsi="Times New Roman"/>
          <w:sz w:val="22"/>
        </w:rPr>
        <w:t>Kandasamy</w:t>
      </w:r>
      <w:proofErr w:type="spellEnd"/>
      <w:r w:rsidRPr="008A2D0B">
        <w:rPr>
          <w:rFonts w:ascii="Times New Roman" w:hAnsi="Times New Roman"/>
          <w:sz w:val="22"/>
        </w:rPr>
        <w:t xml:space="preserve"> M.; </w:t>
      </w:r>
      <w:proofErr w:type="spellStart"/>
      <w:r w:rsidRPr="008A2D0B">
        <w:rPr>
          <w:rFonts w:ascii="Times New Roman" w:hAnsi="Times New Roman"/>
          <w:sz w:val="22"/>
        </w:rPr>
        <w:t>Kavinkumar</w:t>
      </w:r>
      <w:proofErr w:type="spellEnd"/>
      <w:r w:rsidRPr="008A2D0B">
        <w:rPr>
          <w:rFonts w:ascii="Times New Roman" w:hAnsi="Times New Roman"/>
          <w:sz w:val="22"/>
        </w:rPr>
        <w:t xml:space="preserve"> T.. "Enhancing interfacial charge density of </w:t>
      </w:r>
      <w:r w:rsidRPr="008A2D0B">
        <w:rPr>
          <w:rFonts w:ascii="Times New Roman" w:hAnsi="Times New Roman"/>
          <w:sz w:val="22"/>
        </w:rPr>
        <w:lastRenderedPageBreak/>
        <w:t xml:space="preserve">CuCo2O4 by coupling Mo2TiC2Tx </w:t>
      </w:r>
      <w:proofErr w:type="spellStart"/>
      <w:r w:rsidRPr="008A2D0B">
        <w:rPr>
          <w:rFonts w:ascii="Times New Roman" w:hAnsi="Times New Roman"/>
          <w:sz w:val="22"/>
        </w:rPr>
        <w:t>MXene</w:t>
      </w:r>
      <w:proofErr w:type="spellEnd"/>
      <w:r w:rsidRPr="008A2D0B">
        <w:rPr>
          <w:rFonts w:ascii="Times New Roman" w:hAnsi="Times New Roman"/>
          <w:sz w:val="22"/>
        </w:rPr>
        <w:t xml:space="preserve"> for high-performance hybrid </w:t>
      </w:r>
      <w:proofErr w:type="spellStart"/>
      <w:r w:rsidRPr="008A2D0B">
        <w:rPr>
          <w:rFonts w:ascii="Times New Roman" w:hAnsi="Times New Roman"/>
          <w:sz w:val="22"/>
        </w:rPr>
        <w:t>supercapacitors</w:t>
      </w:r>
      <w:proofErr w:type="spellEnd"/>
      <w:r w:rsidRPr="008A2D0B">
        <w:rPr>
          <w:rFonts w:ascii="Times New Roman" w:hAnsi="Times New Roman"/>
          <w:sz w:val="22"/>
        </w:rPr>
        <w:t xml:space="preserve">." Journal of Energy Storage (2026). DOI: </w:t>
      </w:r>
      <w:hyperlink r:id="rId117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https://doi.org/10.1016/j.est.2025.119569</w:t>
        </w:r>
      </w:hyperlink>
    </w:p>
    <w:p w14:paraId="75B27404" w14:textId="3B295D34" w:rsidR="008A2D0B" w:rsidRPr="008A2D0B" w:rsidRDefault="006F18B7" w:rsidP="00B332C8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Murugesan</w:t>
      </w:r>
      <w:proofErr w:type="spellEnd"/>
      <w:r w:rsidRPr="008A2D0B">
        <w:rPr>
          <w:rFonts w:ascii="Times New Roman" w:hAnsi="Times New Roman"/>
          <w:sz w:val="22"/>
        </w:rPr>
        <w:t xml:space="preserve"> M.; </w:t>
      </w:r>
      <w:proofErr w:type="spellStart"/>
      <w:r w:rsidRPr="008A2D0B">
        <w:rPr>
          <w:rFonts w:ascii="Times New Roman" w:hAnsi="Times New Roman"/>
          <w:sz w:val="22"/>
        </w:rPr>
        <w:t>Shanmugam</w:t>
      </w:r>
      <w:proofErr w:type="spellEnd"/>
      <w:r w:rsidRPr="008A2D0B">
        <w:rPr>
          <w:rFonts w:ascii="Times New Roman" w:hAnsi="Times New Roman"/>
          <w:sz w:val="22"/>
        </w:rPr>
        <w:t xml:space="preserve"> S.; </w:t>
      </w:r>
      <w:proofErr w:type="spellStart"/>
      <w:r w:rsidRPr="008A2D0B">
        <w:rPr>
          <w:rFonts w:ascii="Times New Roman" w:hAnsi="Times New Roman"/>
          <w:sz w:val="22"/>
        </w:rPr>
        <w:t>Elango</w:t>
      </w:r>
      <w:proofErr w:type="spellEnd"/>
      <w:r w:rsidRPr="008A2D0B">
        <w:rPr>
          <w:rFonts w:ascii="Times New Roman" w:hAnsi="Times New Roman"/>
          <w:sz w:val="22"/>
        </w:rPr>
        <w:t xml:space="preserve"> S.; </w:t>
      </w:r>
      <w:proofErr w:type="spellStart"/>
      <w:r w:rsidRPr="008A2D0B">
        <w:rPr>
          <w:rFonts w:ascii="Times New Roman" w:hAnsi="Times New Roman"/>
          <w:sz w:val="22"/>
        </w:rPr>
        <w:t>Rhaima</w:t>
      </w:r>
      <w:proofErr w:type="spellEnd"/>
      <w:r w:rsidRPr="008A2D0B">
        <w:rPr>
          <w:rFonts w:ascii="Times New Roman" w:hAnsi="Times New Roman"/>
          <w:sz w:val="22"/>
        </w:rPr>
        <w:t xml:space="preserve"> M.; </w:t>
      </w:r>
      <w:proofErr w:type="spellStart"/>
      <w:r w:rsidRPr="008A2D0B">
        <w:rPr>
          <w:rFonts w:ascii="Times New Roman" w:hAnsi="Times New Roman"/>
          <w:sz w:val="22"/>
        </w:rPr>
        <w:t>Krishnasamy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gramStart"/>
      <w:r w:rsidRPr="008A2D0B">
        <w:rPr>
          <w:rFonts w:ascii="Times New Roman" w:hAnsi="Times New Roman"/>
          <w:sz w:val="22"/>
        </w:rPr>
        <w:t>E..</w:t>
      </w:r>
      <w:proofErr w:type="gramEnd"/>
      <w:r w:rsidRPr="008A2D0B">
        <w:rPr>
          <w:rFonts w:ascii="Times New Roman" w:hAnsi="Times New Roman"/>
          <w:sz w:val="22"/>
        </w:rPr>
        <w:t xml:space="preserve"> "On Sequential Coupled Caputo-Type Fractional Differential Inclusions with Coupled Boundary Conditions: A Multivalued Fixed-Point Approach." Mathematics (2026). DOI: </w:t>
      </w:r>
      <w:hyperlink r:id="rId118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https://doi.org/10.3390/math14071193</w:t>
        </w:r>
      </w:hyperlink>
    </w:p>
    <w:p w14:paraId="5DE5FF97" w14:textId="17D13F1D" w:rsidR="008A2D0B" w:rsidRPr="008A2D0B" w:rsidRDefault="006F18B7" w:rsidP="0042052D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Komofor</w:t>
      </w:r>
      <w:proofErr w:type="spellEnd"/>
      <w:r w:rsidRPr="008A2D0B">
        <w:rPr>
          <w:rFonts w:ascii="Times New Roman" w:hAnsi="Times New Roman"/>
          <w:sz w:val="22"/>
        </w:rPr>
        <w:t xml:space="preserve"> Finalise N.; </w:t>
      </w:r>
      <w:proofErr w:type="spellStart"/>
      <w:r w:rsidRPr="008A2D0B">
        <w:rPr>
          <w:rFonts w:ascii="Times New Roman" w:hAnsi="Times New Roman"/>
          <w:sz w:val="22"/>
        </w:rPr>
        <w:t>Muthukumar</w:t>
      </w:r>
      <w:proofErr w:type="spellEnd"/>
      <w:r w:rsidRPr="008A2D0B">
        <w:rPr>
          <w:rFonts w:ascii="Times New Roman" w:hAnsi="Times New Roman"/>
          <w:sz w:val="22"/>
        </w:rPr>
        <w:t xml:space="preserve"> D.; </w:t>
      </w:r>
      <w:proofErr w:type="spellStart"/>
      <w:r w:rsidRPr="008A2D0B">
        <w:rPr>
          <w:rFonts w:ascii="Times New Roman" w:hAnsi="Times New Roman"/>
          <w:sz w:val="22"/>
        </w:rPr>
        <w:t>Dongmo</w:t>
      </w:r>
      <w:proofErr w:type="spellEnd"/>
      <w:r w:rsidRPr="008A2D0B">
        <w:rPr>
          <w:rFonts w:ascii="Times New Roman" w:hAnsi="Times New Roman"/>
          <w:sz w:val="22"/>
        </w:rPr>
        <w:t xml:space="preserve"> E.D.; </w:t>
      </w:r>
      <w:proofErr w:type="spellStart"/>
      <w:r w:rsidRPr="008A2D0B">
        <w:rPr>
          <w:rFonts w:ascii="Times New Roman" w:hAnsi="Times New Roman"/>
          <w:sz w:val="22"/>
        </w:rPr>
        <w:t>Kuiate</w:t>
      </w:r>
      <w:proofErr w:type="spellEnd"/>
      <w:r w:rsidRPr="008A2D0B">
        <w:rPr>
          <w:rFonts w:ascii="Times New Roman" w:hAnsi="Times New Roman"/>
          <w:sz w:val="22"/>
        </w:rPr>
        <w:t xml:space="preserve"> G.F.; </w:t>
      </w:r>
      <w:proofErr w:type="spellStart"/>
      <w:r w:rsidRPr="008A2D0B">
        <w:rPr>
          <w:rFonts w:ascii="Times New Roman" w:hAnsi="Times New Roman"/>
          <w:sz w:val="22"/>
        </w:rPr>
        <w:t>Kingni</w:t>
      </w:r>
      <w:proofErr w:type="spellEnd"/>
      <w:r w:rsidRPr="008A2D0B">
        <w:rPr>
          <w:rFonts w:ascii="Times New Roman" w:hAnsi="Times New Roman"/>
          <w:sz w:val="22"/>
        </w:rPr>
        <w:t xml:space="preserve"> S.T.; </w:t>
      </w:r>
      <w:proofErr w:type="spellStart"/>
      <w:r w:rsidRPr="008A2D0B">
        <w:rPr>
          <w:rFonts w:ascii="Times New Roman" w:hAnsi="Times New Roman"/>
          <w:sz w:val="22"/>
        </w:rPr>
        <w:t>Rajagopal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gramStart"/>
      <w:r w:rsidRPr="008A2D0B">
        <w:rPr>
          <w:rFonts w:ascii="Times New Roman" w:hAnsi="Times New Roman"/>
          <w:sz w:val="22"/>
        </w:rPr>
        <w:t>K..</w:t>
      </w:r>
      <w:proofErr w:type="gramEnd"/>
      <w:r w:rsidRPr="008A2D0B">
        <w:rPr>
          <w:rFonts w:ascii="Times New Roman" w:hAnsi="Times New Roman"/>
          <w:sz w:val="22"/>
        </w:rPr>
        <w:t xml:space="preserve"> "Dynamical Probing and Microcontroller Implementation of a Josephson Junction Circuit With 2π− and 4π−Periodic </w:t>
      </w:r>
      <w:proofErr w:type="spellStart"/>
      <w:r w:rsidRPr="008A2D0B">
        <w:rPr>
          <w:rFonts w:ascii="Times New Roman" w:hAnsi="Times New Roman"/>
          <w:sz w:val="22"/>
        </w:rPr>
        <w:t>Supercurrent</w:t>
      </w:r>
      <w:proofErr w:type="spellEnd"/>
      <w:r w:rsidRPr="008A2D0B">
        <w:rPr>
          <w:rFonts w:ascii="Times New Roman" w:hAnsi="Times New Roman"/>
          <w:sz w:val="22"/>
        </w:rPr>
        <w:t xml:space="preserve"> Components." Journal of Computational and Nonlinear Dynamics (2026). DOI: </w:t>
      </w:r>
      <w:hyperlink r:id="rId119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https://doi.org/10.1115/1.4070832</w:t>
        </w:r>
      </w:hyperlink>
    </w:p>
    <w:p w14:paraId="18AA4A48" w14:textId="6FADAAB5" w:rsidR="008A2D0B" w:rsidRPr="008A2D0B" w:rsidRDefault="006F18B7" w:rsidP="005116ED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Vijayan</w:t>
      </w:r>
      <w:proofErr w:type="spellEnd"/>
      <w:r w:rsidRPr="008A2D0B">
        <w:rPr>
          <w:rFonts w:ascii="Times New Roman" w:hAnsi="Times New Roman"/>
          <w:sz w:val="22"/>
        </w:rPr>
        <w:t xml:space="preserve"> V.; </w:t>
      </w:r>
      <w:proofErr w:type="spellStart"/>
      <w:r w:rsidRPr="008A2D0B">
        <w:rPr>
          <w:rFonts w:ascii="Times New Roman" w:hAnsi="Times New Roman"/>
          <w:sz w:val="22"/>
        </w:rPr>
        <w:t>Ngopuh</w:t>
      </w:r>
      <w:proofErr w:type="spellEnd"/>
      <w:r w:rsidRPr="008A2D0B">
        <w:rPr>
          <w:rFonts w:ascii="Times New Roman" w:hAnsi="Times New Roman"/>
          <w:sz w:val="22"/>
        </w:rPr>
        <w:t xml:space="preserve"> F.K.; </w:t>
      </w:r>
      <w:proofErr w:type="spellStart"/>
      <w:r w:rsidRPr="008A2D0B">
        <w:rPr>
          <w:rFonts w:ascii="Times New Roman" w:hAnsi="Times New Roman"/>
          <w:sz w:val="22"/>
        </w:rPr>
        <w:t>Hassane</w:t>
      </w:r>
      <w:proofErr w:type="spellEnd"/>
      <w:r w:rsidRPr="008A2D0B">
        <w:rPr>
          <w:rFonts w:ascii="Times New Roman" w:hAnsi="Times New Roman"/>
          <w:sz w:val="22"/>
        </w:rPr>
        <w:t xml:space="preserve"> A.M.; </w:t>
      </w:r>
      <w:proofErr w:type="spellStart"/>
      <w:r w:rsidRPr="008A2D0B">
        <w:rPr>
          <w:rFonts w:ascii="Times New Roman" w:hAnsi="Times New Roman"/>
          <w:sz w:val="22"/>
        </w:rPr>
        <w:t>Malwe</w:t>
      </w:r>
      <w:proofErr w:type="spellEnd"/>
      <w:r w:rsidRPr="008A2D0B">
        <w:rPr>
          <w:rFonts w:ascii="Times New Roman" w:hAnsi="Times New Roman"/>
          <w:sz w:val="22"/>
        </w:rPr>
        <w:t xml:space="preserve"> H.B.; </w:t>
      </w:r>
      <w:proofErr w:type="spellStart"/>
      <w:r w:rsidRPr="008A2D0B">
        <w:rPr>
          <w:rFonts w:ascii="Times New Roman" w:hAnsi="Times New Roman"/>
          <w:sz w:val="22"/>
        </w:rPr>
        <w:t>Kuiate</w:t>
      </w:r>
      <w:proofErr w:type="spellEnd"/>
      <w:r w:rsidRPr="008A2D0B">
        <w:rPr>
          <w:rFonts w:ascii="Times New Roman" w:hAnsi="Times New Roman"/>
          <w:sz w:val="22"/>
        </w:rPr>
        <w:t xml:space="preserve"> G.F.; </w:t>
      </w:r>
      <w:proofErr w:type="spellStart"/>
      <w:r w:rsidRPr="008A2D0B">
        <w:rPr>
          <w:rFonts w:ascii="Times New Roman" w:hAnsi="Times New Roman"/>
          <w:sz w:val="22"/>
        </w:rPr>
        <w:t>Rajagopal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gramStart"/>
      <w:r w:rsidRPr="008A2D0B">
        <w:rPr>
          <w:rFonts w:ascii="Times New Roman" w:hAnsi="Times New Roman"/>
          <w:sz w:val="22"/>
        </w:rPr>
        <w:t>K..</w:t>
      </w:r>
      <w:proofErr w:type="gramEnd"/>
      <w:r w:rsidRPr="008A2D0B">
        <w:rPr>
          <w:rFonts w:ascii="Times New Roman" w:hAnsi="Times New Roman"/>
          <w:sz w:val="22"/>
        </w:rPr>
        <w:t xml:space="preserve"> "Theoretical probing, microcontroller implementation, and medical image encryption of a </w:t>
      </w:r>
      <w:proofErr w:type="spellStart"/>
      <w:r w:rsidRPr="008A2D0B">
        <w:rPr>
          <w:rFonts w:ascii="Times New Roman" w:hAnsi="Times New Roman"/>
          <w:sz w:val="22"/>
        </w:rPr>
        <w:t>quadratically</w:t>
      </w:r>
      <w:proofErr w:type="spellEnd"/>
      <w:r w:rsidRPr="008A2D0B">
        <w:rPr>
          <w:rFonts w:ascii="Times New Roman" w:hAnsi="Times New Roman"/>
          <w:sz w:val="22"/>
        </w:rPr>
        <w:t xml:space="preserve"> damped Josephson junction circuit oscillating with strictly the -periodic superconducting current." Applied Physics A: Materials Science and Processing (2026). DOI: </w:t>
      </w:r>
      <w:hyperlink r:id="rId120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https://doi.org/10.1007/s00339-025-09169-4</w:t>
        </w:r>
      </w:hyperlink>
    </w:p>
    <w:p w14:paraId="2EF8E0D3" w14:textId="42CAD08B" w:rsidR="008A2D0B" w:rsidRPr="008A2D0B" w:rsidRDefault="006F18B7" w:rsidP="002B6969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Boukhatem</w:t>
      </w:r>
      <w:proofErr w:type="spellEnd"/>
      <w:r w:rsidRPr="008A2D0B">
        <w:rPr>
          <w:rFonts w:ascii="Times New Roman" w:hAnsi="Times New Roman"/>
          <w:sz w:val="22"/>
        </w:rPr>
        <w:t xml:space="preserve"> G.; </w:t>
      </w:r>
      <w:proofErr w:type="spellStart"/>
      <w:r w:rsidRPr="008A2D0B">
        <w:rPr>
          <w:rFonts w:ascii="Times New Roman" w:hAnsi="Times New Roman"/>
          <w:sz w:val="22"/>
        </w:rPr>
        <w:t>Bencheikh</w:t>
      </w:r>
      <w:proofErr w:type="spellEnd"/>
      <w:r w:rsidRPr="008A2D0B">
        <w:rPr>
          <w:rFonts w:ascii="Times New Roman" w:hAnsi="Times New Roman"/>
          <w:sz w:val="22"/>
        </w:rPr>
        <w:t xml:space="preserve"> M.; </w:t>
      </w:r>
      <w:proofErr w:type="spellStart"/>
      <w:r w:rsidRPr="008A2D0B">
        <w:rPr>
          <w:rFonts w:ascii="Times New Roman" w:hAnsi="Times New Roman"/>
          <w:sz w:val="22"/>
        </w:rPr>
        <w:t>Bekkouche</w:t>
      </w:r>
      <w:proofErr w:type="spellEnd"/>
      <w:r w:rsidRPr="008A2D0B">
        <w:rPr>
          <w:rFonts w:ascii="Times New Roman" w:hAnsi="Times New Roman"/>
          <w:sz w:val="22"/>
        </w:rPr>
        <w:t xml:space="preserve"> S.R.; Kırgız M.S.; </w:t>
      </w:r>
      <w:proofErr w:type="spellStart"/>
      <w:r w:rsidRPr="008A2D0B">
        <w:rPr>
          <w:rFonts w:ascii="Times New Roman" w:hAnsi="Times New Roman"/>
          <w:sz w:val="22"/>
        </w:rPr>
        <w:t>Manikandan</w:t>
      </w:r>
      <w:proofErr w:type="spellEnd"/>
      <w:r w:rsidRPr="008A2D0B">
        <w:rPr>
          <w:rFonts w:ascii="Times New Roman" w:hAnsi="Times New Roman"/>
          <w:sz w:val="22"/>
        </w:rPr>
        <w:t xml:space="preserve"> D.; </w:t>
      </w:r>
      <w:proofErr w:type="spellStart"/>
      <w:r w:rsidRPr="008A2D0B">
        <w:rPr>
          <w:rFonts w:ascii="Times New Roman" w:hAnsi="Times New Roman"/>
          <w:sz w:val="22"/>
        </w:rPr>
        <w:t>Krishnaraj</w:t>
      </w:r>
      <w:proofErr w:type="spellEnd"/>
      <w:r w:rsidRPr="008A2D0B">
        <w:rPr>
          <w:rFonts w:ascii="Times New Roman" w:hAnsi="Times New Roman"/>
          <w:sz w:val="22"/>
        </w:rPr>
        <w:t xml:space="preserve"> R.. "Data-driven optimization and </w:t>
      </w:r>
      <w:proofErr w:type="spellStart"/>
      <w:r w:rsidRPr="008A2D0B">
        <w:rPr>
          <w:rFonts w:ascii="Times New Roman" w:hAnsi="Times New Roman"/>
          <w:sz w:val="22"/>
        </w:rPr>
        <w:t>pressuremeter</w:t>
      </w:r>
      <w:proofErr w:type="spellEnd"/>
      <w:r w:rsidRPr="008A2D0B">
        <w:rPr>
          <w:rFonts w:ascii="Times New Roman" w:hAnsi="Times New Roman"/>
          <w:sz w:val="22"/>
        </w:rPr>
        <w:t xml:space="preserve"> modulus prediction using response surface methodology for smarter geotechnical design." Scientific Reports (2026). DOI: </w:t>
      </w:r>
      <w:hyperlink r:id="rId121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https://doi.org/10.1038/s41598-026-36262-2</w:t>
        </w:r>
      </w:hyperlink>
    </w:p>
    <w:p w14:paraId="557529BE" w14:textId="7CD624ED" w:rsidR="008A2D0B" w:rsidRPr="008A2D0B" w:rsidRDefault="006F18B7" w:rsidP="009E1BD2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Elango</w:t>
      </w:r>
      <w:proofErr w:type="spellEnd"/>
      <w:r w:rsidRPr="008A2D0B">
        <w:rPr>
          <w:rFonts w:ascii="Times New Roman" w:hAnsi="Times New Roman"/>
          <w:sz w:val="22"/>
        </w:rPr>
        <w:t xml:space="preserve"> S.; </w:t>
      </w:r>
      <w:proofErr w:type="spellStart"/>
      <w:r w:rsidRPr="008A2D0B">
        <w:rPr>
          <w:rFonts w:ascii="Times New Roman" w:hAnsi="Times New Roman"/>
          <w:sz w:val="22"/>
        </w:rPr>
        <w:t>Izadi</w:t>
      </w:r>
      <w:proofErr w:type="spellEnd"/>
      <w:r w:rsidRPr="008A2D0B">
        <w:rPr>
          <w:rFonts w:ascii="Times New Roman" w:hAnsi="Times New Roman"/>
          <w:sz w:val="22"/>
        </w:rPr>
        <w:t xml:space="preserve"> M.; </w:t>
      </w:r>
      <w:proofErr w:type="spellStart"/>
      <w:r w:rsidRPr="008A2D0B">
        <w:rPr>
          <w:rFonts w:ascii="Times New Roman" w:hAnsi="Times New Roman"/>
          <w:sz w:val="22"/>
        </w:rPr>
        <w:t>Manigandan</w:t>
      </w:r>
      <w:proofErr w:type="spellEnd"/>
      <w:r w:rsidRPr="008A2D0B">
        <w:rPr>
          <w:rFonts w:ascii="Times New Roman" w:hAnsi="Times New Roman"/>
          <w:sz w:val="22"/>
        </w:rPr>
        <w:t xml:space="preserve"> M</w:t>
      </w:r>
      <w:proofErr w:type="gramStart"/>
      <w:r w:rsidRPr="008A2D0B">
        <w:rPr>
          <w:rFonts w:ascii="Times New Roman" w:hAnsi="Times New Roman"/>
          <w:sz w:val="22"/>
        </w:rPr>
        <w:t>..</w:t>
      </w:r>
      <w:proofErr w:type="gramEnd"/>
      <w:r w:rsidRPr="008A2D0B">
        <w:rPr>
          <w:rFonts w:ascii="Times New Roman" w:hAnsi="Times New Roman"/>
          <w:sz w:val="22"/>
        </w:rPr>
        <w:t xml:space="preserve"> "Efficient Numerical Approaches for Solving Singularly Perturbed Delay Differential Equations with Discontinuities and Integral Boundary Constraints." Journal of Nonlinear Mathematical Physics (2026). DOI: </w:t>
      </w:r>
      <w:hyperlink r:id="rId122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https://doi.org/10.1007/s44198-026-00388-8</w:t>
        </w:r>
      </w:hyperlink>
    </w:p>
    <w:p w14:paraId="4FFE6163" w14:textId="3070602A" w:rsidR="008A2D0B" w:rsidRPr="008A2D0B" w:rsidRDefault="006F18B7" w:rsidP="00446543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Subramani</w:t>
      </w:r>
      <w:proofErr w:type="spellEnd"/>
      <w:r w:rsidRPr="008A2D0B">
        <w:rPr>
          <w:rFonts w:ascii="Times New Roman" w:hAnsi="Times New Roman"/>
          <w:sz w:val="22"/>
        </w:rPr>
        <w:t xml:space="preserve"> K.; </w:t>
      </w:r>
      <w:proofErr w:type="spellStart"/>
      <w:r w:rsidRPr="008A2D0B">
        <w:rPr>
          <w:rFonts w:ascii="Times New Roman" w:hAnsi="Times New Roman"/>
          <w:sz w:val="22"/>
        </w:rPr>
        <w:t>Rathinasuriyan</w:t>
      </w:r>
      <w:proofErr w:type="spellEnd"/>
      <w:r w:rsidRPr="008A2D0B">
        <w:rPr>
          <w:rFonts w:ascii="Times New Roman" w:hAnsi="Times New Roman"/>
          <w:sz w:val="22"/>
        </w:rPr>
        <w:t xml:space="preserve"> C.; </w:t>
      </w:r>
      <w:proofErr w:type="spellStart"/>
      <w:r w:rsidRPr="008A2D0B">
        <w:rPr>
          <w:rFonts w:ascii="Times New Roman" w:hAnsi="Times New Roman"/>
          <w:sz w:val="22"/>
        </w:rPr>
        <w:t>Chandar</w:t>
      </w:r>
      <w:proofErr w:type="spellEnd"/>
      <w:r w:rsidRPr="008A2D0B">
        <w:rPr>
          <w:rFonts w:ascii="Times New Roman" w:hAnsi="Times New Roman"/>
          <w:sz w:val="22"/>
        </w:rPr>
        <w:t xml:space="preserve"> J.B.; Lenin N.; </w:t>
      </w:r>
      <w:proofErr w:type="spellStart"/>
      <w:r w:rsidRPr="008A2D0B">
        <w:rPr>
          <w:rFonts w:ascii="Times New Roman" w:hAnsi="Times New Roman"/>
          <w:sz w:val="22"/>
        </w:rPr>
        <w:t>Čep</w:t>
      </w:r>
      <w:proofErr w:type="spellEnd"/>
      <w:r w:rsidRPr="008A2D0B">
        <w:rPr>
          <w:rFonts w:ascii="Times New Roman" w:hAnsi="Times New Roman"/>
          <w:sz w:val="22"/>
        </w:rPr>
        <w:t xml:space="preserve"> R.; </w:t>
      </w:r>
      <w:proofErr w:type="spellStart"/>
      <w:r w:rsidRPr="008A2D0B">
        <w:rPr>
          <w:rFonts w:ascii="Times New Roman" w:hAnsi="Times New Roman"/>
          <w:sz w:val="22"/>
        </w:rPr>
        <w:t>Salunkhe</w:t>
      </w:r>
      <w:proofErr w:type="spellEnd"/>
      <w:r w:rsidRPr="008A2D0B">
        <w:rPr>
          <w:rFonts w:ascii="Times New Roman" w:hAnsi="Times New Roman"/>
          <w:sz w:val="22"/>
        </w:rPr>
        <w:t xml:space="preserve"> S.. "Investigation of </w:t>
      </w:r>
      <w:proofErr w:type="gramStart"/>
      <w:r w:rsidRPr="008A2D0B">
        <w:rPr>
          <w:rFonts w:ascii="Times New Roman" w:hAnsi="Times New Roman"/>
          <w:sz w:val="22"/>
        </w:rPr>
        <w:t>hole</w:t>
      </w:r>
      <w:proofErr w:type="gramEnd"/>
      <w:r w:rsidRPr="008A2D0B">
        <w:rPr>
          <w:rFonts w:ascii="Times New Roman" w:hAnsi="Times New Roman"/>
          <w:sz w:val="22"/>
        </w:rPr>
        <w:t xml:space="preserve"> geometry and surface integrity in abrasive water jet drilling of UHMWPE for </w:t>
      </w:r>
      <w:proofErr w:type="spellStart"/>
      <w:r w:rsidRPr="008A2D0B">
        <w:rPr>
          <w:rFonts w:ascii="Times New Roman" w:hAnsi="Times New Roman"/>
          <w:sz w:val="22"/>
        </w:rPr>
        <w:t>orthopedic</w:t>
      </w:r>
      <w:proofErr w:type="spellEnd"/>
      <w:r w:rsidRPr="008A2D0B">
        <w:rPr>
          <w:rFonts w:ascii="Times New Roman" w:hAnsi="Times New Roman"/>
          <w:sz w:val="22"/>
        </w:rPr>
        <w:t xml:space="preserve"> knee implant applications." Journal of Materials Research and Technology (2026). DOI: </w:t>
      </w:r>
      <w:hyperlink r:id="rId123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https://doi.org/10.1016/j.jmrt.2026.04.214</w:t>
        </w:r>
      </w:hyperlink>
    </w:p>
    <w:p w14:paraId="67023188" w14:textId="79FD9EC8" w:rsidR="008A2D0B" w:rsidRPr="008A2D0B" w:rsidRDefault="006F18B7" w:rsidP="00AA7787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Bawaneh</w:t>
      </w:r>
      <w:proofErr w:type="spellEnd"/>
      <w:r w:rsidRPr="008A2D0B">
        <w:rPr>
          <w:rFonts w:ascii="Times New Roman" w:hAnsi="Times New Roman"/>
          <w:sz w:val="22"/>
        </w:rPr>
        <w:t xml:space="preserve"> S.; </w:t>
      </w:r>
      <w:proofErr w:type="spellStart"/>
      <w:r w:rsidRPr="008A2D0B">
        <w:rPr>
          <w:rFonts w:ascii="Times New Roman" w:hAnsi="Times New Roman"/>
          <w:sz w:val="22"/>
        </w:rPr>
        <w:t>Awadalla</w:t>
      </w:r>
      <w:proofErr w:type="spellEnd"/>
      <w:r w:rsidRPr="008A2D0B">
        <w:rPr>
          <w:rFonts w:ascii="Times New Roman" w:hAnsi="Times New Roman"/>
          <w:sz w:val="22"/>
        </w:rPr>
        <w:t xml:space="preserve"> M.; </w:t>
      </w:r>
      <w:proofErr w:type="spellStart"/>
      <w:r w:rsidRPr="008A2D0B">
        <w:rPr>
          <w:rFonts w:ascii="Times New Roman" w:hAnsi="Times New Roman"/>
          <w:sz w:val="22"/>
        </w:rPr>
        <w:t>Manigandan</w:t>
      </w:r>
      <w:proofErr w:type="spellEnd"/>
      <w:r w:rsidRPr="008A2D0B">
        <w:rPr>
          <w:rFonts w:ascii="Times New Roman" w:hAnsi="Times New Roman"/>
          <w:sz w:val="22"/>
        </w:rPr>
        <w:t xml:space="preserve"> M.; </w:t>
      </w:r>
      <w:proofErr w:type="spellStart"/>
      <w:r w:rsidRPr="008A2D0B">
        <w:rPr>
          <w:rFonts w:ascii="Times New Roman" w:hAnsi="Times New Roman"/>
          <w:sz w:val="22"/>
        </w:rPr>
        <w:t>Trabelsi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gramStart"/>
      <w:r w:rsidRPr="008A2D0B">
        <w:rPr>
          <w:rFonts w:ascii="Times New Roman" w:hAnsi="Times New Roman"/>
          <w:sz w:val="22"/>
        </w:rPr>
        <w:t>S..</w:t>
      </w:r>
      <w:proofErr w:type="gramEnd"/>
      <w:r w:rsidRPr="008A2D0B">
        <w:rPr>
          <w:rFonts w:ascii="Times New Roman" w:hAnsi="Times New Roman"/>
          <w:sz w:val="22"/>
        </w:rPr>
        <w:t xml:space="preserve"> "Proof Mining and the Logical Strength of a Class of Implicit Fractional Boundary Value Problems." Mathematical Logic Quarterly (2026). DOI: </w:t>
      </w:r>
      <w:hyperlink r:id="rId124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https://doi.org/10.1002/malq.70023</w:t>
        </w:r>
      </w:hyperlink>
    </w:p>
    <w:p w14:paraId="1AFFF042" w14:textId="235B7210" w:rsidR="008A2D0B" w:rsidRPr="008A2D0B" w:rsidRDefault="006F18B7" w:rsidP="00FD046A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Kurien</w:t>
      </w:r>
      <w:proofErr w:type="spellEnd"/>
      <w:r w:rsidRPr="008A2D0B">
        <w:rPr>
          <w:rFonts w:ascii="Times New Roman" w:hAnsi="Times New Roman"/>
          <w:sz w:val="22"/>
        </w:rPr>
        <w:t xml:space="preserve"> R.A.; </w:t>
      </w:r>
      <w:proofErr w:type="spellStart"/>
      <w:r w:rsidRPr="008A2D0B">
        <w:rPr>
          <w:rFonts w:ascii="Times New Roman" w:hAnsi="Times New Roman"/>
          <w:sz w:val="22"/>
        </w:rPr>
        <w:t>Kannan</w:t>
      </w:r>
      <w:proofErr w:type="spellEnd"/>
      <w:r w:rsidRPr="008A2D0B">
        <w:rPr>
          <w:rFonts w:ascii="Times New Roman" w:hAnsi="Times New Roman"/>
          <w:sz w:val="22"/>
        </w:rPr>
        <w:t xml:space="preserve"> G.; </w:t>
      </w:r>
      <w:proofErr w:type="spellStart"/>
      <w:r w:rsidRPr="008A2D0B">
        <w:rPr>
          <w:rFonts w:ascii="Times New Roman" w:hAnsi="Times New Roman"/>
          <w:sz w:val="22"/>
        </w:rPr>
        <w:t>Krongrawa</w:t>
      </w:r>
      <w:proofErr w:type="spellEnd"/>
      <w:r w:rsidRPr="008A2D0B">
        <w:rPr>
          <w:rFonts w:ascii="Times New Roman" w:hAnsi="Times New Roman"/>
          <w:sz w:val="22"/>
        </w:rPr>
        <w:t xml:space="preserve"> W.; </w:t>
      </w:r>
      <w:proofErr w:type="spellStart"/>
      <w:r w:rsidRPr="008A2D0B">
        <w:rPr>
          <w:rFonts w:ascii="Times New Roman" w:hAnsi="Times New Roman"/>
          <w:sz w:val="22"/>
        </w:rPr>
        <w:t>Suttiruengwong</w:t>
      </w:r>
      <w:proofErr w:type="spellEnd"/>
      <w:r w:rsidRPr="008A2D0B">
        <w:rPr>
          <w:rFonts w:ascii="Times New Roman" w:hAnsi="Times New Roman"/>
          <w:sz w:val="22"/>
        </w:rPr>
        <w:t xml:space="preserve"> S.; </w:t>
      </w:r>
      <w:proofErr w:type="spellStart"/>
      <w:r w:rsidRPr="008A2D0B">
        <w:rPr>
          <w:rFonts w:ascii="Times New Roman" w:hAnsi="Times New Roman"/>
          <w:sz w:val="22"/>
        </w:rPr>
        <w:t>Sriamornsak</w:t>
      </w:r>
      <w:proofErr w:type="spellEnd"/>
      <w:r w:rsidRPr="008A2D0B">
        <w:rPr>
          <w:rFonts w:ascii="Times New Roman" w:hAnsi="Times New Roman"/>
          <w:sz w:val="22"/>
        </w:rPr>
        <w:t xml:space="preserve"> </w:t>
      </w:r>
      <w:proofErr w:type="gramStart"/>
      <w:r w:rsidRPr="008A2D0B">
        <w:rPr>
          <w:rFonts w:ascii="Times New Roman" w:hAnsi="Times New Roman"/>
          <w:sz w:val="22"/>
        </w:rPr>
        <w:t>P..</w:t>
      </w:r>
      <w:proofErr w:type="gramEnd"/>
      <w:r w:rsidRPr="008A2D0B">
        <w:rPr>
          <w:rFonts w:ascii="Times New Roman" w:hAnsi="Times New Roman"/>
          <w:sz w:val="22"/>
        </w:rPr>
        <w:t xml:space="preserve"> "Comparative Study of Plasticized Polyvinyl Alcohol and </w:t>
      </w:r>
      <w:proofErr w:type="spellStart"/>
      <w:r w:rsidRPr="008A2D0B">
        <w:rPr>
          <w:rFonts w:ascii="Times New Roman" w:hAnsi="Times New Roman"/>
          <w:sz w:val="22"/>
        </w:rPr>
        <w:t>Hydroxypropyl</w:t>
      </w:r>
      <w:proofErr w:type="spellEnd"/>
      <w:r w:rsidRPr="008A2D0B">
        <w:rPr>
          <w:rFonts w:ascii="Times New Roman" w:hAnsi="Times New Roman"/>
          <w:sz w:val="22"/>
        </w:rPr>
        <w:t xml:space="preserve"> Methylcellulose Films for Pharmaceutical Applications: Mechanical, Thermal, Structural and Disintegration Properties." Polymers (2026). DOI: </w:t>
      </w:r>
      <w:hyperlink r:id="rId125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https://doi.org/10.3390/polym18101211</w:t>
        </w:r>
      </w:hyperlink>
    </w:p>
    <w:p w14:paraId="3C5B6112" w14:textId="2E9E370E" w:rsidR="008A2D0B" w:rsidRPr="008A2D0B" w:rsidRDefault="006F18B7" w:rsidP="008171E4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Parrthipan</w:t>
      </w:r>
      <w:proofErr w:type="spellEnd"/>
      <w:r w:rsidRPr="008A2D0B">
        <w:rPr>
          <w:rFonts w:ascii="Times New Roman" w:hAnsi="Times New Roman"/>
          <w:sz w:val="22"/>
        </w:rPr>
        <w:t xml:space="preserve"> B.K.; </w:t>
      </w:r>
      <w:proofErr w:type="spellStart"/>
      <w:r w:rsidRPr="008A2D0B">
        <w:rPr>
          <w:rFonts w:ascii="Times New Roman" w:hAnsi="Times New Roman"/>
          <w:sz w:val="22"/>
        </w:rPr>
        <w:t>Narayanasamy</w:t>
      </w:r>
      <w:proofErr w:type="spellEnd"/>
      <w:r w:rsidRPr="008A2D0B">
        <w:rPr>
          <w:rFonts w:ascii="Times New Roman" w:hAnsi="Times New Roman"/>
          <w:sz w:val="22"/>
        </w:rPr>
        <w:t xml:space="preserve"> P.; </w:t>
      </w:r>
      <w:proofErr w:type="spellStart"/>
      <w:r w:rsidRPr="008A2D0B">
        <w:rPr>
          <w:rFonts w:ascii="Times New Roman" w:hAnsi="Times New Roman"/>
          <w:sz w:val="22"/>
        </w:rPr>
        <w:t>Rajaprasanna</w:t>
      </w:r>
      <w:proofErr w:type="spellEnd"/>
      <w:r w:rsidRPr="008A2D0B">
        <w:rPr>
          <w:rFonts w:ascii="Times New Roman" w:hAnsi="Times New Roman"/>
          <w:sz w:val="22"/>
        </w:rPr>
        <w:t xml:space="preserve"> R.; </w:t>
      </w:r>
      <w:proofErr w:type="spellStart"/>
      <w:r w:rsidRPr="008A2D0B">
        <w:rPr>
          <w:rFonts w:ascii="Times New Roman" w:hAnsi="Times New Roman"/>
          <w:sz w:val="22"/>
        </w:rPr>
        <w:t>Ramkumar</w:t>
      </w:r>
      <w:proofErr w:type="spellEnd"/>
      <w:r w:rsidRPr="008A2D0B">
        <w:rPr>
          <w:rFonts w:ascii="Times New Roman" w:hAnsi="Times New Roman"/>
          <w:sz w:val="22"/>
        </w:rPr>
        <w:t xml:space="preserve"> T.; Lenin </w:t>
      </w:r>
      <w:proofErr w:type="gramStart"/>
      <w:r w:rsidRPr="008A2D0B">
        <w:rPr>
          <w:rFonts w:ascii="Times New Roman" w:hAnsi="Times New Roman"/>
          <w:sz w:val="22"/>
        </w:rPr>
        <w:t>N..</w:t>
      </w:r>
      <w:proofErr w:type="gramEnd"/>
      <w:r w:rsidRPr="008A2D0B">
        <w:rPr>
          <w:rFonts w:ascii="Times New Roman" w:hAnsi="Times New Roman"/>
          <w:sz w:val="22"/>
        </w:rPr>
        <w:t xml:space="preserve"> "Microstructure Evaluation and Fatigue Properties of Automated DC Pulsed MIG Welding of </w:t>
      </w:r>
      <w:proofErr w:type="spellStart"/>
      <w:r w:rsidRPr="008A2D0B">
        <w:rPr>
          <w:rFonts w:ascii="Times New Roman" w:hAnsi="Times New Roman"/>
          <w:sz w:val="22"/>
        </w:rPr>
        <w:t>Monel</w:t>
      </w:r>
      <w:proofErr w:type="spellEnd"/>
      <w:r w:rsidRPr="008A2D0B">
        <w:rPr>
          <w:rFonts w:ascii="Times New Roman" w:hAnsi="Times New Roman"/>
          <w:sz w:val="22"/>
        </w:rPr>
        <w:t xml:space="preserve"> 400." Journal of Materials Engineering and Performance (2026). DOI: </w:t>
      </w:r>
      <w:hyperlink r:id="rId126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https://doi.org/10.1007/s11665-025-12707-z</w:t>
        </w:r>
      </w:hyperlink>
    </w:p>
    <w:p w14:paraId="6C829298" w14:textId="42745CC1" w:rsidR="006F18B7" w:rsidRPr="008A2D0B" w:rsidRDefault="006F18B7" w:rsidP="008171E4">
      <w:pPr>
        <w:pStyle w:val="ListParagraph"/>
        <w:numPr>
          <w:ilvl w:val="0"/>
          <w:numId w:val="15"/>
        </w:numPr>
        <w:jc w:val="both"/>
      </w:pPr>
      <w:proofErr w:type="spellStart"/>
      <w:r w:rsidRPr="008A2D0B">
        <w:rPr>
          <w:rFonts w:ascii="Times New Roman" w:hAnsi="Times New Roman"/>
          <w:sz w:val="22"/>
        </w:rPr>
        <w:t>Meenal</w:t>
      </w:r>
      <w:proofErr w:type="spellEnd"/>
      <w:r w:rsidRPr="008A2D0B">
        <w:rPr>
          <w:rFonts w:ascii="Times New Roman" w:hAnsi="Times New Roman"/>
          <w:sz w:val="22"/>
        </w:rPr>
        <w:t xml:space="preserve"> R.; </w:t>
      </w:r>
      <w:proofErr w:type="spellStart"/>
      <w:r w:rsidRPr="008A2D0B">
        <w:rPr>
          <w:rFonts w:ascii="Times New Roman" w:hAnsi="Times New Roman"/>
          <w:sz w:val="22"/>
        </w:rPr>
        <w:t>Vinothina</w:t>
      </w:r>
      <w:proofErr w:type="spellEnd"/>
      <w:r w:rsidRPr="008A2D0B">
        <w:rPr>
          <w:rFonts w:ascii="Times New Roman" w:hAnsi="Times New Roman"/>
          <w:sz w:val="22"/>
        </w:rPr>
        <w:t xml:space="preserve"> V.; </w:t>
      </w:r>
      <w:proofErr w:type="spellStart"/>
      <w:r w:rsidRPr="008A2D0B">
        <w:rPr>
          <w:rFonts w:ascii="Times New Roman" w:hAnsi="Times New Roman"/>
          <w:sz w:val="22"/>
        </w:rPr>
        <w:t>Sangeetha</w:t>
      </w:r>
      <w:proofErr w:type="spellEnd"/>
      <w:r w:rsidRPr="008A2D0B">
        <w:rPr>
          <w:rFonts w:ascii="Times New Roman" w:hAnsi="Times New Roman"/>
          <w:sz w:val="22"/>
        </w:rPr>
        <w:t xml:space="preserve"> B.; </w:t>
      </w:r>
      <w:proofErr w:type="spellStart"/>
      <w:r w:rsidRPr="008A2D0B">
        <w:rPr>
          <w:rFonts w:ascii="Times New Roman" w:hAnsi="Times New Roman"/>
          <w:sz w:val="22"/>
        </w:rPr>
        <w:t>Vinoth</w:t>
      </w:r>
      <w:proofErr w:type="spellEnd"/>
      <w:r w:rsidRPr="008A2D0B">
        <w:rPr>
          <w:rFonts w:ascii="Times New Roman" w:hAnsi="Times New Roman"/>
          <w:sz w:val="22"/>
        </w:rPr>
        <w:t xml:space="preserve"> Kumar </w:t>
      </w:r>
      <w:proofErr w:type="gramStart"/>
      <w:r w:rsidRPr="008A2D0B">
        <w:rPr>
          <w:rFonts w:ascii="Times New Roman" w:hAnsi="Times New Roman"/>
          <w:sz w:val="22"/>
        </w:rPr>
        <w:t>K..</w:t>
      </w:r>
      <w:proofErr w:type="gramEnd"/>
      <w:r w:rsidRPr="008A2D0B">
        <w:rPr>
          <w:rFonts w:ascii="Times New Roman" w:hAnsi="Times New Roman"/>
          <w:sz w:val="22"/>
        </w:rPr>
        <w:t xml:space="preserve"> "Advanced </w:t>
      </w:r>
      <w:proofErr w:type="spellStart"/>
      <w:r w:rsidRPr="008A2D0B">
        <w:rPr>
          <w:rFonts w:ascii="Times New Roman" w:hAnsi="Times New Roman"/>
          <w:sz w:val="22"/>
        </w:rPr>
        <w:t>modeling</w:t>
      </w:r>
      <w:proofErr w:type="spellEnd"/>
      <w:r w:rsidRPr="008A2D0B">
        <w:rPr>
          <w:rFonts w:ascii="Times New Roman" w:hAnsi="Times New Roman"/>
          <w:sz w:val="22"/>
        </w:rPr>
        <w:t xml:space="preserve"> techniques for solar radiation estimation: enhancing renewable energy integration in power grids." Electrical Engineering (2026). DOI: </w:t>
      </w:r>
      <w:hyperlink r:id="rId127" w:history="1">
        <w:r w:rsidR="008A2D0B" w:rsidRPr="005A53C6">
          <w:rPr>
            <w:rStyle w:val="Hyperlink"/>
            <w:rFonts w:ascii="Times New Roman" w:hAnsi="Times New Roman"/>
            <w:sz w:val="22"/>
          </w:rPr>
          <w:t>https://doi.org/10.1007/s00202-025-03508-7</w:t>
        </w:r>
      </w:hyperlink>
    </w:p>
    <w:p w14:paraId="06B2E9BC" w14:textId="77777777" w:rsidR="008A2D0B" w:rsidRDefault="008A2D0B" w:rsidP="008A2D0B">
      <w:pPr>
        <w:pStyle w:val="ListParagraph"/>
        <w:jc w:val="both"/>
      </w:pPr>
      <w:bookmarkStart w:id="0" w:name="_GoBack"/>
      <w:bookmarkEnd w:id="0"/>
    </w:p>
    <w:p w14:paraId="711ECC6F" w14:textId="7042F6BF" w:rsidR="00E20521" w:rsidRPr="006F18B7" w:rsidRDefault="00E20521" w:rsidP="006F18B7">
      <w:pPr>
        <w:pBdr>
          <w:top w:val="single" w:sz="2" w:space="0" w:color="E5E5E5"/>
          <w:left w:val="single" w:sz="2" w:space="0" w:color="E5E5E5"/>
          <w:bottom w:val="single" w:sz="2" w:space="0" w:color="E5E5E5"/>
          <w:right w:val="single" w:sz="2" w:space="0" w:color="E5E5E5"/>
        </w:pBd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kern w:val="0"/>
          <w:sz w:val="27"/>
          <w:szCs w:val="27"/>
          <w:lang w:eastAsia="en-IN"/>
          <w14:ligatures w14:val="none"/>
        </w:rPr>
      </w:pPr>
    </w:p>
    <w:sectPr w:rsidR="00E20521" w:rsidRPr="006F18B7" w:rsidSect="009038AC">
      <w:headerReference w:type="default" r:id="rId128"/>
      <w:footerReference w:type="default" r:id="rId12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F3733F" w14:textId="77777777" w:rsidR="004C74C8" w:rsidRDefault="004C74C8" w:rsidP="00A8471B">
      <w:pPr>
        <w:spacing w:after="0" w:line="240" w:lineRule="auto"/>
      </w:pPr>
      <w:r>
        <w:separator/>
      </w:r>
    </w:p>
  </w:endnote>
  <w:endnote w:type="continuationSeparator" w:id="0">
    <w:p w14:paraId="6AE879A8" w14:textId="77777777" w:rsidR="004C74C8" w:rsidRDefault="004C74C8" w:rsidP="00A84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CBBF13" w14:textId="032E5AA3" w:rsidR="006F18B7" w:rsidRDefault="006F18B7">
    <w:pPr>
      <w:pStyle w:val="Footer"/>
    </w:pPr>
    <w:r>
      <w:rPr>
        <w:noProof/>
        <w:lang w:eastAsia="en-IN"/>
      </w:rPr>
      <w:drawing>
        <wp:anchor distT="0" distB="0" distL="114300" distR="114300" simplePos="0" relativeHeight="251665408" behindDoc="0" locked="0" layoutInCell="1" allowOverlap="1" wp14:anchorId="2457CA27" wp14:editId="656EA6EE">
          <wp:simplePos x="0" y="0"/>
          <wp:positionH relativeFrom="column">
            <wp:posOffset>5550535</wp:posOffset>
          </wp:positionH>
          <wp:positionV relativeFrom="paragraph">
            <wp:posOffset>-541020</wp:posOffset>
          </wp:positionV>
          <wp:extent cx="900351" cy="974950"/>
          <wp:effectExtent l="0" t="0" r="0" b="0"/>
          <wp:wrapNone/>
          <wp:docPr id="181200812" name="Image 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age 7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0351" cy="974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IN"/>
      </w:rPr>
      <w:drawing>
        <wp:anchor distT="0" distB="0" distL="114300" distR="114300" simplePos="0" relativeHeight="251663360" behindDoc="0" locked="0" layoutInCell="1" allowOverlap="1" wp14:anchorId="182D591A" wp14:editId="674AAF38">
          <wp:simplePos x="0" y="0"/>
          <wp:positionH relativeFrom="column">
            <wp:posOffset>-731520</wp:posOffset>
          </wp:positionH>
          <wp:positionV relativeFrom="paragraph">
            <wp:posOffset>-523498</wp:posOffset>
          </wp:positionV>
          <wp:extent cx="900351" cy="974950"/>
          <wp:effectExtent l="0" t="0" r="0" b="0"/>
          <wp:wrapNone/>
          <wp:docPr id="69" name="Image 6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 6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00351" cy="974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1C9E03" w14:textId="77777777" w:rsidR="004C74C8" w:rsidRDefault="004C74C8" w:rsidP="00A8471B">
      <w:pPr>
        <w:spacing w:after="0" w:line="240" w:lineRule="auto"/>
      </w:pPr>
      <w:r>
        <w:separator/>
      </w:r>
    </w:p>
  </w:footnote>
  <w:footnote w:type="continuationSeparator" w:id="0">
    <w:p w14:paraId="5275F793" w14:textId="77777777" w:rsidR="004C74C8" w:rsidRDefault="004C74C8" w:rsidP="00A84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5EDB94" w14:textId="13115F5F" w:rsidR="006F18B7" w:rsidRPr="00183B17" w:rsidRDefault="006F18B7" w:rsidP="00DE452A">
    <w:pPr>
      <w:pStyle w:val="Header"/>
      <w:tabs>
        <w:tab w:val="clear" w:pos="4513"/>
        <w:tab w:val="clear" w:pos="9026"/>
        <w:tab w:val="left" w:pos="3552"/>
      </w:tabs>
      <w:jc w:val="center"/>
      <w:rPr>
        <w:rFonts w:ascii="Times New Roman" w:hAnsi="Times New Roman" w:cs="Times New Roman"/>
        <w:b/>
        <w:bCs/>
        <w:color w:val="001F5F"/>
      </w:rPr>
    </w:pPr>
    <w:r>
      <w:rPr>
        <w:noProof/>
        <w:lang w:eastAsia="en-IN"/>
      </w:rPr>
      <w:drawing>
        <wp:anchor distT="0" distB="0" distL="114300" distR="114300" simplePos="0" relativeHeight="251669504" behindDoc="0" locked="0" layoutInCell="1" allowOverlap="1" wp14:anchorId="24DA5B68" wp14:editId="0E5782BA">
          <wp:simplePos x="0" y="0"/>
          <wp:positionH relativeFrom="column">
            <wp:posOffset>5600700</wp:posOffset>
          </wp:positionH>
          <wp:positionV relativeFrom="paragraph">
            <wp:posOffset>-259715</wp:posOffset>
          </wp:positionV>
          <wp:extent cx="822253" cy="891729"/>
          <wp:effectExtent l="0" t="0" r="0" b="0"/>
          <wp:wrapNone/>
          <wp:docPr id="68" name="Image 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Image 6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2253" cy="891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IN"/>
      </w:rPr>
      <w:drawing>
        <wp:anchor distT="0" distB="0" distL="114300" distR="114300" simplePos="0" relativeHeight="251667456" behindDoc="0" locked="0" layoutInCell="1" allowOverlap="1" wp14:anchorId="047E7D10" wp14:editId="38509B17">
          <wp:simplePos x="0" y="0"/>
          <wp:positionH relativeFrom="column">
            <wp:posOffset>-670560</wp:posOffset>
          </wp:positionH>
          <wp:positionV relativeFrom="paragraph">
            <wp:posOffset>-282575</wp:posOffset>
          </wp:positionV>
          <wp:extent cx="822253" cy="891729"/>
          <wp:effectExtent l="0" t="0" r="0" b="0"/>
          <wp:wrapNone/>
          <wp:docPr id="67" name="Image 6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" name="Image 6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22253" cy="891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I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82EB8E" wp14:editId="5284A91A">
              <wp:simplePos x="0" y="0"/>
              <wp:positionH relativeFrom="margin">
                <wp:align>center</wp:align>
              </wp:positionH>
              <wp:positionV relativeFrom="paragraph">
                <wp:posOffset>-335915</wp:posOffset>
              </wp:positionV>
              <wp:extent cx="7219950" cy="10394950"/>
              <wp:effectExtent l="38100" t="38100" r="57150" b="63500"/>
              <wp:wrapNone/>
              <wp:docPr id="66" name="Graphic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19950" cy="103949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220584" h="10311765">
                            <a:moveTo>
                              <a:pt x="0" y="10311765"/>
                            </a:moveTo>
                            <a:lnTo>
                              <a:pt x="7220584" y="10311765"/>
                            </a:lnTo>
                            <a:lnTo>
                              <a:pt x="7220584" y="0"/>
                            </a:lnTo>
                            <a:lnTo>
                              <a:pt x="0" y="0"/>
                            </a:lnTo>
                            <a:lnTo>
                              <a:pt x="0" y="10311765"/>
                            </a:lnTo>
                            <a:close/>
                          </a:path>
                        </a:pathLst>
                      </a:custGeom>
                      <a:ln w="90801">
                        <a:solidFill>
                          <a:srgbClr val="80170C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w14:anchorId="7B301F69" id="Graphic 66" o:spid="_x0000_s1026" style="position:absolute;margin-left:0;margin-top:-26.45pt;width:568.5pt;height:818.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coordsize="7220584,1031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" path="m,10311765r7220584,l7220584,,,,,10311765xe" filled="f" strokecolor="#80170c" strokeweight="2.52225mm">
              <v:path arrowok="t"/>
              <w10:wrap anchorx="margin"/>
            </v:shape>
          </w:pict>
        </mc:Fallback>
      </mc:AlternateContent>
    </w:r>
    <w:r>
      <w:rPr>
        <w:noProof/>
        <w:lang w:eastAsia="en-IN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A4D08CC" wp14:editId="64C66795">
              <wp:simplePos x="0" y="0"/>
              <wp:positionH relativeFrom="margin">
                <wp:posOffset>-342900</wp:posOffset>
              </wp:positionH>
              <wp:positionV relativeFrom="paragraph">
                <wp:posOffset>-7620</wp:posOffset>
              </wp:positionV>
              <wp:extent cx="2072640" cy="335280"/>
              <wp:effectExtent l="0" t="0" r="3810" b="7620"/>
              <wp:wrapNone/>
              <wp:docPr id="1695140380" name="Group 16951403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72640" cy="335280"/>
                        <a:chOff x="0" y="0"/>
                        <a:chExt cx="4366259" cy="909827"/>
                      </a:xfrm>
                    </wpg:grpSpPr>
                    <pic:pic xmlns:pic="http://schemas.openxmlformats.org/drawingml/2006/picture">
                      <pic:nvPicPr>
                        <pic:cNvPr id="750668313" name="Image 2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0964" cy="90982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2009906" name="Image 3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183635" y="12191"/>
                          <a:ext cx="1182624" cy="8823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group w14:anchorId="2FA5C564" id="Group 1695140380" o:spid="_x0000_s1026" style="position:absolute;margin-left:-27pt;margin-top:-.6pt;width:163.2pt;height:26.4pt;z-index:251659264;mso-position-horizontal-relative:margin;mso-width-relative:margin;mso-height-relative:margin" coordsize="43662,90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31409;height:9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">
                <v:imagedata r:id="rId5" o:title=""/>
              </v:shape>
              <v:shape id="Image 3" o:spid="_x0000_s1028" type="#_x0000_t75" style="position:absolute;left:31836;top:121;width:11826;height:8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">
                <v:imagedata r:id="rId6" o:title=""/>
              </v:shape>
              <w10:wrap anchorx="margin"/>
            </v:group>
          </w:pict>
        </mc:Fallback>
      </mc:AlternateContent>
    </w:r>
    <w:r>
      <w:rPr>
        <w:rFonts w:ascii="Times New Roman" w:hAnsi="Times New Roman" w:cs="Times New Roman"/>
        <w:color w:val="001F5F"/>
      </w:rPr>
      <w:t xml:space="preserve">          </w:t>
    </w:r>
    <w:r w:rsidRPr="00183B17">
      <w:rPr>
        <w:rFonts w:ascii="Times New Roman" w:hAnsi="Times New Roman" w:cs="Times New Roman"/>
        <w:b/>
        <w:bCs/>
        <w:color w:val="001F5F"/>
      </w:rPr>
      <w:t>SRM</w:t>
    </w:r>
    <w:r w:rsidRPr="00183B17">
      <w:rPr>
        <w:rFonts w:ascii="Times New Roman" w:hAnsi="Times New Roman" w:cs="Times New Roman"/>
        <w:b/>
        <w:bCs/>
        <w:color w:val="001F5F"/>
        <w:spacing w:val="-20"/>
      </w:rPr>
      <w:t xml:space="preserve"> </w:t>
    </w:r>
    <w:r w:rsidRPr="00183B17">
      <w:rPr>
        <w:rFonts w:ascii="Times New Roman" w:hAnsi="Times New Roman" w:cs="Times New Roman"/>
        <w:b/>
        <w:bCs/>
        <w:color w:val="001F5F"/>
      </w:rPr>
      <w:t>TRP</w:t>
    </w:r>
    <w:r w:rsidRPr="00183B17">
      <w:rPr>
        <w:rFonts w:ascii="Times New Roman" w:hAnsi="Times New Roman" w:cs="Times New Roman"/>
        <w:b/>
        <w:bCs/>
        <w:color w:val="001F5F"/>
        <w:spacing w:val="-20"/>
      </w:rPr>
      <w:t xml:space="preserve"> </w:t>
    </w:r>
    <w:r w:rsidRPr="00183B17">
      <w:rPr>
        <w:rFonts w:ascii="Times New Roman" w:hAnsi="Times New Roman" w:cs="Times New Roman"/>
        <w:b/>
        <w:bCs/>
        <w:color w:val="001F5F"/>
      </w:rPr>
      <w:t>ENGINEERING</w:t>
    </w:r>
    <w:r w:rsidRPr="00183B17">
      <w:rPr>
        <w:rFonts w:ascii="Times New Roman" w:hAnsi="Times New Roman" w:cs="Times New Roman"/>
        <w:b/>
        <w:bCs/>
        <w:color w:val="001F5F"/>
        <w:spacing w:val="-15"/>
      </w:rPr>
      <w:t xml:space="preserve"> </w:t>
    </w:r>
    <w:r w:rsidRPr="00183B17">
      <w:rPr>
        <w:rFonts w:ascii="Times New Roman" w:hAnsi="Times New Roman" w:cs="Times New Roman"/>
        <w:b/>
        <w:bCs/>
        <w:color w:val="001F5F"/>
      </w:rPr>
      <w:t xml:space="preserve">COLLEGE </w:t>
    </w:r>
  </w:p>
  <w:p w14:paraId="181D7A6F" w14:textId="0CCBDFCD" w:rsidR="006F18B7" w:rsidRPr="00183B17" w:rsidRDefault="006F18B7" w:rsidP="00DE452A">
    <w:pPr>
      <w:pStyle w:val="Header"/>
      <w:tabs>
        <w:tab w:val="clear" w:pos="4513"/>
        <w:tab w:val="clear" w:pos="9026"/>
        <w:tab w:val="left" w:pos="3552"/>
      </w:tabs>
      <w:jc w:val="center"/>
      <w:rPr>
        <w:rFonts w:ascii="Times New Roman" w:hAnsi="Times New Roman" w:cs="Times New Roman"/>
        <w:b/>
        <w:bCs/>
      </w:rPr>
    </w:pPr>
    <w:r w:rsidRPr="00183B17">
      <w:rPr>
        <w:rFonts w:ascii="Times New Roman" w:hAnsi="Times New Roman" w:cs="Times New Roman"/>
        <w:b/>
        <w:bCs/>
        <w:color w:val="001F5F"/>
      </w:rPr>
      <w:t xml:space="preserve">          IRUNGALUR, TRICHY – 621 105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9AA428B"/>
    <w:multiLevelType w:val="hybridMultilevel"/>
    <w:tmpl w:val="300CA40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6B5043"/>
    <w:multiLevelType w:val="hybridMultilevel"/>
    <w:tmpl w:val="E772AB1C"/>
    <w:lvl w:ilvl="0" w:tplc="F23A4C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D20F6"/>
    <w:multiLevelType w:val="hybridMultilevel"/>
    <w:tmpl w:val="FE56E14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7584CB4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B319A0"/>
    <w:multiLevelType w:val="hybridMultilevel"/>
    <w:tmpl w:val="89C49D5A"/>
    <w:lvl w:ilvl="0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3D87BCC"/>
    <w:multiLevelType w:val="hybridMultilevel"/>
    <w:tmpl w:val="4626985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DC7FBD"/>
    <w:multiLevelType w:val="hybridMultilevel"/>
    <w:tmpl w:val="A1BC560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3"/>
  </w:num>
  <w:num w:numId="12">
    <w:abstractNumId w:val="11"/>
  </w:num>
  <w:num w:numId="13">
    <w:abstractNumId w:val="14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F3E"/>
    <w:rsid w:val="00014A80"/>
    <w:rsid w:val="00017458"/>
    <w:rsid w:val="00020F86"/>
    <w:rsid w:val="000732C1"/>
    <w:rsid w:val="00074143"/>
    <w:rsid w:val="00081A94"/>
    <w:rsid w:val="000F59DB"/>
    <w:rsid w:val="001073B6"/>
    <w:rsid w:val="001076D5"/>
    <w:rsid w:val="00114C5B"/>
    <w:rsid w:val="00122F52"/>
    <w:rsid w:val="00183B17"/>
    <w:rsid w:val="001B537A"/>
    <w:rsid w:val="001C1C55"/>
    <w:rsid w:val="001D3EF4"/>
    <w:rsid w:val="002527D9"/>
    <w:rsid w:val="0027303A"/>
    <w:rsid w:val="002E4465"/>
    <w:rsid w:val="003455E2"/>
    <w:rsid w:val="00357770"/>
    <w:rsid w:val="003A67A5"/>
    <w:rsid w:val="00407E5B"/>
    <w:rsid w:val="004403F9"/>
    <w:rsid w:val="0044133C"/>
    <w:rsid w:val="004A0FC8"/>
    <w:rsid w:val="004A78E7"/>
    <w:rsid w:val="004C66EA"/>
    <w:rsid w:val="004C74C8"/>
    <w:rsid w:val="004D3B77"/>
    <w:rsid w:val="0050519F"/>
    <w:rsid w:val="00532F66"/>
    <w:rsid w:val="00540CF0"/>
    <w:rsid w:val="005669DE"/>
    <w:rsid w:val="00566FDF"/>
    <w:rsid w:val="005B1C86"/>
    <w:rsid w:val="005E2C5C"/>
    <w:rsid w:val="00603C9D"/>
    <w:rsid w:val="00637D57"/>
    <w:rsid w:val="006D297C"/>
    <w:rsid w:val="006F18B7"/>
    <w:rsid w:val="00754A48"/>
    <w:rsid w:val="00761971"/>
    <w:rsid w:val="00772D21"/>
    <w:rsid w:val="00786EC1"/>
    <w:rsid w:val="007A6AF8"/>
    <w:rsid w:val="0081638E"/>
    <w:rsid w:val="00832680"/>
    <w:rsid w:val="008846BF"/>
    <w:rsid w:val="008A0CAA"/>
    <w:rsid w:val="008A2D0B"/>
    <w:rsid w:val="008A732E"/>
    <w:rsid w:val="008E3375"/>
    <w:rsid w:val="008F0C59"/>
    <w:rsid w:val="008F425F"/>
    <w:rsid w:val="009038AC"/>
    <w:rsid w:val="00903F3E"/>
    <w:rsid w:val="00922628"/>
    <w:rsid w:val="00965BED"/>
    <w:rsid w:val="00971636"/>
    <w:rsid w:val="00982C06"/>
    <w:rsid w:val="00991894"/>
    <w:rsid w:val="009D4124"/>
    <w:rsid w:val="009F57F7"/>
    <w:rsid w:val="00A8471B"/>
    <w:rsid w:val="00A93B64"/>
    <w:rsid w:val="00AC0491"/>
    <w:rsid w:val="00B02812"/>
    <w:rsid w:val="00B45D1B"/>
    <w:rsid w:val="00B46313"/>
    <w:rsid w:val="00BB3AA5"/>
    <w:rsid w:val="00BE35AB"/>
    <w:rsid w:val="00C223F8"/>
    <w:rsid w:val="00C545C6"/>
    <w:rsid w:val="00CA1D73"/>
    <w:rsid w:val="00CB7A41"/>
    <w:rsid w:val="00CC27AA"/>
    <w:rsid w:val="00CC4CFC"/>
    <w:rsid w:val="00CC6E54"/>
    <w:rsid w:val="00CD0101"/>
    <w:rsid w:val="00CD519A"/>
    <w:rsid w:val="00D07D2D"/>
    <w:rsid w:val="00D10075"/>
    <w:rsid w:val="00D13FDA"/>
    <w:rsid w:val="00D26845"/>
    <w:rsid w:val="00DB16C5"/>
    <w:rsid w:val="00DE452A"/>
    <w:rsid w:val="00E20521"/>
    <w:rsid w:val="00E25AFC"/>
    <w:rsid w:val="00E4563C"/>
    <w:rsid w:val="00EA1079"/>
    <w:rsid w:val="00EC115A"/>
    <w:rsid w:val="00ED72A1"/>
    <w:rsid w:val="00ED7BA9"/>
    <w:rsid w:val="00EF09E5"/>
    <w:rsid w:val="00F0067B"/>
    <w:rsid w:val="00F122C8"/>
    <w:rsid w:val="00F25E05"/>
    <w:rsid w:val="00F32A7F"/>
    <w:rsid w:val="00F51FAA"/>
    <w:rsid w:val="00FD41CA"/>
    <w:rsid w:val="00FF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A3EE22"/>
  <w15:chartTrackingRefBased/>
  <w15:docId w15:val="{52B0262D-CD57-4598-939C-5DA5948B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3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3F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F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F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03F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3F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F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F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F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F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F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F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F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F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F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F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F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F3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847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71B"/>
  </w:style>
  <w:style w:type="paragraph" w:styleId="Footer">
    <w:name w:val="footer"/>
    <w:basedOn w:val="Normal"/>
    <w:link w:val="FooterChar"/>
    <w:uiPriority w:val="99"/>
    <w:unhideWhenUsed/>
    <w:rsid w:val="00A847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71B"/>
  </w:style>
  <w:style w:type="paragraph" w:styleId="NoSpacing">
    <w:name w:val="No Spacing"/>
    <w:uiPriority w:val="1"/>
    <w:qFormat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183B17"/>
    <w:pPr>
      <w:spacing w:after="12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183B1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183B17"/>
    <w:pPr>
      <w:spacing w:after="120" w:line="48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183B1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183B17"/>
    <w:pPr>
      <w:spacing w:after="120" w:line="276" w:lineRule="auto"/>
    </w:pPr>
    <w:rPr>
      <w:rFonts w:eastAsiaTheme="minorEastAsia"/>
      <w:kern w:val="0"/>
      <w:sz w:val="16"/>
      <w:szCs w:val="16"/>
      <w:lang w:val="en-US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183B17"/>
    <w:rPr>
      <w:rFonts w:eastAsiaTheme="minorEastAsia"/>
      <w:kern w:val="0"/>
      <w:sz w:val="16"/>
      <w:szCs w:val="16"/>
      <w:lang w:val="en-US"/>
      <w14:ligatures w14:val="none"/>
    </w:rPr>
  </w:style>
  <w:style w:type="paragraph" w:styleId="List">
    <w:name w:val="List"/>
    <w:basedOn w:val="Normal"/>
    <w:uiPriority w:val="99"/>
    <w:unhideWhenUsed/>
    <w:rsid w:val="00183B17"/>
    <w:pPr>
      <w:spacing w:after="200" w:line="276" w:lineRule="auto"/>
      <w:ind w:left="360" w:hanging="36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2">
    <w:name w:val="List 2"/>
    <w:basedOn w:val="Normal"/>
    <w:uiPriority w:val="99"/>
    <w:unhideWhenUsed/>
    <w:rsid w:val="00183B17"/>
    <w:pPr>
      <w:spacing w:after="200" w:line="276" w:lineRule="auto"/>
      <w:ind w:left="720" w:hanging="36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3">
    <w:name w:val="List 3"/>
    <w:basedOn w:val="Normal"/>
    <w:uiPriority w:val="99"/>
    <w:unhideWhenUsed/>
    <w:rsid w:val="00183B17"/>
    <w:pPr>
      <w:spacing w:after="200" w:line="276" w:lineRule="auto"/>
      <w:ind w:left="1080" w:hanging="36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Bullet">
    <w:name w:val="List Bullet"/>
    <w:basedOn w:val="Normal"/>
    <w:uiPriority w:val="99"/>
    <w:unhideWhenUsed/>
    <w:rsid w:val="00183B17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Bullet2">
    <w:name w:val="List Bullet 2"/>
    <w:basedOn w:val="Normal"/>
    <w:uiPriority w:val="99"/>
    <w:unhideWhenUsed/>
    <w:rsid w:val="00183B17"/>
    <w:pPr>
      <w:numPr>
        <w:numId w:val="2"/>
      </w:numPr>
      <w:tabs>
        <w:tab w:val="clear" w:pos="72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Bullet3">
    <w:name w:val="List Bullet 3"/>
    <w:basedOn w:val="Normal"/>
    <w:uiPriority w:val="99"/>
    <w:unhideWhenUsed/>
    <w:rsid w:val="00183B17"/>
    <w:pPr>
      <w:numPr>
        <w:numId w:val="3"/>
      </w:numPr>
      <w:tabs>
        <w:tab w:val="clear" w:pos="108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Number">
    <w:name w:val="List Number"/>
    <w:basedOn w:val="Normal"/>
    <w:uiPriority w:val="99"/>
    <w:unhideWhenUsed/>
    <w:rsid w:val="00183B17"/>
    <w:pPr>
      <w:numPr>
        <w:numId w:val="5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Number2">
    <w:name w:val="List Number 2"/>
    <w:basedOn w:val="Normal"/>
    <w:uiPriority w:val="99"/>
    <w:unhideWhenUsed/>
    <w:rsid w:val="00183B17"/>
    <w:pPr>
      <w:numPr>
        <w:numId w:val="6"/>
      </w:numPr>
      <w:tabs>
        <w:tab w:val="clear" w:pos="72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Number3">
    <w:name w:val="List Number 3"/>
    <w:basedOn w:val="Normal"/>
    <w:uiPriority w:val="99"/>
    <w:unhideWhenUsed/>
    <w:rsid w:val="00183B17"/>
    <w:pPr>
      <w:numPr>
        <w:numId w:val="7"/>
      </w:numPr>
      <w:tabs>
        <w:tab w:val="clear" w:pos="108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Continue">
    <w:name w:val="List Continue"/>
    <w:basedOn w:val="Normal"/>
    <w:uiPriority w:val="99"/>
    <w:unhideWhenUsed/>
    <w:rsid w:val="00183B17"/>
    <w:pPr>
      <w:spacing w:after="120" w:line="276" w:lineRule="auto"/>
      <w:ind w:left="36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Continue2">
    <w:name w:val="List Continue 2"/>
    <w:basedOn w:val="Normal"/>
    <w:uiPriority w:val="99"/>
    <w:unhideWhenUsed/>
    <w:rsid w:val="00183B17"/>
    <w:pPr>
      <w:spacing w:after="120" w:line="276" w:lineRule="auto"/>
      <w:ind w:left="72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Continue3">
    <w:name w:val="List Continue 3"/>
    <w:basedOn w:val="Normal"/>
    <w:uiPriority w:val="99"/>
    <w:unhideWhenUsed/>
    <w:rsid w:val="00183B17"/>
    <w:pPr>
      <w:spacing w:after="120" w:line="276" w:lineRule="auto"/>
      <w:ind w:left="108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MacroText">
    <w:name w:val="macro"/>
    <w:link w:val="MacroTextChar"/>
    <w:uiPriority w:val="99"/>
    <w:unhideWhenUsed/>
    <w:rsid w:val="00183B17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183B17"/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83B17"/>
    <w:pPr>
      <w:spacing w:after="200" w:line="240" w:lineRule="auto"/>
    </w:pPr>
    <w:rPr>
      <w:rFonts w:eastAsiaTheme="minorEastAsia"/>
      <w:b/>
      <w:bCs/>
      <w:color w:val="4472C4" w:themeColor="accent1"/>
      <w:kern w:val="0"/>
      <w:sz w:val="18"/>
      <w:szCs w:val="18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183B17"/>
    <w:rPr>
      <w:b/>
      <w:bCs/>
    </w:rPr>
  </w:style>
  <w:style w:type="character" w:styleId="Emphasis">
    <w:name w:val="Emphasis"/>
    <w:basedOn w:val="DefaultParagraphFont"/>
    <w:uiPriority w:val="20"/>
    <w:qFormat/>
    <w:rsid w:val="00183B17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183B1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183B17"/>
    <w:rPr>
      <w:smallCaps/>
      <w:color w:val="ED7D31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183B1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83B17"/>
    <w:pPr>
      <w:spacing w:before="480" w:after="0" w:line="276" w:lineRule="auto"/>
      <w:outlineLvl w:val="9"/>
    </w:pPr>
    <w:rPr>
      <w:b/>
      <w:bCs/>
      <w:kern w:val="0"/>
      <w:sz w:val="28"/>
      <w:szCs w:val="28"/>
      <w:lang w:val="en-US"/>
      <w14:ligatures w14:val="none"/>
    </w:rPr>
  </w:style>
  <w:style w:type="table" w:styleId="TableGrid">
    <w:name w:val="Table Grid"/>
    <w:basedOn w:val="TableNormal"/>
    <w:uiPriority w:val="5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183B17"/>
    <w:pPr>
      <w:spacing w:after="0" w:line="240" w:lineRule="auto"/>
    </w:pPr>
    <w:rPr>
      <w:rFonts w:eastAsiaTheme="minorEastAsia"/>
      <w:color w:val="000000" w:themeColor="tex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83B17"/>
    <w:pPr>
      <w:spacing w:after="0" w:line="240" w:lineRule="auto"/>
    </w:pPr>
    <w:rPr>
      <w:rFonts w:eastAsiaTheme="minorEastAsia"/>
      <w:color w:val="2F5496" w:themeColor="accen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183B17"/>
    <w:pPr>
      <w:spacing w:after="0" w:line="240" w:lineRule="auto"/>
    </w:pPr>
    <w:rPr>
      <w:rFonts w:eastAsiaTheme="minorEastAsia"/>
      <w:color w:val="C45911" w:themeColor="accent2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183B17"/>
    <w:pPr>
      <w:spacing w:after="0" w:line="240" w:lineRule="auto"/>
    </w:pPr>
    <w:rPr>
      <w:rFonts w:eastAsiaTheme="minorEastAsia"/>
      <w:color w:val="7B7B7B" w:themeColor="accent3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183B17"/>
    <w:pPr>
      <w:spacing w:after="0" w:line="240" w:lineRule="auto"/>
    </w:pPr>
    <w:rPr>
      <w:rFonts w:eastAsiaTheme="minorEastAsia"/>
      <w:color w:val="BF8F00" w:themeColor="accent4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183B17"/>
    <w:pPr>
      <w:spacing w:after="0" w:line="240" w:lineRule="auto"/>
    </w:pPr>
    <w:rPr>
      <w:rFonts w:eastAsiaTheme="minorEastAsia"/>
      <w:color w:val="2E74B5" w:themeColor="accent5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183B17"/>
    <w:pPr>
      <w:spacing w:after="0" w:line="240" w:lineRule="auto"/>
    </w:pPr>
    <w:rPr>
      <w:rFonts w:eastAsiaTheme="minorEastAsia"/>
      <w:color w:val="538135" w:themeColor="accent6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customStyle="1" w:styleId="pdq2pgselectionanchorcontainer">
    <w:name w:val="pdq2pg_selectionanchorcontainer"/>
    <w:basedOn w:val="Normal"/>
    <w:rsid w:val="0078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8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character" w:styleId="Hyperlink">
    <w:name w:val="Hyperlink"/>
    <w:basedOn w:val="DefaultParagraphFont"/>
    <w:uiPriority w:val="99"/>
    <w:unhideWhenUsed/>
    <w:rsid w:val="00786E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6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68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0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09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08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778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5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50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15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339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88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529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7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6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4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490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6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2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5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83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6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2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31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16/j.matchemphys.2025.131535" TargetMode="External"/><Relationship Id="rId117" Type="http://schemas.openxmlformats.org/officeDocument/2006/relationships/hyperlink" Target="https://doi.org/10.1016/j.est.2025.119569" TargetMode="External"/><Relationship Id="rId21" Type="http://schemas.openxmlformats.org/officeDocument/2006/relationships/hyperlink" Target="https://doi.org/10.1016/j.jece.2025.120483" TargetMode="External"/><Relationship Id="rId42" Type="http://schemas.openxmlformats.org/officeDocument/2006/relationships/hyperlink" Target="https://doi.org/10.1007/s11837-026-08383-6" TargetMode="External"/><Relationship Id="rId47" Type="http://schemas.openxmlformats.org/officeDocument/2006/relationships/hyperlink" Target="https://doi.org/10.1007/s11071-025-11911-9" TargetMode="External"/><Relationship Id="rId63" Type="http://schemas.openxmlformats.org/officeDocument/2006/relationships/hyperlink" Target="https://doi.org/10.1007/s42452-025-081450" TargetMode="External"/><Relationship Id="rId68" Type="http://schemas.openxmlformats.org/officeDocument/2006/relationships/hyperlink" Target="https://doi.org/10.1007/s00422-025-01033-1" TargetMode="External"/><Relationship Id="rId84" Type="http://schemas.openxmlformats.org/officeDocument/2006/relationships/hyperlink" Target="https://doi.org/10.23967/j.rimni.2026.10.79081" TargetMode="External"/><Relationship Id="rId89" Type="http://schemas.openxmlformats.org/officeDocument/2006/relationships/hyperlink" Target="https://doi.org/10.1142/S0218127426500872" TargetMode="External"/><Relationship Id="rId112" Type="http://schemas.openxmlformats.org/officeDocument/2006/relationships/hyperlink" Target="https://doi.org/10.1002/dac.70453" TargetMode="External"/><Relationship Id="rId16" Type="http://schemas.openxmlformats.org/officeDocument/2006/relationships/hyperlink" Target="https://doi.org/10.1088/2631-8695/ae345d" TargetMode="External"/><Relationship Id="rId107" Type="http://schemas.openxmlformats.org/officeDocument/2006/relationships/hyperlink" Target="https://doi.org/10.1142/S0218488526500091" TargetMode="External"/><Relationship Id="rId11" Type="http://schemas.openxmlformats.org/officeDocument/2006/relationships/hyperlink" Target="https://doi.org/10.1039/d5dt02476e" TargetMode="External"/><Relationship Id="rId32" Type="http://schemas.openxmlformats.org/officeDocument/2006/relationships/hyperlink" Target="https://doi.org/10.1080/10426914.2026.2660079" TargetMode="External"/><Relationship Id="rId37" Type="http://schemas.openxmlformats.org/officeDocument/2006/relationships/hyperlink" Target="https://doi.org/10.1080/03081079.2025.2481898" TargetMode="External"/><Relationship Id="rId53" Type="http://schemas.openxmlformats.org/officeDocument/2006/relationships/hyperlink" Target="https://doi.org/10.1016/j.ijheatfluidflow.2026.110237" TargetMode="External"/><Relationship Id="rId58" Type="http://schemas.openxmlformats.org/officeDocument/2006/relationships/hyperlink" Target="https://doi.org/10.1002/jemt.70109" TargetMode="External"/><Relationship Id="rId74" Type="http://schemas.openxmlformats.org/officeDocument/2006/relationships/hyperlink" Target="https://doi.org/10.31838/rna/2026.09.01.002" TargetMode="External"/><Relationship Id="rId79" Type="http://schemas.openxmlformats.org/officeDocument/2006/relationships/hyperlink" Target="https://doi.org/10.1142/S0218127426300235" TargetMode="External"/><Relationship Id="rId102" Type="http://schemas.openxmlformats.org/officeDocument/2006/relationships/hyperlink" Target="https://doi.org/10.1002/ep.70253" TargetMode="External"/><Relationship Id="rId123" Type="http://schemas.openxmlformats.org/officeDocument/2006/relationships/hyperlink" Target="https://doi.org/10.1016/j.jmrt.2026.04.214" TargetMode="External"/><Relationship Id="rId128" Type="http://schemas.openxmlformats.org/officeDocument/2006/relationships/header" Target="header1.xml"/><Relationship Id="rId5" Type="http://schemas.openxmlformats.org/officeDocument/2006/relationships/footnotes" Target="footnotes.xml"/><Relationship Id="rId90" Type="http://schemas.openxmlformats.org/officeDocument/2006/relationships/hyperlink" Target="https://doi.org/10.1002/app.70639" TargetMode="External"/><Relationship Id="rId95" Type="http://schemas.openxmlformats.org/officeDocument/2006/relationships/hyperlink" Target="https://doi.org/10.1002/htj.70246" TargetMode="External"/><Relationship Id="rId19" Type="http://schemas.openxmlformats.org/officeDocument/2006/relationships/hyperlink" Target="https://doi.org/10.1016/j.molstruc.2026.145573" TargetMode="External"/><Relationship Id="rId14" Type="http://schemas.openxmlformats.org/officeDocument/2006/relationships/hyperlink" Target="https://doi.org/10.1007/s11665-026-13899-8" TargetMode="External"/><Relationship Id="rId22" Type="http://schemas.openxmlformats.org/officeDocument/2006/relationships/hyperlink" Target="https://doi.org/10.1007/s43939-025-00487-1" TargetMode="External"/><Relationship Id="rId27" Type="http://schemas.openxmlformats.org/officeDocument/2006/relationships/hyperlink" Target="https://doi.org/10.1177/09544062251392078" TargetMode="External"/><Relationship Id="rId30" Type="http://schemas.openxmlformats.org/officeDocument/2006/relationships/hyperlink" Target="https://doi.org/10.1016/j.ijhydene.2026.153861" TargetMode="External"/><Relationship Id="rId35" Type="http://schemas.openxmlformats.org/officeDocument/2006/relationships/hyperlink" Target="https://doi.org/10.1016/j.jpcs.2025.113063" TargetMode="External"/><Relationship Id="rId43" Type="http://schemas.openxmlformats.org/officeDocument/2006/relationships/hyperlink" Target="https://doi.org/10.1142/S0218127426300119" TargetMode="External"/><Relationship Id="rId48" Type="http://schemas.openxmlformats.org/officeDocument/2006/relationships/hyperlink" Target="https://doi.org/10.1093/comnet/cnaf056" TargetMode="External"/><Relationship Id="rId56" Type="http://schemas.openxmlformats.org/officeDocument/2006/relationships/hyperlink" Target="https://doi.org/10.1016/j.jpowsour.2026.239690" TargetMode="External"/><Relationship Id="rId64" Type="http://schemas.openxmlformats.org/officeDocument/2006/relationships/hyperlink" Target="https://www.scopus.com/pages/publications/105040379384?origin=resultslist" TargetMode="External"/><Relationship Id="rId69" Type="http://schemas.openxmlformats.org/officeDocument/2006/relationships/hyperlink" Target="https://doi.org/10.1080/15440478.2026.2629564" TargetMode="External"/><Relationship Id="rId77" Type="http://schemas.openxmlformats.org/officeDocument/2006/relationships/hyperlink" Target="https://doi.org/10.1080/10667857.2026.2618229" TargetMode="External"/><Relationship Id="rId100" Type="http://schemas.openxmlformats.org/officeDocument/2006/relationships/hyperlink" Target="https://doi.org/10.1088/1402-4896/ae542c" TargetMode="External"/><Relationship Id="rId105" Type="http://schemas.openxmlformats.org/officeDocument/2006/relationships/hyperlink" Target="https://doi.org/10.1038/s41598-025-34766-x" TargetMode="External"/><Relationship Id="rId113" Type="http://schemas.openxmlformats.org/officeDocument/2006/relationships/hyperlink" Target="https://doi.org/10.1038/s41598-026-42482-3" TargetMode="External"/><Relationship Id="rId118" Type="http://schemas.openxmlformats.org/officeDocument/2006/relationships/hyperlink" Target="https://doi.org/10.3390/math14071193" TargetMode="External"/><Relationship Id="rId126" Type="http://schemas.openxmlformats.org/officeDocument/2006/relationships/hyperlink" Target="https://doi.org/10.1007/s11665-025-12707-z" TargetMode="External"/><Relationship Id="rId8" Type="http://schemas.openxmlformats.org/officeDocument/2006/relationships/hyperlink" Target="https://doi.org/10.1016/j.brainres.2026.150159" TargetMode="External"/><Relationship Id="rId51" Type="http://schemas.openxmlformats.org/officeDocument/2006/relationships/hyperlink" Target="https://doi.org/10.3934/math.2026269" TargetMode="External"/><Relationship Id="rId72" Type="http://schemas.openxmlformats.org/officeDocument/2006/relationships/hyperlink" Target="https://doi.org/10.1007/s11696-026-04900-8" TargetMode="External"/><Relationship Id="rId80" Type="http://schemas.openxmlformats.org/officeDocument/2006/relationships/hyperlink" Target="https://doi.org/10.3390/fractalfract10030165" TargetMode="External"/><Relationship Id="rId85" Type="http://schemas.openxmlformats.org/officeDocument/2006/relationships/hyperlink" Target="https://doi.org/10.1016/j.chemphys.2025.113068" TargetMode="External"/><Relationship Id="rId93" Type="http://schemas.openxmlformats.org/officeDocument/2006/relationships/hyperlink" Target="https://doi.org/10.1016/j.colsurfa.2025.138790" TargetMode="External"/><Relationship Id="rId98" Type="http://schemas.openxmlformats.org/officeDocument/2006/relationships/hyperlink" Target="https://doi.org/10.1063/5.0309003" TargetMode="External"/><Relationship Id="rId121" Type="http://schemas.openxmlformats.org/officeDocument/2006/relationships/hyperlink" Target="https://doi.org/10.1038/s41598-026-36262-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016/j.cej.2025.172191" TargetMode="External"/><Relationship Id="rId17" Type="http://schemas.openxmlformats.org/officeDocument/2006/relationships/hyperlink" Target="https://doi.org/10.1007/s12206-026-0133-0" TargetMode="External"/><Relationship Id="rId25" Type="http://schemas.openxmlformats.org/officeDocument/2006/relationships/hyperlink" Target="https://doi.org/10.1002/ep.70150" TargetMode="External"/><Relationship Id="rId33" Type="http://schemas.openxmlformats.org/officeDocument/2006/relationships/hyperlink" Target="https://doi.org/10.1016/j.jallcom.2026.185989" TargetMode="External"/><Relationship Id="rId38" Type="http://schemas.openxmlformats.org/officeDocument/2006/relationships/hyperlink" Target="https://doi.org/10.1016/j.jiec.2026.04.024" TargetMode="External"/><Relationship Id="rId46" Type="http://schemas.openxmlformats.org/officeDocument/2006/relationships/hyperlink" Target="https://doi.org/10.1016/j.rineng.2026.109820" TargetMode="External"/><Relationship Id="rId59" Type="http://schemas.openxmlformats.org/officeDocument/2006/relationships/hyperlink" Target="https://doi.org/10.1016/j.est.2026.122073" TargetMode="External"/><Relationship Id="rId67" Type="http://schemas.openxmlformats.org/officeDocument/2006/relationships/hyperlink" Target="https://doi.org/10.1103/fh87-dntc" TargetMode="External"/><Relationship Id="rId103" Type="http://schemas.openxmlformats.org/officeDocument/2006/relationships/hyperlink" Target="https://doi.org/10.1007/s11696-026-04834-1" TargetMode="External"/><Relationship Id="rId108" Type="http://schemas.openxmlformats.org/officeDocument/2006/relationships/hyperlink" Target="https://doi.org/10.1007/s40042-025-01489-1" TargetMode="External"/><Relationship Id="rId116" Type="http://schemas.openxmlformats.org/officeDocument/2006/relationships/hyperlink" Target="https://doi.org/10.1038/s41598-026-37243-1" TargetMode="External"/><Relationship Id="rId124" Type="http://schemas.openxmlformats.org/officeDocument/2006/relationships/hyperlink" Target="https://doi.org/10.1002/malq.70023" TargetMode="External"/><Relationship Id="rId129" Type="http://schemas.openxmlformats.org/officeDocument/2006/relationships/footer" Target="footer1.xml"/><Relationship Id="rId20" Type="http://schemas.openxmlformats.org/officeDocument/2006/relationships/hyperlink" Target="https://doi.org/10.1016/j.solmat.2025.113963" TargetMode="External"/><Relationship Id="rId41" Type="http://schemas.openxmlformats.org/officeDocument/2006/relationships/hyperlink" Target="https://doi.org/10.1002/ep.70422" TargetMode="External"/><Relationship Id="rId54" Type="http://schemas.openxmlformats.org/officeDocument/2006/relationships/hyperlink" Target="https://doi.org/10.1007/s00289-025-06129-z" TargetMode="External"/><Relationship Id="rId62" Type="http://schemas.openxmlformats.org/officeDocument/2006/relationships/hyperlink" Target="https://doi.org/10.1016/j.rineng.2026.109717" TargetMode="External"/><Relationship Id="rId70" Type="http://schemas.openxmlformats.org/officeDocument/2006/relationships/hyperlink" Target="https://doi.org/10.1002/maco.70055" TargetMode="External"/><Relationship Id="rId75" Type="http://schemas.openxmlformats.org/officeDocument/2006/relationships/hyperlink" Target="https://doi.org/10.3390/math14010169" TargetMode="External"/><Relationship Id="rId83" Type="http://schemas.openxmlformats.org/officeDocument/2006/relationships/hyperlink" Target="https://doi.org/10.1007/s42417-026-02485-w" TargetMode="External"/><Relationship Id="rId88" Type="http://schemas.openxmlformats.org/officeDocument/2006/relationships/hyperlink" Target="https://doi.org/10.1007/s11071-026-12318-w" TargetMode="External"/><Relationship Id="rId91" Type="http://schemas.openxmlformats.org/officeDocument/2006/relationships/hyperlink" Target="https://doi.org/10.1016/j.est.2026.121319" TargetMode="External"/><Relationship Id="rId96" Type="http://schemas.openxmlformats.org/officeDocument/2006/relationships/hyperlink" Target="https://doi.org/10.1002/ep.70489" TargetMode="External"/><Relationship Id="rId111" Type="http://schemas.openxmlformats.org/officeDocument/2006/relationships/hyperlink" Target="https://doi.org/10.1002/ett.7042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oi.org/10.1007/s10854-026-17141-y" TargetMode="External"/><Relationship Id="rId23" Type="http://schemas.openxmlformats.org/officeDocument/2006/relationships/hyperlink" Target="https://doi.org/10.1088/2632-072X/ae5384" TargetMode="External"/><Relationship Id="rId28" Type="http://schemas.openxmlformats.org/officeDocument/2006/relationships/hyperlink" Target="https://doi.org/10.1007/s12206-026-0131-2" TargetMode="External"/><Relationship Id="rId36" Type="http://schemas.openxmlformats.org/officeDocument/2006/relationships/hyperlink" Target="https://doi.org/10.1140/epjp/s13360-026-07728-z" TargetMode="External"/><Relationship Id="rId49" Type="http://schemas.openxmlformats.org/officeDocument/2006/relationships/hyperlink" Target="https://doi.org/10.1038/s41598-026-37202-w" TargetMode="External"/><Relationship Id="rId57" Type="http://schemas.openxmlformats.org/officeDocument/2006/relationships/hyperlink" Target="https://doi.org/10.1515/ms-2026-0125" TargetMode="External"/><Relationship Id="rId106" Type="http://schemas.openxmlformats.org/officeDocument/2006/relationships/hyperlink" Target="https://doi.org/10.1007/s42417-026-02327-9" TargetMode="External"/><Relationship Id="rId114" Type="http://schemas.openxmlformats.org/officeDocument/2006/relationships/hyperlink" Target="https://www.scopus.com/pages/publications/105033048082?origin=resultslist" TargetMode="External"/><Relationship Id="rId119" Type="http://schemas.openxmlformats.org/officeDocument/2006/relationships/hyperlink" Target="https://doi.org/10.1115/1.4070832" TargetMode="External"/><Relationship Id="rId127" Type="http://schemas.openxmlformats.org/officeDocument/2006/relationships/hyperlink" Target="https://doi.org/10.1007/s00202-025-03508-7" TargetMode="External"/><Relationship Id="rId10" Type="http://schemas.openxmlformats.org/officeDocument/2006/relationships/hyperlink" Target="https://doi.org/10.1039/d5nj03127c" TargetMode="External"/><Relationship Id="rId31" Type="http://schemas.openxmlformats.org/officeDocument/2006/relationships/hyperlink" Target="https://doi.org/10.1007/s00231-026-03669-6" TargetMode="External"/><Relationship Id="rId44" Type="http://schemas.openxmlformats.org/officeDocument/2006/relationships/hyperlink" Target="https://doi.org/10.1088/1361-648X/ae334f" TargetMode="External"/><Relationship Id="rId52" Type="http://schemas.openxmlformats.org/officeDocument/2006/relationships/hyperlink" Target="https://doi.org/10.1038/s41598-026-41373-x" TargetMode="External"/><Relationship Id="rId60" Type="http://schemas.openxmlformats.org/officeDocument/2006/relationships/hyperlink" Target="https://doi.org/10.1140/epjs/s11734-025-01823-5" TargetMode="External"/><Relationship Id="rId65" Type="http://schemas.openxmlformats.org/officeDocument/2006/relationships/hyperlink" Target="https://doi.org/10.1007/s00289-025-06245-w" TargetMode="External"/><Relationship Id="rId73" Type="http://schemas.openxmlformats.org/officeDocument/2006/relationships/hyperlink" Target="https://doi.org/10.1088/1572-9494/ae4e94" TargetMode="External"/><Relationship Id="rId78" Type="http://schemas.openxmlformats.org/officeDocument/2006/relationships/hyperlink" Target="https://doi.org/10.1007/s11571-026-10469-5" TargetMode="External"/><Relationship Id="rId81" Type="http://schemas.openxmlformats.org/officeDocument/2006/relationships/hyperlink" Target="https://doi.org/10.1063/5.0318162" TargetMode="External"/><Relationship Id="rId86" Type="http://schemas.openxmlformats.org/officeDocument/2006/relationships/hyperlink" Target="https://doi.org/10.1140/epjs/s11734-025-01989-y" TargetMode="External"/><Relationship Id="rId94" Type="http://schemas.openxmlformats.org/officeDocument/2006/relationships/hyperlink" Target="https://doi.org/10.1007/s12206-025-1218-x" TargetMode="External"/><Relationship Id="rId99" Type="http://schemas.openxmlformats.org/officeDocument/2006/relationships/hyperlink" Target="https://doi.org/10.1007/s11696-025-04447-0" TargetMode="External"/><Relationship Id="rId101" Type="http://schemas.openxmlformats.org/officeDocument/2006/relationships/hyperlink" Target="https://doi.org/10.1002/clen.70157" TargetMode="External"/><Relationship Id="rId122" Type="http://schemas.openxmlformats.org/officeDocument/2006/relationships/hyperlink" Target="https://doi.org/10.1007/s44198-026-00388-8" TargetMode="External"/><Relationship Id="rId13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80/15440478.2026.2626509" TargetMode="External"/><Relationship Id="rId13" Type="http://schemas.openxmlformats.org/officeDocument/2006/relationships/hyperlink" Target="https://doi.org/10.1016/j.molstruc.2025.143888" TargetMode="External"/><Relationship Id="rId18" Type="http://schemas.openxmlformats.org/officeDocument/2006/relationships/hyperlink" Target="https://doi.org/10.1016/j.bspc.2026.109742" TargetMode="External"/><Relationship Id="rId39" Type="http://schemas.openxmlformats.org/officeDocument/2006/relationships/hyperlink" Target="https://doi.org/10.1016/j.applthermaleng.2026.131178" TargetMode="External"/><Relationship Id="rId109" Type="http://schemas.openxmlformats.org/officeDocument/2006/relationships/hyperlink" Target="https://doi.org/10.1177/09544089241282073" TargetMode="External"/><Relationship Id="rId34" Type="http://schemas.openxmlformats.org/officeDocument/2006/relationships/hyperlink" Target="https://doi.org/10.1007/s00170-026-17465-3" TargetMode="External"/><Relationship Id="rId50" Type="http://schemas.openxmlformats.org/officeDocument/2006/relationships/hyperlink" Target="https://doi.org/10.1038/s41598-026-36672-2" TargetMode="External"/><Relationship Id="rId55" Type="http://schemas.openxmlformats.org/officeDocument/2006/relationships/hyperlink" Target="https://doi.org/10.1007/s10008-025-06420-z" TargetMode="External"/><Relationship Id="rId76" Type="http://schemas.openxmlformats.org/officeDocument/2006/relationships/hyperlink" Target="https://doi.org/10.1007/s12596-026-03137-8" TargetMode="External"/><Relationship Id="rId97" Type="http://schemas.openxmlformats.org/officeDocument/2006/relationships/hyperlink" Target="https://doi.org/10.1016/j.physleta.2025.131232" TargetMode="External"/><Relationship Id="rId104" Type="http://schemas.openxmlformats.org/officeDocument/2006/relationships/hyperlink" Target="https://doi.org/10.1016/j.ijhydene.2026.153702" TargetMode="External"/><Relationship Id="rId120" Type="http://schemas.openxmlformats.org/officeDocument/2006/relationships/hyperlink" Target="https://doi.org/10.1007/s00339-025-09169-4" TargetMode="External"/><Relationship Id="rId125" Type="http://schemas.openxmlformats.org/officeDocument/2006/relationships/hyperlink" Target="https://doi.org/10.3390/polym18101211" TargetMode="External"/><Relationship Id="rId7" Type="http://schemas.openxmlformats.org/officeDocument/2006/relationships/hyperlink" Target="https://doi.org/10.1063/5.0296788" TargetMode="External"/><Relationship Id="rId71" Type="http://schemas.openxmlformats.org/officeDocument/2006/relationships/hyperlink" Target="https://doi.org/10.1007/s11664-026-12731-2" TargetMode="External"/><Relationship Id="rId92" Type="http://schemas.openxmlformats.org/officeDocument/2006/relationships/hyperlink" Target="https://doi.org/10.1016/j.vlsi.2026.102766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1177/02670844251412168" TargetMode="External"/><Relationship Id="rId24" Type="http://schemas.openxmlformats.org/officeDocument/2006/relationships/hyperlink" Target="https://doi.org/10.23967/j.rimni.2025.10.72244" TargetMode="External"/><Relationship Id="rId40" Type="http://schemas.openxmlformats.org/officeDocument/2006/relationships/hyperlink" Target="https://doi.org/10.1177/09544089241283414" TargetMode="External"/><Relationship Id="rId45" Type="http://schemas.openxmlformats.org/officeDocument/2006/relationships/hyperlink" Target="https://doi.org/10.1016/j.mseb.2025.118764" TargetMode="External"/><Relationship Id="rId66" Type="http://schemas.openxmlformats.org/officeDocument/2006/relationships/hyperlink" Target="https://doi.org/10.1016/j.mtcomm.2026.115086" TargetMode="External"/><Relationship Id="rId87" Type="http://schemas.openxmlformats.org/officeDocument/2006/relationships/hyperlink" Target="https://doi.org/10.1016/j.rineng.2026.109770" TargetMode="External"/><Relationship Id="rId110" Type="http://schemas.openxmlformats.org/officeDocument/2006/relationships/hyperlink" Target="https://doi.org/10.1016/j.physd.2026.135259" TargetMode="External"/><Relationship Id="rId115" Type="http://schemas.openxmlformats.org/officeDocument/2006/relationships/hyperlink" Target="https://doi.org/10.1007/s43939-025-00475-5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doi.org/10.1142/S0218126626501896" TargetMode="External"/><Relationship Id="rId82" Type="http://schemas.openxmlformats.org/officeDocument/2006/relationships/hyperlink" Target="https://doi.org/10.1515/zpch-2025-0022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12.jpeg"/><Relationship Id="rId5" Type="http://schemas.openxmlformats.org/officeDocument/2006/relationships/image" Target="media/image1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6289</Words>
  <Characters>35853</Characters>
  <Application>Microsoft Office Word</Application>
  <DocSecurity>0</DocSecurity>
  <Lines>298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 J</dc:creator>
  <cp:keywords/>
  <dc:description/>
  <cp:lastModifiedBy>user</cp:lastModifiedBy>
  <cp:revision>2</cp:revision>
  <dcterms:created xsi:type="dcterms:W3CDTF">2026-08-10T04:19:00Z</dcterms:created>
  <dcterms:modified xsi:type="dcterms:W3CDTF">2026-08-10T04:19:00Z</dcterms:modified>
</cp:coreProperties>
</file>