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75ACC" w14:textId="575B35DD" w:rsidR="00D10075" w:rsidRPr="00D10075" w:rsidRDefault="00D10075" w:rsidP="00D10075">
      <w:pPr>
        <w:pStyle w:val="ListParagraph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  <w:r w:rsidRPr="00D10075">
        <w:rPr>
          <w:rFonts w:ascii="Times New Roman" w:hAnsi="Times New Roman" w:cs="Times New Roman"/>
          <w:b/>
          <w:bCs/>
          <w:sz w:val="28"/>
          <w:szCs w:val="28"/>
          <w:lang w:val="en-US"/>
        </w:rPr>
        <w:t>CONFERENCE</w:t>
      </w:r>
    </w:p>
    <w:p w14:paraId="689F3DE5" w14:textId="0D47847C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proofErr w:type="spellStart"/>
      <w:r w:rsidRPr="004A78E7">
        <w:rPr>
          <w:rFonts w:ascii="Times New Roman" w:hAnsi="Times New Roman" w:cs="Times New Roman"/>
        </w:rPr>
        <w:t>Brucely</w:t>
      </w:r>
      <w:proofErr w:type="spellEnd"/>
      <w:r w:rsidRPr="004A78E7">
        <w:rPr>
          <w:rFonts w:ascii="Times New Roman" w:hAnsi="Times New Roman" w:cs="Times New Roman"/>
        </w:rPr>
        <w:t xml:space="preserve"> Y. | Optimization of Heat Treatment for the Hardness Characteristics of Titanium Carbide Reinforced </w:t>
      </w:r>
      <w:proofErr w:type="spellStart"/>
      <w:r w:rsidRPr="004A78E7">
        <w:rPr>
          <w:rFonts w:ascii="Times New Roman" w:hAnsi="Times New Roman" w:cs="Times New Roman"/>
        </w:rPr>
        <w:t>Aluminum</w:t>
      </w:r>
      <w:proofErr w:type="spellEnd"/>
      <w:r w:rsidRPr="004A78E7">
        <w:rPr>
          <w:rFonts w:ascii="Times New Roman" w:hAnsi="Times New Roman" w:cs="Times New Roman"/>
        </w:rPr>
        <w:t xml:space="preserve"> Composite Materials | 2025</w:t>
      </w:r>
      <w:r>
        <w:rPr>
          <w:rFonts w:ascii="Times New Roman" w:hAnsi="Times New Roman" w:cs="Times New Roman"/>
        </w:rPr>
        <w:t xml:space="preserve"> </w:t>
      </w:r>
      <w:r w:rsidRPr="004A78E7">
        <w:rPr>
          <w:rFonts w:ascii="Times New Roman" w:hAnsi="Times New Roman" w:cs="Times New Roman"/>
        </w:rPr>
        <w:t>| https://www.scopus.com/pages/publications/105028933639?origin=resultslist | Scopus</w:t>
      </w:r>
      <w:r>
        <w:rPr>
          <w:rFonts w:ascii="Times New Roman" w:hAnsi="Times New Roman" w:cs="Times New Roman"/>
        </w:rPr>
        <w:t>|</w:t>
      </w:r>
    </w:p>
    <w:p w14:paraId="401661F8" w14:textId="0FF30AA6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Ayyappa R. | Cybersecurity risk assessment using artificial intelligence and machine</w:t>
      </w:r>
      <w:r>
        <w:rPr>
          <w:rFonts w:ascii="Times New Roman" w:hAnsi="Times New Roman" w:cs="Times New Roman"/>
        </w:rPr>
        <w:t xml:space="preserve"> </w:t>
      </w:r>
      <w:r w:rsidRPr="004A78E7">
        <w:rPr>
          <w:rFonts w:ascii="Times New Roman" w:hAnsi="Times New Roman" w:cs="Times New Roman"/>
        </w:rPr>
        <w:t>learning</w:t>
      </w:r>
      <w:r>
        <w:rPr>
          <w:rFonts w:ascii="Times New Roman" w:hAnsi="Times New Roman" w:cs="Times New Roman"/>
        </w:rPr>
        <w:t xml:space="preserve"> </w:t>
      </w:r>
      <w:r w:rsidRPr="004A78E7">
        <w:rPr>
          <w:rFonts w:ascii="Times New Roman" w:hAnsi="Times New Roman" w:cs="Times New Roman"/>
        </w:rPr>
        <w:t>|</w:t>
      </w:r>
      <w:r>
        <w:rPr>
          <w:rFonts w:ascii="Times New Roman" w:hAnsi="Times New Roman" w:cs="Times New Roman"/>
        </w:rPr>
        <w:t xml:space="preserve"> </w:t>
      </w:r>
      <w:r w:rsidRPr="004A78E7"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 xml:space="preserve"> </w:t>
      </w:r>
      <w:r w:rsidRPr="004A78E7">
        <w:rPr>
          <w:rFonts w:ascii="Times New Roman" w:hAnsi="Times New Roman" w:cs="Times New Roman"/>
        </w:rPr>
        <w:t>|</w:t>
      </w:r>
      <w:r>
        <w:rPr>
          <w:rFonts w:ascii="Times New Roman" w:hAnsi="Times New Roman" w:cs="Times New Roman"/>
        </w:rPr>
        <w:t xml:space="preserve"> </w:t>
      </w:r>
      <w:r w:rsidRPr="004A78E7">
        <w:rPr>
          <w:rFonts w:ascii="Times New Roman" w:hAnsi="Times New Roman" w:cs="Times New Roman"/>
        </w:rPr>
        <w:t>https://www.scopus.com/pages/publications/105028304951?origin=resultslist | Scopus</w:t>
      </w:r>
      <w:r>
        <w:rPr>
          <w:rFonts w:ascii="Times New Roman" w:hAnsi="Times New Roman" w:cs="Times New Roman"/>
        </w:rPr>
        <w:t>|</w:t>
      </w:r>
    </w:p>
    <w:p w14:paraId="35B93086" w14:textId="26B05B68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Mary S.A. | Fusion of Multimodal Medical Images in Transform Domain Using Homomorphic Filtering and Statistical Fusion Rules | 2025 | https://www.scopus.com/pages/publications/105023306278?origin=resultslist | Scopus</w:t>
      </w:r>
    </w:p>
    <w:p w14:paraId="1C875ED2" w14:textId="3B3465BD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Anand E.E. | Artificial intelligence and machine learning in healthcare cybersecurity of current applications and future directions | 2025 |  |  | https://www.scopus.com/pages/publications/105028245139?origin=resultslist | Scopus</w:t>
      </w:r>
    </w:p>
    <w:p w14:paraId="104D6579" w14:textId="4D1261B6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Senthilkumar K. | Quantum-Driven Supply Chain Optimisation: Revolutionising Logistics with Blockchain and Quantum Computing | 2025 |  |  | https://www.scopus.com/pages/publications/105023276361?origin=resultslist | Scopus</w:t>
      </w:r>
    </w:p>
    <w:p w14:paraId="043A9BDE" w14:textId="5090F016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Hussain S. | Intelligent intrusion detection systems: AI-driven cybersecurity solutions | 2025 |  |  | https://www.scopus.com/pages/publications/105028331081?origin=resultslist | Scopus</w:t>
      </w:r>
    </w:p>
    <w:p w14:paraId="577A3D02" w14:textId="51EF69AD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Rahul T. | Ultra-Low Power 7T SRAM Design with Power Gating for Energy-Constrained Edge Systems | 2026 |  |  | https://www.scopus.com/pages/publications/105041608730?origin=resultslist | Scopus</w:t>
      </w:r>
    </w:p>
    <w:p w14:paraId="078359C2" w14:textId="5B43C99A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proofErr w:type="spellStart"/>
      <w:r w:rsidRPr="004A78E7">
        <w:rPr>
          <w:rFonts w:ascii="Times New Roman" w:hAnsi="Times New Roman" w:cs="Times New Roman"/>
        </w:rPr>
        <w:t>Sendhooran</w:t>
      </w:r>
      <w:proofErr w:type="spellEnd"/>
      <w:r w:rsidRPr="004A78E7">
        <w:rPr>
          <w:rFonts w:ascii="Times New Roman" w:hAnsi="Times New Roman" w:cs="Times New Roman"/>
        </w:rPr>
        <w:t xml:space="preserve"> A. | Enhancing Healthcare Security: Integrating Blockchain and Cloud Storage for Medicine Management and Organ Donation | 2025 |  |  | https://www.scopus.com/pages/publications/105028255717?origin=resultslist | Scopus</w:t>
      </w:r>
    </w:p>
    <w:p w14:paraId="55172DC2" w14:textId="6FD42CC8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Vijay M. | ML-Optimized THz-Band Massive MIMO Architecture for Energy-Efficient 6G Communication | 2026 |  |  | https://www.scopus.com/pages/publications/105040836639?origin=resultslist | Scopus</w:t>
      </w:r>
    </w:p>
    <w:p w14:paraId="754353D9" w14:textId="6AE7BF55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Raja E. | Design, Prototyping, and Analysis of an IoT-Enabled MIMO Antenna for Future Wireless Communication Systems | 2025 |  |  | https://www.scopus.com/pages/publications/105020573024?origin=resultslist | Scopus</w:t>
      </w:r>
    </w:p>
    <w:p w14:paraId="32F4AD02" w14:textId="68ECA8F8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 xml:space="preserve">Anitha M. | Synergistic Integration of Morphological and Spectral Features for Enhanced Rice Leaf Disease Classification | 2025 |  |  | </w:t>
      </w:r>
      <w:r w:rsidRPr="004A78E7">
        <w:rPr>
          <w:rFonts w:ascii="Times New Roman" w:hAnsi="Times New Roman" w:cs="Times New Roman"/>
        </w:rPr>
        <w:lastRenderedPageBreak/>
        <w:t>https://www.scopus.com/pages/publications/105023317398?origin=resultslist | Scopus</w:t>
      </w:r>
    </w:p>
    <w:p w14:paraId="6F9E0542" w14:textId="341E2751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Sethuraj D.P. | Multi-modal medical image diagnosis through LIME with explainable AI | 2025 |  |  | https://www.scopus.com/pages/publications/105028306498?origin=resultslist | Scopus</w:t>
      </w:r>
    </w:p>
    <w:p w14:paraId="1C3CA585" w14:textId="22BA1514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Kannan C.R. | Effect of different filler materials on the performance of Gas Tungsten Inert Gas welded joints of HSLA 950C and DSS 2205 | 2025 |  |  | https://www.scopus.com/pages/publications/105042300044?origin=resultslist | Scopus</w:t>
      </w:r>
    </w:p>
    <w:p w14:paraId="5DA6B28F" w14:textId="2DF3FD88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Mahalingam S. | A Comparative Approach to Multi-response Optimization for AWJM of Monel 400 Alloys Using Hybrid Metaheuristic-MCDM Techniques | 2025 |  |  | https://www.scopus.com/pages/publications/105013469814?origin=resultslist | Scopus</w:t>
      </w:r>
    </w:p>
    <w:p w14:paraId="5F1D1095" w14:textId="455B4110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proofErr w:type="spellStart"/>
      <w:r w:rsidRPr="004A78E7">
        <w:rPr>
          <w:rFonts w:ascii="Times New Roman" w:hAnsi="Times New Roman" w:cs="Times New Roman"/>
        </w:rPr>
        <w:t>Chellaswamy</w:t>
      </w:r>
      <w:proofErr w:type="spellEnd"/>
      <w:r w:rsidRPr="004A78E7">
        <w:rPr>
          <w:rFonts w:ascii="Times New Roman" w:hAnsi="Times New Roman" w:cs="Times New Roman"/>
        </w:rPr>
        <w:t xml:space="preserve"> C. | Hybrid Random Forest-Reinforcement Learning Framework for Efficient Verification of PCIe 6.0 SoC Designs | 2026 |  |  | https://www.scopus.com/pages/publications/105041870654?origin=resultslist | Scopus</w:t>
      </w:r>
    </w:p>
    <w:p w14:paraId="79120EE6" w14:textId="4C6BE081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Rani A.J.M. | Diagnosis of breast cancer disease using optimized artificial neural network based classification method | 2025 |  |  | https://www.scopus.com/pages/publications/105028328842?origin=resultslist | Scopus</w:t>
      </w:r>
    </w:p>
    <w:p w14:paraId="44D2878A" w14:textId="091577E1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Kumar S.M. | Adaptive Protection Schemes for Renewable-Dominated Grid | 2026 |  |  | https://www.scopus.com/pages/publications/105036393230?origin=resultslist | Scopus</w:t>
      </w:r>
    </w:p>
    <w:p w14:paraId="5BA687E2" w14:textId="1CA75075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proofErr w:type="spellStart"/>
      <w:r w:rsidRPr="004A78E7">
        <w:rPr>
          <w:rFonts w:ascii="Times New Roman" w:hAnsi="Times New Roman" w:cs="Times New Roman"/>
        </w:rPr>
        <w:t>Thaha</w:t>
      </w:r>
      <w:proofErr w:type="spellEnd"/>
      <w:r w:rsidRPr="004A78E7">
        <w:rPr>
          <w:rFonts w:ascii="Times New Roman" w:hAnsi="Times New Roman" w:cs="Times New Roman"/>
        </w:rPr>
        <w:t xml:space="preserve"> H.M. | Vision Transformer based Defect Detection System for Tyre Mould Surfaces | 2026 |  |  | https://www.scopus.com/pages/publications/105041654544?origin=resultslist | Scopus</w:t>
      </w:r>
    </w:p>
    <w:p w14:paraId="1EB7BF45" w14:textId="01C21F47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| Hybrid Charging System for Electric Vehicles Using High-Frequency Transformer Integration | 2025 |  |  | https://www.scopus.com/pages/publications/105030545866?origin=resultslist | Scopus</w:t>
      </w:r>
    </w:p>
    <w:p w14:paraId="0A318F90" w14:textId="465B65B9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Sagayam K.M. | Early Identification of Diabetic Retinopathy from Fundus Images Using a Multi-scale Feature Fusion Network Built on MobileNetV3 | 2025 |  |  | https://www.scopus.com/pages/publications/105028319458?origin=resultslist | Scopus</w:t>
      </w:r>
    </w:p>
    <w:p w14:paraId="2A5D4475" w14:textId="1835F9FE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 xml:space="preserve">Maheswari R.K. | Distributed Holographic Synchronization Algorithm for Cooperative Autonomous Underwater Exploration Robots | 2026 |  |  | </w:t>
      </w:r>
      <w:r w:rsidRPr="004A78E7">
        <w:rPr>
          <w:rFonts w:ascii="Times New Roman" w:hAnsi="Times New Roman" w:cs="Times New Roman"/>
        </w:rPr>
        <w:lastRenderedPageBreak/>
        <w:t>https://www.scopus.com/pages/publications/105041860611?origin=resultslist | Scopus</w:t>
      </w:r>
    </w:p>
    <w:p w14:paraId="5717F85F" w14:textId="1065839D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Aarthy C. | Real-Time Coconut Tree Disease Detection and Management Using YOLOv8 | 2026 |  |  | https://www.scopus.com/pages/publications/105041257008?origin=resultslist | Scopus</w:t>
      </w:r>
    </w:p>
    <w:p w14:paraId="4DA0335F" w14:textId="6FD83DCE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Saraswathi G. | Battery-Free IoT Nodes for Long-Lifetime Wireless Sensor Networks | 2026 |  |  | https://www.scopus.com/pages/publications/105041644522?origin=resultslist | Scopus</w:t>
      </w:r>
    </w:p>
    <w:p w14:paraId="15DF9BB5" w14:textId="2EDDB089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Rani M.K. | Face Detection in Real World Environment Using Deep Learning Model | 2026 |  |  | https://www.scopus.com/pages/publications/105041818448?origin=resultslist | Scopus</w:t>
      </w:r>
    </w:p>
    <w:p w14:paraId="3E651A36" w14:textId="1611FD70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Kannan C.R. | Influence of boron carbide and graphite reinforcements on the coefficient of friction of LM13-based hybrid aluminium metal matrix composites | 2025 |  |  | https://www.scopus.com/pages/publications/105042325334?origin=resultslist | Scopus</w:t>
      </w:r>
    </w:p>
    <w:p w14:paraId="47AB70F1" w14:textId="33F5533A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Selvan P.T. | A Compact Frequency-Reconfigurable Antenna for Broadband and Multiband Wireless Systems | 2026 |  |  | https://www.scopus.com/pages/publications/105041984077?origin=resultslist | Scopus</w:t>
      </w:r>
    </w:p>
    <w:p w14:paraId="1718B9E6" w14:textId="403C3FF2" w:rsidR="004A78E7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A78E7">
        <w:rPr>
          <w:rFonts w:ascii="Times New Roman" w:hAnsi="Times New Roman" w:cs="Times New Roman"/>
        </w:rPr>
        <w:t>Revathy S. | An artificial intelligence (AI)-based cyber security system for managing financial sector | 2025 |  |  | https://www.scopus.com/pages/publications/105028317013?origin=resultslist | Scopus</w:t>
      </w:r>
    </w:p>
    <w:p w14:paraId="711ECC6F" w14:textId="4C06EA05" w:rsidR="00E20521" w:rsidRPr="004A78E7" w:rsidRDefault="004A78E7" w:rsidP="004A78E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proofErr w:type="spellStart"/>
      <w:r w:rsidRPr="004A78E7">
        <w:rPr>
          <w:rFonts w:ascii="Times New Roman" w:hAnsi="Times New Roman" w:cs="Times New Roman"/>
        </w:rPr>
        <w:t>Brucely</w:t>
      </w:r>
      <w:proofErr w:type="spellEnd"/>
      <w:r w:rsidRPr="004A78E7">
        <w:rPr>
          <w:rFonts w:ascii="Times New Roman" w:hAnsi="Times New Roman" w:cs="Times New Roman"/>
        </w:rPr>
        <w:t xml:space="preserve"> Y. | Investigating the Impact of B4C Addition on Al7075 with Gr Hybrid Composite | 2025 |  |  | https://www.scopus.com/pages/publications/105028943480?origin=resultslist | Scopus</w:t>
      </w:r>
    </w:p>
    <w:sectPr w:rsidR="00E20521" w:rsidRPr="004A78E7" w:rsidSect="009038AC">
      <w:headerReference w:type="default" r:id="rId7"/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97CC8" w14:textId="77777777" w:rsidR="00381DCA" w:rsidRDefault="00381DCA" w:rsidP="00A8471B">
      <w:pPr>
        <w:spacing w:after="0" w:line="240" w:lineRule="auto"/>
      </w:pPr>
      <w:r>
        <w:separator/>
      </w:r>
    </w:p>
  </w:endnote>
  <w:endnote w:type="continuationSeparator" w:id="0">
    <w:p w14:paraId="576F1919" w14:textId="77777777" w:rsidR="00381DCA" w:rsidRDefault="00381DCA" w:rsidP="00A8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CBBF13" w14:textId="032E5AA3" w:rsidR="00074143" w:rsidRDefault="00074143">
    <w:pPr>
      <w:pStyle w:val="Footer"/>
    </w:pPr>
    <w:r>
      <w:rPr>
        <w:noProof/>
        <w:lang w:eastAsia="en-IN"/>
      </w:rPr>
      <w:drawing>
        <wp:anchor distT="0" distB="0" distL="114300" distR="114300" simplePos="0" relativeHeight="251665408" behindDoc="0" locked="0" layoutInCell="1" allowOverlap="1" wp14:anchorId="2457CA27" wp14:editId="656EA6EE">
          <wp:simplePos x="0" y="0"/>
          <wp:positionH relativeFrom="column">
            <wp:posOffset>5550535</wp:posOffset>
          </wp:positionH>
          <wp:positionV relativeFrom="paragraph">
            <wp:posOffset>-541020</wp:posOffset>
          </wp:positionV>
          <wp:extent cx="900351" cy="974950"/>
          <wp:effectExtent l="0" t="0" r="0" b="0"/>
          <wp:wrapNone/>
          <wp:docPr id="181200812" name="Image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 7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0351" cy="974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IN"/>
      </w:rPr>
      <w:drawing>
        <wp:anchor distT="0" distB="0" distL="114300" distR="114300" simplePos="0" relativeHeight="251663360" behindDoc="0" locked="0" layoutInCell="1" allowOverlap="1" wp14:anchorId="182D591A" wp14:editId="674AAF38">
          <wp:simplePos x="0" y="0"/>
          <wp:positionH relativeFrom="column">
            <wp:posOffset>-731520</wp:posOffset>
          </wp:positionH>
          <wp:positionV relativeFrom="paragraph">
            <wp:posOffset>-523498</wp:posOffset>
          </wp:positionV>
          <wp:extent cx="900351" cy="974950"/>
          <wp:effectExtent l="0" t="0" r="0" b="0"/>
          <wp:wrapNone/>
          <wp:docPr id="69" name="Image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 6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0351" cy="974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0ECB1A" w14:textId="77777777" w:rsidR="00381DCA" w:rsidRDefault="00381DCA" w:rsidP="00A8471B">
      <w:pPr>
        <w:spacing w:after="0" w:line="240" w:lineRule="auto"/>
      </w:pPr>
      <w:r>
        <w:separator/>
      </w:r>
    </w:p>
  </w:footnote>
  <w:footnote w:type="continuationSeparator" w:id="0">
    <w:p w14:paraId="3C501FA4" w14:textId="77777777" w:rsidR="00381DCA" w:rsidRDefault="00381DCA" w:rsidP="00A8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5EDB94" w14:textId="13115F5F" w:rsidR="00DE452A" w:rsidRPr="00183B17" w:rsidRDefault="009038AC" w:rsidP="00DE452A">
    <w:pPr>
      <w:pStyle w:val="Header"/>
      <w:tabs>
        <w:tab w:val="clear" w:pos="4513"/>
        <w:tab w:val="clear" w:pos="9026"/>
        <w:tab w:val="left" w:pos="3552"/>
      </w:tabs>
      <w:jc w:val="center"/>
      <w:rPr>
        <w:rFonts w:ascii="Times New Roman" w:hAnsi="Times New Roman" w:cs="Times New Roman"/>
        <w:b/>
        <w:bCs/>
        <w:color w:val="001F5F"/>
      </w:rPr>
    </w:pPr>
    <w:r>
      <w:rPr>
        <w:noProof/>
        <w:lang w:eastAsia="en-IN"/>
      </w:rPr>
      <w:drawing>
        <wp:anchor distT="0" distB="0" distL="114300" distR="114300" simplePos="0" relativeHeight="251669504" behindDoc="0" locked="0" layoutInCell="1" allowOverlap="1" wp14:anchorId="24DA5B68" wp14:editId="0E5782BA">
          <wp:simplePos x="0" y="0"/>
          <wp:positionH relativeFrom="column">
            <wp:posOffset>5600700</wp:posOffset>
          </wp:positionH>
          <wp:positionV relativeFrom="paragraph">
            <wp:posOffset>-259715</wp:posOffset>
          </wp:positionV>
          <wp:extent cx="822253" cy="891729"/>
          <wp:effectExtent l="0" t="0" r="0" b="0"/>
          <wp:wrapNone/>
          <wp:docPr id="68" name="Image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 6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2253" cy="891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IN"/>
      </w:rPr>
      <w:drawing>
        <wp:anchor distT="0" distB="0" distL="114300" distR="114300" simplePos="0" relativeHeight="251667456" behindDoc="0" locked="0" layoutInCell="1" allowOverlap="1" wp14:anchorId="047E7D10" wp14:editId="38509B17">
          <wp:simplePos x="0" y="0"/>
          <wp:positionH relativeFrom="column">
            <wp:posOffset>-670560</wp:posOffset>
          </wp:positionH>
          <wp:positionV relativeFrom="paragraph">
            <wp:posOffset>-282575</wp:posOffset>
          </wp:positionV>
          <wp:extent cx="822253" cy="891729"/>
          <wp:effectExtent l="0" t="0" r="0" b="0"/>
          <wp:wrapNone/>
          <wp:docPr id="67" name="Image 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Image 6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2253" cy="891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14A80"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82EB8E" wp14:editId="5284A91A">
              <wp:simplePos x="0" y="0"/>
              <wp:positionH relativeFrom="margin">
                <wp:align>center</wp:align>
              </wp:positionH>
              <wp:positionV relativeFrom="paragraph">
                <wp:posOffset>-335915</wp:posOffset>
              </wp:positionV>
              <wp:extent cx="7219950" cy="10394950"/>
              <wp:effectExtent l="38100" t="38100" r="57150" b="63500"/>
              <wp:wrapNone/>
              <wp:docPr id="66" name="Graphic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9950" cy="103949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20584" h="10311765">
                            <a:moveTo>
                              <a:pt x="0" y="10311765"/>
                            </a:moveTo>
                            <a:lnTo>
                              <a:pt x="7220584" y="10311765"/>
                            </a:lnTo>
                            <a:lnTo>
                              <a:pt x="7220584" y="0"/>
                            </a:lnTo>
                            <a:lnTo>
                              <a:pt x="0" y="0"/>
                            </a:lnTo>
                            <a:lnTo>
                              <a:pt x="0" y="10311765"/>
                            </a:lnTo>
                            <a:close/>
                          </a:path>
                        </a:pathLst>
                      </a:custGeom>
                      <a:ln w="90801">
                        <a:solidFill>
                          <a:srgbClr val="80170C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B301F69" id="Graphic 66" o:spid="_x0000_s1026" style="position:absolute;margin-left:0;margin-top:-26.45pt;width:568.5pt;height:818.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7220584,1031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" path="m,10311765r7220584,l7220584,,,,,10311765xe" filled="f" strokecolor="#80170c" strokeweight="2.52225mm">
              <v:path arrowok="t"/>
              <w10:wrap anchorx="margin"/>
            </v:shape>
          </w:pict>
        </mc:Fallback>
      </mc:AlternateContent>
    </w:r>
    <w:r w:rsidR="00183B17">
      <w:rPr>
        <w:noProof/>
        <w:lang w:eastAsia="en-I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A4D08CC" wp14:editId="64C66795">
              <wp:simplePos x="0" y="0"/>
              <wp:positionH relativeFrom="margin">
                <wp:posOffset>-342900</wp:posOffset>
              </wp:positionH>
              <wp:positionV relativeFrom="paragraph">
                <wp:posOffset>-7620</wp:posOffset>
              </wp:positionV>
              <wp:extent cx="2072640" cy="335280"/>
              <wp:effectExtent l="0" t="0" r="3810" b="7620"/>
              <wp:wrapNone/>
              <wp:docPr id="1695140380" name="Group 16951403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72640" cy="335280"/>
                        <a:chOff x="0" y="0"/>
                        <a:chExt cx="4366259" cy="909827"/>
                      </a:xfrm>
                    </wpg:grpSpPr>
                    <pic:pic xmlns:pic="http://schemas.openxmlformats.org/drawingml/2006/picture">
                      <pic:nvPicPr>
                        <pic:cNvPr id="750668313" name="Image 2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0964" cy="90982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2009906" name="Image 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83635" y="12191"/>
                          <a:ext cx="1182624" cy="8823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FA5C564" id="Group 1695140380" o:spid="_x0000_s1026" style="position:absolute;margin-left:-27pt;margin-top:-.6pt;width:163.2pt;height:26.4pt;z-index:251659264;mso-position-horizontal-relative:margin;mso-width-relative:margin;mso-height-relative:margin" coordsize="43662,9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31409;height:9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">
                <v:imagedata r:id="rId5" o:title=""/>
              </v:shape>
              <v:shape id="Image 3" o:spid="_x0000_s1028" type="#_x0000_t75" style="position:absolute;left:31836;top:121;width:11826;height:8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">
                <v:imagedata r:id="rId6" o:title=""/>
              </v:shape>
              <w10:wrap anchorx="margin"/>
            </v:group>
          </w:pict>
        </mc:Fallback>
      </mc:AlternateContent>
    </w:r>
    <w:r w:rsidR="00DE452A">
      <w:rPr>
        <w:rFonts w:ascii="Times New Roman" w:hAnsi="Times New Roman" w:cs="Times New Roman"/>
        <w:color w:val="001F5F"/>
      </w:rPr>
      <w:t xml:space="preserve">          </w:t>
    </w:r>
    <w:r w:rsidR="00DE452A" w:rsidRPr="00183B17">
      <w:rPr>
        <w:rFonts w:ascii="Times New Roman" w:hAnsi="Times New Roman" w:cs="Times New Roman"/>
        <w:b/>
        <w:bCs/>
        <w:color w:val="001F5F"/>
      </w:rPr>
      <w:t>SRM</w:t>
    </w:r>
    <w:r w:rsidR="00DE452A" w:rsidRPr="00183B17">
      <w:rPr>
        <w:rFonts w:ascii="Times New Roman" w:hAnsi="Times New Roman" w:cs="Times New Roman"/>
        <w:b/>
        <w:bCs/>
        <w:color w:val="001F5F"/>
        <w:spacing w:val="-20"/>
      </w:rPr>
      <w:t xml:space="preserve"> </w:t>
    </w:r>
    <w:r w:rsidR="00DE452A" w:rsidRPr="00183B17">
      <w:rPr>
        <w:rFonts w:ascii="Times New Roman" w:hAnsi="Times New Roman" w:cs="Times New Roman"/>
        <w:b/>
        <w:bCs/>
        <w:color w:val="001F5F"/>
      </w:rPr>
      <w:t>TRP</w:t>
    </w:r>
    <w:r w:rsidR="00DE452A" w:rsidRPr="00183B17">
      <w:rPr>
        <w:rFonts w:ascii="Times New Roman" w:hAnsi="Times New Roman" w:cs="Times New Roman"/>
        <w:b/>
        <w:bCs/>
        <w:color w:val="001F5F"/>
        <w:spacing w:val="-20"/>
      </w:rPr>
      <w:t xml:space="preserve"> </w:t>
    </w:r>
    <w:r w:rsidR="00DE452A" w:rsidRPr="00183B17">
      <w:rPr>
        <w:rFonts w:ascii="Times New Roman" w:hAnsi="Times New Roman" w:cs="Times New Roman"/>
        <w:b/>
        <w:bCs/>
        <w:color w:val="001F5F"/>
      </w:rPr>
      <w:t>ENGINEERING</w:t>
    </w:r>
    <w:r w:rsidR="00DE452A" w:rsidRPr="00183B17">
      <w:rPr>
        <w:rFonts w:ascii="Times New Roman" w:hAnsi="Times New Roman" w:cs="Times New Roman"/>
        <w:b/>
        <w:bCs/>
        <w:color w:val="001F5F"/>
        <w:spacing w:val="-15"/>
      </w:rPr>
      <w:t xml:space="preserve"> </w:t>
    </w:r>
    <w:r w:rsidR="00DE452A" w:rsidRPr="00183B17">
      <w:rPr>
        <w:rFonts w:ascii="Times New Roman" w:hAnsi="Times New Roman" w:cs="Times New Roman"/>
        <w:b/>
        <w:bCs/>
        <w:color w:val="001F5F"/>
      </w:rPr>
      <w:t xml:space="preserve">COLLEGE </w:t>
    </w:r>
  </w:p>
  <w:p w14:paraId="181D7A6F" w14:textId="0CCBDFCD" w:rsidR="00DE452A" w:rsidRPr="00183B17" w:rsidRDefault="00DE452A" w:rsidP="00DE452A">
    <w:pPr>
      <w:pStyle w:val="Header"/>
      <w:tabs>
        <w:tab w:val="clear" w:pos="4513"/>
        <w:tab w:val="clear" w:pos="9026"/>
        <w:tab w:val="left" w:pos="3552"/>
      </w:tabs>
      <w:jc w:val="center"/>
      <w:rPr>
        <w:rFonts w:ascii="Times New Roman" w:hAnsi="Times New Roman" w:cs="Times New Roman"/>
        <w:b/>
        <w:bCs/>
      </w:rPr>
    </w:pPr>
    <w:r w:rsidRPr="00183B17">
      <w:rPr>
        <w:rFonts w:ascii="Times New Roman" w:hAnsi="Times New Roman" w:cs="Times New Roman"/>
        <w:b/>
        <w:bCs/>
        <w:color w:val="001F5F"/>
      </w:rPr>
      <w:t xml:space="preserve">          IRUNGALUR, TRICHY – 621 105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9AA428B"/>
    <w:multiLevelType w:val="hybridMultilevel"/>
    <w:tmpl w:val="300CA40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ED20F6"/>
    <w:multiLevelType w:val="hybridMultilevel"/>
    <w:tmpl w:val="FE56E14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7584CB4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B319A0"/>
    <w:multiLevelType w:val="hybridMultilevel"/>
    <w:tmpl w:val="89C49D5A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3D87BCC"/>
    <w:multiLevelType w:val="hybridMultilevel"/>
    <w:tmpl w:val="4626985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DC7FBD"/>
    <w:multiLevelType w:val="hybridMultilevel"/>
    <w:tmpl w:val="A1BC560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0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3E"/>
    <w:rsid w:val="00014A80"/>
    <w:rsid w:val="00017458"/>
    <w:rsid w:val="00020F86"/>
    <w:rsid w:val="000732C1"/>
    <w:rsid w:val="00074143"/>
    <w:rsid w:val="00081A94"/>
    <w:rsid w:val="000F59DB"/>
    <w:rsid w:val="001073B6"/>
    <w:rsid w:val="001076D5"/>
    <w:rsid w:val="00114C5B"/>
    <w:rsid w:val="00122F52"/>
    <w:rsid w:val="00183B17"/>
    <w:rsid w:val="001C1C55"/>
    <w:rsid w:val="001D3EF4"/>
    <w:rsid w:val="002527D9"/>
    <w:rsid w:val="0027303A"/>
    <w:rsid w:val="002E4465"/>
    <w:rsid w:val="003455E2"/>
    <w:rsid w:val="00357770"/>
    <w:rsid w:val="00381DCA"/>
    <w:rsid w:val="003A67A5"/>
    <w:rsid w:val="00407E5B"/>
    <w:rsid w:val="004403F9"/>
    <w:rsid w:val="0044133C"/>
    <w:rsid w:val="004A78E7"/>
    <w:rsid w:val="004C66EA"/>
    <w:rsid w:val="004D3B77"/>
    <w:rsid w:val="0050519F"/>
    <w:rsid w:val="00532F66"/>
    <w:rsid w:val="00540CF0"/>
    <w:rsid w:val="005669DE"/>
    <w:rsid w:val="00566FDF"/>
    <w:rsid w:val="005B1C86"/>
    <w:rsid w:val="005E2C5C"/>
    <w:rsid w:val="00603C9D"/>
    <w:rsid w:val="00637D57"/>
    <w:rsid w:val="006D297C"/>
    <w:rsid w:val="00754A48"/>
    <w:rsid w:val="00761971"/>
    <w:rsid w:val="00772D21"/>
    <w:rsid w:val="007A6AF8"/>
    <w:rsid w:val="0081638E"/>
    <w:rsid w:val="00832680"/>
    <w:rsid w:val="008846BF"/>
    <w:rsid w:val="008A0CAA"/>
    <w:rsid w:val="008A732E"/>
    <w:rsid w:val="008E3375"/>
    <w:rsid w:val="008F0C59"/>
    <w:rsid w:val="008F425F"/>
    <w:rsid w:val="009038AC"/>
    <w:rsid w:val="00903F3E"/>
    <w:rsid w:val="00922628"/>
    <w:rsid w:val="00965BED"/>
    <w:rsid w:val="00971636"/>
    <w:rsid w:val="00982C06"/>
    <w:rsid w:val="009D4124"/>
    <w:rsid w:val="009F57F7"/>
    <w:rsid w:val="00A8471B"/>
    <w:rsid w:val="00A93B64"/>
    <w:rsid w:val="00AC0491"/>
    <w:rsid w:val="00B02812"/>
    <w:rsid w:val="00B45D1B"/>
    <w:rsid w:val="00B46313"/>
    <w:rsid w:val="00BB3AA5"/>
    <w:rsid w:val="00BE35AB"/>
    <w:rsid w:val="00C223F8"/>
    <w:rsid w:val="00C545C6"/>
    <w:rsid w:val="00CA1D73"/>
    <w:rsid w:val="00CB7A41"/>
    <w:rsid w:val="00CC27AA"/>
    <w:rsid w:val="00CC4CFC"/>
    <w:rsid w:val="00CC6E54"/>
    <w:rsid w:val="00CD0101"/>
    <w:rsid w:val="00CD519A"/>
    <w:rsid w:val="00D07D2D"/>
    <w:rsid w:val="00D10075"/>
    <w:rsid w:val="00D13FDA"/>
    <w:rsid w:val="00D26845"/>
    <w:rsid w:val="00DB16C5"/>
    <w:rsid w:val="00DE452A"/>
    <w:rsid w:val="00E20521"/>
    <w:rsid w:val="00E25AFC"/>
    <w:rsid w:val="00E4563C"/>
    <w:rsid w:val="00EA1079"/>
    <w:rsid w:val="00EC115A"/>
    <w:rsid w:val="00ED1A72"/>
    <w:rsid w:val="00ED72A1"/>
    <w:rsid w:val="00ED7BA9"/>
    <w:rsid w:val="00EF09E5"/>
    <w:rsid w:val="00F0067B"/>
    <w:rsid w:val="00F122C8"/>
    <w:rsid w:val="00F25E05"/>
    <w:rsid w:val="00F32A7F"/>
    <w:rsid w:val="00F51FAA"/>
    <w:rsid w:val="00FD41CA"/>
    <w:rsid w:val="00FF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3EE22"/>
  <w15:chartTrackingRefBased/>
  <w15:docId w15:val="{52B0262D-CD57-4598-939C-5DA5948B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3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3F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F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F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03F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3F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F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F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F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F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F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F3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4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71B"/>
  </w:style>
  <w:style w:type="paragraph" w:styleId="Footer">
    <w:name w:val="footer"/>
    <w:basedOn w:val="Normal"/>
    <w:link w:val="FooterChar"/>
    <w:uiPriority w:val="99"/>
    <w:unhideWhenUsed/>
    <w:rsid w:val="00A84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71B"/>
  </w:style>
  <w:style w:type="paragraph" w:styleId="NoSpacing">
    <w:name w:val="No Spacing"/>
    <w:uiPriority w:val="1"/>
    <w:qFormat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183B17"/>
    <w:pPr>
      <w:spacing w:after="12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183B1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183B17"/>
    <w:pPr>
      <w:spacing w:after="120" w:line="48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183B1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183B17"/>
    <w:pPr>
      <w:spacing w:after="120" w:line="276" w:lineRule="auto"/>
    </w:pPr>
    <w:rPr>
      <w:rFonts w:eastAsiaTheme="minorEastAsia"/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183B17"/>
    <w:rPr>
      <w:rFonts w:eastAsiaTheme="minorEastAsia"/>
      <w:kern w:val="0"/>
      <w:sz w:val="16"/>
      <w:szCs w:val="16"/>
      <w:lang w:val="en-US"/>
      <w14:ligatures w14:val="none"/>
    </w:rPr>
  </w:style>
  <w:style w:type="paragraph" w:styleId="List">
    <w:name w:val="List"/>
    <w:basedOn w:val="Normal"/>
    <w:uiPriority w:val="99"/>
    <w:unhideWhenUsed/>
    <w:rsid w:val="00183B17"/>
    <w:pPr>
      <w:spacing w:after="200" w:line="276" w:lineRule="auto"/>
      <w:ind w:left="360" w:hanging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2">
    <w:name w:val="List 2"/>
    <w:basedOn w:val="Normal"/>
    <w:uiPriority w:val="99"/>
    <w:unhideWhenUsed/>
    <w:rsid w:val="00183B17"/>
    <w:pPr>
      <w:spacing w:after="200" w:line="276" w:lineRule="auto"/>
      <w:ind w:left="720" w:hanging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3">
    <w:name w:val="List 3"/>
    <w:basedOn w:val="Normal"/>
    <w:uiPriority w:val="99"/>
    <w:unhideWhenUsed/>
    <w:rsid w:val="00183B17"/>
    <w:pPr>
      <w:spacing w:after="200" w:line="276" w:lineRule="auto"/>
      <w:ind w:left="1080" w:hanging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183B17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Bullet2">
    <w:name w:val="List Bullet 2"/>
    <w:basedOn w:val="Normal"/>
    <w:uiPriority w:val="99"/>
    <w:unhideWhenUsed/>
    <w:rsid w:val="00183B17"/>
    <w:pPr>
      <w:numPr>
        <w:numId w:val="2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Bullet3">
    <w:name w:val="List Bullet 3"/>
    <w:basedOn w:val="Normal"/>
    <w:uiPriority w:val="99"/>
    <w:unhideWhenUsed/>
    <w:rsid w:val="00183B17"/>
    <w:pPr>
      <w:numPr>
        <w:numId w:val="3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Number">
    <w:name w:val="List Number"/>
    <w:basedOn w:val="Normal"/>
    <w:uiPriority w:val="99"/>
    <w:unhideWhenUsed/>
    <w:rsid w:val="00183B17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Number2">
    <w:name w:val="List Number 2"/>
    <w:basedOn w:val="Normal"/>
    <w:uiPriority w:val="99"/>
    <w:unhideWhenUsed/>
    <w:rsid w:val="00183B17"/>
    <w:pPr>
      <w:numPr>
        <w:numId w:val="6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Number3">
    <w:name w:val="List Number 3"/>
    <w:basedOn w:val="Normal"/>
    <w:uiPriority w:val="99"/>
    <w:unhideWhenUsed/>
    <w:rsid w:val="00183B17"/>
    <w:pPr>
      <w:numPr>
        <w:numId w:val="7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Continue">
    <w:name w:val="List Continue"/>
    <w:basedOn w:val="Normal"/>
    <w:uiPriority w:val="99"/>
    <w:unhideWhenUsed/>
    <w:rsid w:val="00183B17"/>
    <w:pPr>
      <w:spacing w:after="120" w:line="276" w:lineRule="auto"/>
      <w:ind w:left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Continue2">
    <w:name w:val="List Continue 2"/>
    <w:basedOn w:val="Normal"/>
    <w:uiPriority w:val="99"/>
    <w:unhideWhenUsed/>
    <w:rsid w:val="00183B17"/>
    <w:pPr>
      <w:spacing w:after="120" w:line="276" w:lineRule="auto"/>
      <w:ind w:left="72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Continue3">
    <w:name w:val="List Continue 3"/>
    <w:basedOn w:val="Normal"/>
    <w:uiPriority w:val="99"/>
    <w:unhideWhenUsed/>
    <w:rsid w:val="00183B17"/>
    <w:pPr>
      <w:spacing w:after="120" w:line="276" w:lineRule="auto"/>
      <w:ind w:left="108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MacroText">
    <w:name w:val="macro"/>
    <w:link w:val="MacroTextChar"/>
    <w:uiPriority w:val="99"/>
    <w:unhideWhenUsed/>
    <w:rsid w:val="00183B1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183B17"/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83B17"/>
    <w:pPr>
      <w:spacing w:after="200" w:line="240" w:lineRule="auto"/>
    </w:pPr>
    <w:rPr>
      <w:rFonts w:eastAsiaTheme="minorEastAsia"/>
      <w:b/>
      <w:bCs/>
      <w:color w:val="4472C4" w:themeColor="accent1"/>
      <w:kern w:val="0"/>
      <w:sz w:val="18"/>
      <w:szCs w:val="18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183B17"/>
    <w:rPr>
      <w:b/>
      <w:bCs/>
    </w:rPr>
  </w:style>
  <w:style w:type="character" w:styleId="Emphasis">
    <w:name w:val="Emphasis"/>
    <w:basedOn w:val="DefaultParagraphFont"/>
    <w:uiPriority w:val="20"/>
    <w:qFormat/>
    <w:rsid w:val="00183B17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183B1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183B17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183B1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83B17"/>
    <w:pPr>
      <w:spacing w:before="480" w:after="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table" w:styleId="TableGrid">
    <w:name w:val="Table Grid"/>
    <w:basedOn w:val="TableNormal"/>
    <w:uiPriority w:val="5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183B17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83B17"/>
    <w:pPr>
      <w:spacing w:after="0" w:line="240" w:lineRule="auto"/>
    </w:pPr>
    <w:rPr>
      <w:rFonts w:eastAsiaTheme="minorEastAsia"/>
      <w:color w:val="2F5496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183B17"/>
    <w:pPr>
      <w:spacing w:after="0" w:line="240" w:lineRule="auto"/>
    </w:pPr>
    <w:rPr>
      <w:rFonts w:eastAsiaTheme="minorEastAsia"/>
      <w:color w:val="C45911" w:themeColor="accent2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83B17"/>
    <w:pPr>
      <w:spacing w:after="0" w:line="240" w:lineRule="auto"/>
    </w:pPr>
    <w:rPr>
      <w:rFonts w:eastAsiaTheme="minorEastAsia"/>
      <w:color w:val="7B7B7B" w:themeColor="accent3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183B17"/>
    <w:pPr>
      <w:spacing w:after="0" w:line="240" w:lineRule="auto"/>
    </w:pPr>
    <w:rPr>
      <w:rFonts w:eastAsiaTheme="minorEastAsia"/>
      <w:color w:val="BF8F00" w:themeColor="accent4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183B17"/>
    <w:pPr>
      <w:spacing w:after="0" w:line="240" w:lineRule="auto"/>
    </w:pPr>
    <w:rPr>
      <w:rFonts w:eastAsiaTheme="minorEastAsia"/>
      <w:color w:val="2E74B5" w:themeColor="accent5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183B17"/>
    <w:pPr>
      <w:spacing w:after="0" w:line="240" w:lineRule="auto"/>
    </w:pPr>
    <w:rPr>
      <w:rFonts w:eastAsiaTheme="minorEastAsia"/>
      <w:color w:val="538135" w:themeColor="accent6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12.jpeg"/><Relationship Id="rId5" Type="http://schemas.openxmlformats.org/officeDocument/2006/relationships/image" Target="media/image1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 J</dc:creator>
  <cp:keywords/>
  <dc:description/>
  <cp:lastModifiedBy>user</cp:lastModifiedBy>
  <cp:revision>88</cp:revision>
  <dcterms:created xsi:type="dcterms:W3CDTF">2026-06-12T06:15:00Z</dcterms:created>
  <dcterms:modified xsi:type="dcterms:W3CDTF">2026-08-10T04:21:00Z</dcterms:modified>
</cp:coreProperties>
</file>