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56EE716" w14:textId="77777777" w:rsidR="0011220B" w:rsidRDefault="0011220B" w:rsidP="0011220B">
      <w:pPr>
        <w:ind w:left="360"/>
        <w:jc w:val="both"/>
        <w:rPr>
          <w:rFonts w:ascii="Times New Roman" w:hAnsi="Times New Roman" w:cs="Times New Roman"/>
          <w:b/>
          <w:bCs/>
          <w:sz w:val="28"/>
          <w:szCs w:val="28"/>
          <w:lang w:val="en-US"/>
        </w:rPr>
      </w:pPr>
    </w:p>
    <w:p w14:paraId="48CE495F" w14:textId="66033E03" w:rsidR="0011220B" w:rsidRPr="00CD519A" w:rsidRDefault="0011220B" w:rsidP="0011220B">
      <w:pPr>
        <w:ind w:left="360"/>
        <w:jc w:val="both"/>
        <w:rPr>
          <w:rFonts w:ascii="Times New Roman" w:hAnsi="Times New Roman" w:cs="Times New Roman"/>
          <w:lang w:val="en-US"/>
        </w:rPr>
      </w:pPr>
      <w:r w:rsidRPr="00FA1A58">
        <w:rPr>
          <w:rFonts w:ascii="Times New Roman" w:hAnsi="Times New Roman" w:cs="Times New Roman"/>
          <w:b/>
          <w:bCs/>
          <w:sz w:val="28"/>
          <w:szCs w:val="28"/>
          <w:lang w:val="en-US"/>
        </w:rPr>
        <w:t>BOOK CHAPTER</w:t>
      </w:r>
      <w:r w:rsidRPr="00CD519A">
        <w:rPr>
          <w:rFonts w:ascii="Times New Roman" w:hAnsi="Times New Roman" w:cs="Times New Roman"/>
          <w:lang w:val="en-US"/>
        </w:rPr>
        <w:t xml:space="preserve">  </w:t>
      </w:r>
    </w:p>
    <w:p w14:paraId="499B21C7" w14:textId="45457673" w:rsidR="00013956" w:rsidRPr="00AA2B6C" w:rsidRDefault="00013956" w:rsidP="00013956">
      <w:pPr>
        <w:pStyle w:val="ListBullet"/>
        <w:numPr>
          <w:ilvl w:val="0"/>
          <w:numId w:val="12"/>
        </w:numPr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AA2B6C">
        <w:rPr>
          <w:rFonts w:ascii="Times New Roman" w:hAnsi="Times New Roman" w:cs="Times New Roman"/>
          <w:sz w:val="24"/>
          <w:szCs w:val="24"/>
        </w:rPr>
        <w:t>Vijey</w:t>
      </w:r>
      <w:proofErr w:type="spellEnd"/>
      <w:r w:rsidRPr="00AA2B6C">
        <w:rPr>
          <w:rFonts w:ascii="Times New Roman" w:hAnsi="Times New Roman" w:cs="Times New Roman"/>
          <w:sz w:val="24"/>
          <w:szCs w:val="24"/>
        </w:rPr>
        <w:t xml:space="preserve"> N.V. | Adaptive Multi-Scale Feature Enhancement Algorithm for Improved Photoacoustic Imaging in Clinical Applications |2025| https://www.scopus.com/pages/publications/105025282385?origin=resultslist |Scopus|</w:t>
      </w:r>
    </w:p>
    <w:p w14:paraId="5F6BA35C" w14:textId="0AC63093" w:rsidR="00013956" w:rsidRPr="00AA2B6C" w:rsidRDefault="00013956" w:rsidP="00013956">
      <w:pPr>
        <w:pStyle w:val="ListBullet"/>
        <w:numPr>
          <w:ilvl w:val="0"/>
          <w:numId w:val="12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AA2B6C">
        <w:rPr>
          <w:rFonts w:ascii="Times New Roman" w:hAnsi="Times New Roman" w:cs="Times New Roman"/>
          <w:sz w:val="24"/>
          <w:szCs w:val="24"/>
        </w:rPr>
        <w:t>Sathishkumar R. | Optimizing Static GEP for a Sustainable Energy Future: Methods and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AA2B6C">
        <w:rPr>
          <w:rFonts w:ascii="Times New Roman" w:hAnsi="Times New Roman" w:cs="Times New Roman"/>
          <w:sz w:val="24"/>
          <w:szCs w:val="24"/>
        </w:rPr>
        <w:t>Case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AA2B6C">
        <w:rPr>
          <w:rFonts w:ascii="Times New Roman" w:hAnsi="Times New Roman" w:cs="Times New Roman"/>
          <w:sz w:val="24"/>
          <w:szCs w:val="24"/>
        </w:rPr>
        <w:t>Studies|2025|https://www.scopus.com/pages/publications/105035941074?origin=resultslist |Scopus|</w:t>
      </w:r>
    </w:p>
    <w:p w14:paraId="3F66F8FB" w14:textId="3F341B1C" w:rsidR="00013956" w:rsidRPr="00AA2B6C" w:rsidRDefault="00013956" w:rsidP="00013956">
      <w:pPr>
        <w:pStyle w:val="ListBullet"/>
        <w:numPr>
          <w:ilvl w:val="0"/>
          <w:numId w:val="12"/>
        </w:numPr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AA2B6C">
        <w:rPr>
          <w:rFonts w:ascii="Times New Roman" w:hAnsi="Times New Roman" w:cs="Times New Roman"/>
          <w:sz w:val="24"/>
          <w:szCs w:val="24"/>
        </w:rPr>
        <w:t>Gandhimathi</w:t>
      </w:r>
      <w:proofErr w:type="spellEnd"/>
      <w:r w:rsidRPr="00AA2B6C">
        <w:rPr>
          <w:rFonts w:ascii="Times New Roman" w:hAnsi="Times New Roman" w:cs="Times New Roman"/>
          <w:sz w:val="24"/>
          <w:szCs w:val="24"/>
        </w:rPr>
        <w:t xml:space="preserve"> G. | Non-Newtonian Fluid Dynamics in Additive Manufacturing and 3D Printing|2025||https://www.scopus.com/pages/publications/105035390709?origin=resultslist |Scopus|</w:t>
      </w:r>
    </w:p>
    <w:p w14:paraId="6C6A98FC" w14:textId="71C21B37" w:rsidR="00013956" w:rsidRPr="00AA2B6C" w:rsidRDefault="00013956" w:rsidP="00013956">
      <w:pPr>
        <w:pStyle w:val="ListBullet"/>
        <w:numPr>
          <w:ilvl w:val="0"/>
          <w:numId w:val="12"/>
        </w:numPr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AA2B6C">
        <w:rPr>
          <w:rFonts w:ascii="Times New Roman" w:hAnsi="Times New Roman" w:cs="Times New Roman"/>
          <w:sz w:val="24"/>
          <w:szCs w:val="24"/>
        </w:rPr>
        <w:t>Pichailakshmi</w:t>
      </w:r>
      <w:proofErr w:type="spellEnd"/>
      <w:r w:rsidRPr="00AA2B6C">
        <w:rPr>
          <w:rFonts w:ascii="Times New Roman" w:hAnsi="Times New Roman" w:cs="Times New Roman"/>
          <w:sz w:val="24"/>
          <w:szCs w:val="24"/>
        </w:rPr>
        <w:t xml:space="preserve"> R. | A comparative study on Fuzzy PERT with measures | 2025 | | https://www.scopus.com/pages/publications/105034382332?origin=resultslist|Scopus|</w:t>
      </w:r>
    </w:p>
    <w:p w14:paraId="507BF9A7" w14:textId="7F8301D3" w:rsidR="00013956" w:rsidRPr="00AA2B6C" w:rsidRDefault="00013956" w:rsidP="00013956">
      <w:pPr>
        <w:pStyle w:val="ListBullet"/>
        <w:numPr>
          <w:ilvl w:val="0"/>
          <w:numId w:val="12"/>
        </w:numPr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AA2B6C">
        <w:rPr>
          <w:rFonts w:ascii="Times New Roman" w:hAnsi="Times New Roman" w:cs="Times New Roman"/>
          <w:sz w:val="24"/>
          <w:szCs w:val="24"/>
        </w:rPr>
        <w:t>Ramachandradurai</w:t>
      </w:r>
      <w:proofErr w:type="spellEnd"/>
      <w:r w:rsidRPr="00AA2B6C">
        <w:rPr>
          <w:rFonts w:ascii="Times New Roman" w:hAnsi="Times New Roman" w:cs="Times New Roman"/>
          <w:sz w:val="24"/>
          <w:szCs w:val="24"/>
        </w:rPr>
        <w:t xml:space="preserve"> S. | EV Smart Charging Using RES—Challenges | 2025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AA2B6C">
        <w:rPr>
          <w:rFonts w:ascii="Times New Roman" w:hAnsi="Times New Roman" w:cs="Times New Roman"/>
          <w:sz w:val="24"/>
          <w:szCs w:val="24"/>
        </w:rPr>
        <w:t>| https://www.scopus.com/pages/publications/105032343277?origin=resultslist Scopus|</w:t>
      </w:r>
    </w:p>
    <w:p w14:paraId="2CE19AFA" w14:textId="2FA39541" w:rsidR="0011220B" w:rsidRPr="00013956" w:rsidRDefault="00013956" w:rsidP="00013956">
      <w:pPr>
        <w:pStyle w:val="ListBullet"/>
        <w:numPr>
          <w:ilvl w:val="0"/>
          <w:numId w:val="12"/>
        </w:numPr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AA2B6C">
        <w:rPr>
          <w:rFonts w:ascii="Times New Roman" w:hAnsi="Times New Roman" w:cs="Times New Roman"/>
          <w:sz w:val="24"/>
          <w:szCs w:val="24"/>
        </w:rPr>
        <w:t>Gandhimathi</w:t>
      </w:r>
      <w:proofErr w:type="spellEnd"/>
      <w:r w:rsidRPr="00AA2B6C">
        <w:rPr>
          <w:rFonts w:ascii="Times New Roman" w:hAnsi="Times New Roman" w:cs="Times New Roman"/>
          <w:sz w:val="24"/>
          <w:szCs w:val="24"/>
        </w:rPr>
        <w:t xml:space="preserve"> G. | Artificial Intelligence-Driven Energy Optimization in Heating, Ventilation, and Air Conditioning Systems|2025|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AA2B6C">
        <w:rPr>
          <w:rFonts w:ascii="Times New Roman" w:hAnsi="Times New Roman" w:cs="Times New Roman"/>
          <w:sz w:val="24"/>
          <w:szCs w:val="24"/>
        </w:rPr>
        <w:t>| https://www.scopus.com/pages/publications/105031021809?origin=resultslist|Scopus|</w:t>
      </w:r>
    </w:p>
    <w:p w14:paraId="711ECC6F" w14:textId="77777777" w:rsidR="00E20521" w:rsidRPr="004C66EA" w:rsidRDefault="00E20521" w:rsidP="00B46313">
      <w:pPr>
        <w:jc w:val="both"/>
        <w:rPr>
          <w:rFonts w:ascii="Times New Roman" w:hAnsi="Times New Roman" w:cs="Times New Roman"/>
        </w:rPr>
      </w:pPr>
    </w:p>
    <w:sectPr w:rsidR="00E20521" w:rsidRPr="004C66EA" w:rsidSect="009038AC">
      <w:headerReference w:type="default" r:id="rId7"/>
      <w:footerReference w:type="default" r:id="rId8"/>
      <w:pgSz w:w="11906" w:h="16838"/>
      <w:pgMar w:top="1440" w:right="1440" w:bottom="1440" w:left="144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5F1A96D" w14:textId="77777777" w:rsidR="00083D4E" w:rsidRDefault="00083D4E" w:rsidP="00A8471B">
      <w:pPr>
        <w:spacing w:after="0" w:line="240" w:lineRule="auto"/>
      </w:pPr>
      <w:r>
        <w:separator/>
      </w:r>
    </w:p>
  </w:endnote>
  <w:endnote w:type="continuationSeparator" w:id="0">
    <w:p w14:paraId="485EF9E4" w14:textId="77777777" w:rsidR="00083D4E" w:rsidRDefault="00083D4E" w:rsidP="00A8471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CCBBF13" w14:textId="032E5AA3" w:rsidR="00074143" w:rsidRDefault="00074143">
    <w:pPr>
      <w:pStyle w:val="Footer"/>
    </w:pPr>
    <w:r>
      <w:rPr>
        <w:noProof/>
      </w:rPr>
      <w:drawing>
        <wp:anchor distT="0" distB="0" distL="114300" distR="114300" simplePos="0" relativeHeight="251665408" behindDoc="0" locked="0" layoutInCell="1" allowOverlap="1" wp14:anchorId="2457CA27" wp14:editId="656EA6EE">
          <wp:simplePos x="0" y="0"/>
          <wp:positionH relativeFrom="column">
            <wp:posOffset>5550535</wp:posOffset>
          </wp:positionH>
          <wp:positionV relativeFrom="paragraph">
            <wp:posOffset>-541020</wp:posOffset>
          </wp:positionV>
          <wp:extent cx="900351" cy="974950"/>
          <wp:effectExtent l="0" t="0" r="0" b="0"/>
          <wp:wrapNone/>
          <wp:docPr id="181200812" name="Image 70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0" name="Image 70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900351" cy="9749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</w:rPr>
      <w:drawing>
        <wp:anchor distT="0" distB="0" distL="114300" distR="114300" simplePos="0" relativeHeight="251663360" behindDoc="0" locked="0" layoutInCell="1" allowOverlap="1" wp14:anchorId="182D591A" wp14:editId="674AAF38">
          <wp:simplePos x="0" y="0"/>
          <wp:positionH relativeFrom="column">
            <wp:posOffset>-731520</wp:posOffset>
          </wp:positionH>
          <wp:positionV relativeFrom="paragraph">
            <wp:posOffset>-523498</wp:posOffset>
          </wp:positionV>
          <wp:extent cx="900351" cy="974950"/>
          <wp:effectExtent l="0" t="0" r="0" b="0"/>
          <wp:wrapNone/>
          <wp:docPr id="69" name="Image 69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9" name="Image 69"/>
                  <pic:cNvPicPr/>
                </pic:nvPicPr>
                <pic:blipFill>
                  <a:blip r:embed="rId2" cstate="print"/>
                  <a:stretch>
                    <a:fillRect/>
                  </a:stretch>
                </pic:blipFill>
                <pic:spPr>
                  <a:xfrm>
                    <a:off x="0" y="0"/>
                    <a:ext cx="900351" cy="9749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D0A30B2" w14:textId="77777777" w:rsidR="00083D4E" w:rsidRDefault="00083D4E" w:rsidP="00A8471B">
      <w:pPr>
        <w:spacing w:after="0" w:line="240" w:lineRule="auto"/>
      </w:pPr>
      <w:r>
        <w:separator/>
      </w:r>
    </w:p>
  </w:footnote>
  <w:footnote w:type="continuationSeparator" w:id="0">
    <w:p w14:paraId="0756F57B" w14:textId="77777777" w:rsidR="00083D4E" w:rsidRDefault="00083D4E" w:rsidP="00A8471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35EDB94" w14:textId="13115F5F" w:rsidR="00DE452A" w:rsidRPr="00183B17" w:rsidRDefault="009038AC" w:rsidP="00DE452A">
    <w:pPr>
      <w:pStyle w:val="Header"/>
      <w:tabs>
        <w:tab w:val="clear" w:pos="4513"/>
        <w:tab w:val="clear" w:pos="9026"/>
        <w:tab w:val="left" w:pos="3552"/>
      </w:tabs>
      <w:jc w:val="center"/>
      <w:rPr>
        <w:rFonts w:ascii="Times New Roman" w:hAnsi="Times New Roman" w:cs="Times New Roman"/>
        <w:b/>
        <w:bCs/>
        <w:color w:val="001F5F"/>
      </w:rPr>
    </w:pPr>
    <w:r>
      <w:rPr>
        <w:noProof/>
      </w:rPr>
      <w:drawing>
        <wp:anchor distT="0" distB="0" distL="114300" distR="114300" simplePos="0" relativeHeight="251669504" behindDoc="0" locked="0" layoutInCell="1" allowOverlap="1" wp14:anchorId="24DA5B68" wp14:editId="0E5782BA">
          <wp:simplePos x="0" y="0"/>
          <wp:positionH relativeFrom="column">
            <wp:posOffset>5600700</wp:posOffset>
          </wp:positionH>
          <wp:positionV relativeFrom="paragraph">
            <wp:posOffset>-259715</wp:posOffset>
          </wp:positionV>
          <wp:extent cx="822253" cy="891729"/>
          <wp:effectExtent l="0" t="0" r="0" b="0"/>
          <wp:wrapNone/>
          <wp:docPr id="68" name="Image 68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8" name="Image 68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822253" cy="891729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</w:rPr>
      <w:drawing>
        <wp:anchor distT="0" distB="0" distL="114300" distR="114300" simplePos="0" relativeHeight="251667456" behindDoc="0" locked="0" layoutInCell="1" allowOverlap="1" wp14:anchorId="047E7D10" wp14:editId="38509B17">
          <wp:simplePos x="0" y="0"/>
          <wp:positionH relativeFrom="column">
            <wp:posOffset>-670560</wp:posOffset>
          </wp:positionH>
          <wp:positionV relativeFrom="paragraph">
            <wp:posOffset>-282575</wp:posOffset>
          </wp:positionV>
          <wp:extent cx="822253" cy="891729"/>
          <wp:effectExtent l="0" t="0" r="0" b="0"/>
          <wp:wrapNone/>
          <wp:docPr id="67" name="Image 67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7" name="Image 67"/>
                  <pic:cNvPicPr/>
                </pic:nvPicPr>
                <pic:blipFill>
                  <a:blip r:embed="rId2" cstate="print"/>
                  <a:stretch>
                    <a:fillRect/>
                  </a:stretch>
                </pic:blipFill>
                <pic:spPr>
                  <a:xfrm>
                    <a:off x="0" y="0"/>
                    <a:ext cx="822253" cy="891729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014A80">
      <w:rPr>
        <w:noProof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2982EB8E" wp14:editId="5284A91A">
              <wp:simplePos x="0" y="0"/>
              <wp:positionH relativeFrom="margin">
                <wp:align>center</wp:align>
              </wp:positionH>
              <wp:positionV relativeFrom="paragraph">
                <wp:posOffset>-335915</wp:posOffset>
              </wp:positionV>
              <wp:extent cx="7219950" cy="10394950"/>
              <wp:effectExtent l="38100" t="38100" r="57150" b="63500"/>
              <wp:wrapNone/>
              <wp:docPr id="66" name="Graphic 6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219950" cy="10394950"/>
                      </a:xfrm>
                      <a:custGeom>
                        <a:avLst/>
                        <a:gdLst/>
                        <a:ahLst/>
                        <a:cxnLst/>
                        <a:rect l="l" t="t" r="r" b="b"/>
                        <a:pathLst>
                          <a:path w="7220584" h="10311765">
                            <a:moveTo>
                              <a:pt x="0" y="10311765"/>
                            </a:moveTo>
                            <a:lnTo>
                              <a:pt x="7220584" y="10311765"/>
                            </a:lnTo>
                            <a:lnTo>
                              <a:pt x="7220584" y="0"/>
                            </a:lnTo>
                            <a:lnTo>
                              <a:pt x="0" y="0"/>
                            </a:lnTo>
                            <a:lnTo>
                              <a:pt x="0" y="10311765"/>
                            </a:lnTo>
                            <a:close/>
                          </a:path>
                        </a:pathLst>
                      </a:custGeom>
                      <a:ln w="90801">
                        <a:solidFill>
                          <a:srgbClr val="80170C"/>
                        </a:solidFill>
                        <a:prstDash val="solid"/>
                      </a:ln>
                    </wps:spPr>
                    <wps:bodyPr wrap="square" lIns="0" tIns="0" rIns="0" bIns="0" rtlCol="0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7B301F69" id="Graphic 66" o:spid="_x0000_s1026" style="position:absolute;margin-left:0;margin-top:-26.45pt;width:568.5pt;height:818.5pt;z-index:251661312;visibility:visible;mso-wrap-style:square;mso-wrap-distance-left:9pt;mso-wrap-distance-top:0;mso-wrap-distance-right:9pt;mso-wrap-distance-bottom:0;mso-position-horizontal:center;mso-position-horizontal-relative:margin;mso-position-vertical:absolute;mso-position-vertical-relative:text;v-text-anchor:top" coordsize="7220584,1031176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" path="m,10311765r7220584,l7220584,,,,,10311765xe" filled="f" strokecolor="#80170c" strokeweight="2.52225mm">
              <v:path arrowok="t"/>
              <w10:wrap anchorx="margin"/>
            </v:shape>
          </w:pict>
        </mc:Fallback>
      </mc:AlternateContent>
    </w:r>
    <w:r w:rsidR="00183B17">
      <w:rPr>
        <w:noProof/>
      </w:rPr>
      <mc:AlternateContent>
        <mc:Choice Requires="wpg">
          <w:drawing>
            <wp:anchor distT="0" distB="0" distL="114300" distR="114300" simplePos="0" relativeHeight="251659264" behindDoc="0" locked="0" layoutInCell="1" allowOverlap="1" wp14:anchorId="4A4D08CC" wp14:editId="64C66795">
              <wp:simplePos x="0" y="0"/>
              <wp:positionH relativeFrom="margin">
                <wp:posOffset>-342900</wp:posOffset>
              </wp:positionH>
              <wp:positionV relativeFrom="paragraph">
                <wp:posOffset>-7620</wp:posOffset>
              </wp:positionV>
              <wp:extent cx="2072640" cy="335280"/>
              <wp:effectExtent l="0" t="0" r="3810" b="7620"/>
              <wp:wrapNone/>
              <wp:docPr id="1695140380" name="Group 1695140380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2072640" cy="335280"/>
                        <a:chOff x="0" y="0"/>
                        <a:chExt cx="4366259" cy="909827"/>
                      </a:xfrm>
                    </wpg:grpSpPr>
                    <pic:pic xmlns:pic="http://schemas.openxmlformats.org/drawingml/2006/picture">
                      <pic:nvPicPr>
                        <pic:cNvPr id="750668313" name="Image 2"/>
                        <pic:cNvPicPr/>
                      </pic:nvPicPr>
                      <pic:blipFill>
                        <a:blip r:embed="rId3" cstate="print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3140964" cy="909827"/>
                        </a:xfrm>
                        <a:prstGeom prst="rect">
                          <a:avLst/>
                        </a:prstGeom>
                      </pic:spPr>
                    </pic:pic>
                    <pic:pic xmlns:pic="http://schemas.openxmlformats.org/drawingml/2006/picture">
                      <pic:nvPicPr>
                        <pic:cNvPr id="202009906" name="Image 3"/>
                        <pic:cNvPicPr/>
                      </pic:nvPicPr>
                      <pic:blipFill>
                        <a:blip r:embed="rId4" cstate="print"/>
                        <a:stretch>
                          <a:fillRect/>
                        </a:stretch>
                      </pic:blipFill>
                      <pic:spPr>
                        <a:xfrm>
                          <a:off x="3183635" y="12191"/>
                          <a:ext cx="1182624" cy="882395"/>
                        </a:xfrm>
                        <a:prstGeom prst="rect">
                          <a:avLst/>
                        </a:prstGeom>
                      </pic:spPr>
                    </pic:pic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group w14:anchorId="2FA5C564" id="Group 1695140380" o:spid="_x0000_s1026" style="position:absolute;margin-left:-27pt;margin-top:-.6pt;width:163.2pt;height:26.4pt;z-index:251659264;mso-position-horizontal-relative:margin;mso-width-relative:margin;mso-height-relative:margin" coordsize="43662,9098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Image 2" o:spid="_x0000_s1027" type="#_x0000_t75" style="position:absolute;width:31409;height:909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">
                <v:imagedata r:id="rId5" o:title=""/>
              </v:shape>
              <v:shape id="Image 3" o:spid="_x0000_s1028" type="#_x0000_t75" style="position:absolute;left:31836;top:121;width:11826;height:882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">
                <v:imagedata r:id="rId6" o:title=""/>
              </v:shape>
              <w10:wrap anchorx="margin"/>
            </v:group>
          </w:pict>
        </mc:Fallback>
      </mc:AlternateContent>
    </w:r>
    <w:r w:rsidR="00DE452A">
      <w:rPr>
        <w:rFonts w:ascii="Times New Roman" w:hAnsi="Times New Roman" w:cs="Times New Roman"/>
        <w:color w:val="001F5F"/>
      </w:rPr>
      <w:t xml:space="preserve">          </w:t>
    </w:r>
    <w:r w:rsidR="00DE452A" w:rsidRPr="00183B17">
      <w:rPr>
        <w:rFonts w:ascii="Times New Roman" w:hAnsi="Times New Roman" w:cs="Times New Roman"/>
        <w:b/>
        <w:bCs/>
        <w:color w:val="001F5F"/>
      </w:rPr>
      <w:t>SRM</w:t>
    </w:r>
    <w:r w:rsidR="00DE452A" w:rsidRPr="00183B17">
      <w:rPr>
        <w:rFonts w:ascii="Times New Roman" w:hAnsi="Times New Roman" w:cs="Times New Roman"/>
        <w:b/>
        <w:bCs/>
        <w:color w:val="001F5F"/>
        <w:spacing w:val="-20"/>
      </w:rPr>
      <w:t xml:space="preserve"> </w:t>
    </w:r>
    <w:r w:rsidR="00DE452A" w:rsidRPr="00183B17">
      <w:rPr>
        <w:rFonts w:ascii="Times New Roman" w:hAnsi="Times New Roman" w:cs="Times New Roman"/>
        <w:b/>
        <w:bCs/>
        <w:color w:val="001F5F"/>
      </w:rPr>
      <w:t>TRP</w:t>
    </w:r>
    <w:r w:rsidR="00DE452A" w:rsidRPr="00183B17">
      <w:rPr>
        <w:rFonts w:ascii="Times New Roman" w:hAnsi="Times New Roman" w:cs="Times New Roman"/>
        <w:b/>
        <w:bCs/>
        <w:color w:val="001F5F"/>
        <w:spacing w:val="-20"/>
      </w:rPr>
      <w:t xml:space="preserve"> </w:t>
    </w:r>
    <w:r w:rsidR="00DE452A" w:rsidRPr="00183B17">
      <w:rPr>
        <w:rFonts w:ascii="Times New Roman" w:hAnsi="Times New Roman" w:cs="Times New Roman"/>
        <w:b/>
        <w:bCs/>
        <w:color w:val="001F5F"/>
      </w:rPr>
      <w:t>ENGINEERING</w:t>
    </w:r>
    <w:r w:rsidR="00DE452A" w:rsidRPr="00183B17">
      <w:rPr>
        <w:rFonts w:ascii="Times New Roman" w:hAnsi="Times New Roman" w:cs="Times New Roman"/>
        <w:b/>
        <w:bCs/>
        <w:color w:val="001F5F"/>
        <w:spacing w:val="-15"/>
      </w:rPr>
      <w:t xml:space="preserve"> </w:t>
    </w:r>
    <w:r w:rsidR="00DE452A" w:rsidRPr="00183B17">
      <w:rPr>
        <w:rFonts w:ascii="Times New Roman" w:hAnsi="Times New Roman" w:cs="Times New Roman"/>
        <w:b/>
        <w:bCs/>
        <w:color w:val="001F5F"/>
      </w:rPr>
      <w:t xml:space="preserve">COLLEGE </w:t>
    </w:r>
  </w:p>
  <w:p w14:paraId="181D7A6F" w14:textId="0CCBDFCD" w:rsidR="00DE452A" w:rsidRPr="00183B17" w:rsidRDefault="00DE452A" w:rsidP="00DE452A">
    <w:pPr>
      <w:pStyle w:val="Header"/>
      <w:tabs>
        <w:tab w:val="clear" w:pos="4513"/>
        <w:tab w:val="clear" w:pos="9026"/>
        <w:tab w:val="left" w:pos="3552"/>
      </w:tabs>
      <w:jc w:val="center"/>
      <w:rPr>
        <w:rFonts w:ascii="Times New Roman" w:hAnsi="Times New Roman" w:cs="Times New Roman"/>
        <w:b/>
        <w:bCs/>
      </w:rPr>
    </w:pPr>
    <w:r w:rsidRPr="00183B17">
      <w:rPr>
        <w:rFonts w:ascii="Times New Roman" w:hAnsi="Times New Roman" w:cs="Times New Roman"/>
        <w:b/>
        <w:bCs/>
        <w:color w:val="001F5F"/>
      </w:rPr>
      <w:t xml:space="preserve">          IRUNGALUR, TRICHY – 621 105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19AA428B"/>
    <w:multiLevelType w:val="hybridMultilevel"/>
    <w:tmpl w:val="300CA40A"/>
    <w:lvl w:ilvl="0" w:tplc="40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0ED20F6"/>
    <w:multiLevelType w:val="hybridMultilevel"/>
    <w:tmpl w:val="1D20B102"/>
    <w:lvl w:ilvl="0" w:tplc="40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3D87BCC"/>
    <w:multiLevelType w:val="hybridMultilevel"/>
    <w:tmpl w:val="4626985A"/>
    <w:lvl w:ilvl="0" w:tplc="40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717900799">
    <w:abstractNumId w:val="8"/>
  </w:num>
  <w:num w:numId="2" w16cid:durableId="11539012">
    <w:abstractNumId w:val="6"/>
  </w:num>
  <w:num w:numId="3" w16cid:durableId="1031032903">
    <w:abstractNumId w:val="5"/>
  </w:num>
  <w:num w:numId="4" w16cid:durableId="802116416">
    <w:abstractNumId w:val="4"/>
  </w:num>
  <w:num w:numId="5" w16cid:durableId="1708288054">
    <w:abstractNumId w:val="7"/>
  </w:num>
  <w:num w:numId="6" w16cid:durableId="2136366880">
    <w:abstractNumId w:val="3"/>
  </w:num>
  <w:num w:numId="7" w16cid:durableId="659969854">
    <w:abstractNumId w:val="2"/>
  </w:num>
  <w:num w:numId="8" w16cid:durableId="2093155704">
    <w:abstractNumId w:val="1"/>
  </w:num>
  <w:num w:numId="9" w16cid:durableId="2003504782">
    <w:abstractNumId w:val="0"/>
  </w:num>
  <w:num w:numId="10" w16cid:durableId="1559585502">
    <w:abstractNumId w:val="9"/>
  </w:num>
  <w:num w:numId="11" w16cid:durableId="182407083">
    <w:abstractNumId w:val="11"/>
  </w:num>
  <w:num w:numId="12" w16cid:durableId="2128044816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proofState w:spelling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03F3E"/>
    <w:rsid w:val="00013956"/>
    <w:rsid w:val="00014A80"/>
    <w:rsid w:val="00020F86"/>
    <w:rsid w:val="00025C34"/>
    <w:rsid w:val="000367E3"/>
    <w:rsid w:val="00074143"/>
    <w:rsid w:val="00083D4E"/>
    <w:rsid w:val="000F59DB"/>
    <w:rsid w:val="0011220B"/>
    <w:rsid w:val="00114C5B"/>
    <w:rsid w:val="00122F52"/>
    <w:rsid w:val="00183B17"/>
    <w:rsid w:val="001C1C55"/>
    <w:rsid w:val="001D3EF4"/>
    <w:rsid w:val="002527D9"/>
    <w:rsid w:val="0027303A"/>
    <w:rsid w:val="002E4465"/>
    <w:rsid w:val="003455E2"/>
    <w:rsid w:val="00391A01"/>
    <w:rsid w:val="003A67A5"/>
    <w:rsid w:val="00407E5B"/>
    <w:rsid w:val="004C47EB"/>
    <w:rsid w:val="004C66EA"/>
    <w:rsid w:val="004D3B77"/>
    <w:rsid w:val="004D3FCF"/>
    <w:rsid w:val="0050519F"/>
    <w:rsid w:val="00540CF0"/>
    <w:rsid w:val="005669DE"/>
    <w:rsid w:val="00566FDF"/>
    <w:rsid w:val="005B1C86"/>
    <w:rsid w:val="005B69CE"/>
    <w:rsid w:val="005E2C5C"/>
    <w:rsid w:val="00637D57"/>
    <w:rsid w:val="006575CA"/>
    <w:rsid w:val="00754A48"/>
    <w:rsid w:val="00761971"/>
    <w:rsid w:val="00772D21"/>
    <w:rsid w:val="00832680"/>
    <w:rsid w:val="008479A0"/>
    <w:rsid w:val="008846BF"/>
    <w:rsid w:val="008A0CAA"/>
    <w:rsid w:val="008E3375"/>
    <w:rsid w:val="008F0C59"/>
    <w:rsid w:val="008F425F"/>
    <w:rsid w:val="009038AC"/>
    <w:rsid w:val="00903F3E"/>
    <w:rsid w:val="00922628"/>
    <w:rsid w:val="00931A7F"/>
    <w:rsid w:val="00971636"/>
    <w:rsid w:val="00982C06"/>
    <w:rsid w:val="009D4124"/>
    <w:rsid w:val="009F57F7"/>
    <w:rsid w:val="00A8471B"/>
    <w:rsid w:val="00A93B64"/>
    <w:rsid w:val="00AC0491"/>
    <w:rsid w:val="00B02812"/>
    <w:rsid w:val="00B45D1B"/>
    <w:rsid w:val="00B46313"/>
    <w:rsid w:val="00BB3AA5"/>
    <w:rsid w:val="00C223F8"/>
    <w:rsid w:val="00C40B56"/>
    <w:rsid w:val="00C545C6"/>
    <w:rsid w:val="00CB7A41"/>
    <w:rsid w:val="00CC27AA"/>
    <w:rsid w:val="00CC6E54"/>
    <w:rsid w:val="00CD0101"/>
    <w:rsid w:val="00CD519A"/>
    <w:rsid w:val="00D07D2D"/>
    <w:rsid w:val="00D13FDA"/>
    <w:rsid w:val="00D26845"/>
    <w:rsid w:val="00DB16C5"/>
    <w:rsid w:val="00DE452A"/>
    <w:rsid w:val="00E20521"/>
    <w:rsid w:val="00E25AFC"/>
    <w:rsid w:val="00E4563C"/>
    <w:rsid w:val="00EA1079"/>
    <w:rsid w:val="00EC115A"/>
    <w:rsid w:val="00ED72A1"/>
    <w:rsid w:val="00ED7BA9"/>
    <w:rsid w:val="00F0067B"/>
    <w:rsid w:val="00F122C8"/>
    <w:rsid w:val="00F25E05"/>
    <w:rsid w:val="00F32A7F"/>
    <w:rsid w:val="00FA1A58"/>
    <w:rsid w:val="00FD41CA"/>
    <w:rsid w:val="00FF52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1A3EE22"/>
  <w15:chartTrackingRefBased/>
  <w15:docId w15:val="{52B0262D-CD57-4598-939C-5DA5948BF5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IN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903F3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903F3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903F3E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03F3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03F3E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03F3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03F3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03F3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03F3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03F3E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rsid w:val="00903F3E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rsid w:val="00903F3E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03F3E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03F3E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03F3E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03F3E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03F3E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03F3E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903F3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903F3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903F3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903F3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903F3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903F3E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903F3E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903F3E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03F3E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03F3E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903F3E"/>
    <w:rPr>
      <w:b/>
      <w:bCs/>
      <w:smallCaps/>
      <w:color w:val="2F5496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A8471B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8471B"/>
  </w:style>
  <w:style w:type="paragraph" w:styleId="Footer">
    <w:name w:val="footer"/>
    <w:basedOn w:val="Normal"/>
    <w:link w:val="FooterChar"/>
    <w:uiPriority w:val="99"/>
    <w:unhideWhenUsed/>
    <w:rsid w:val="00A8471B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8471B"/>
  </w:style>
  <w:style w:type="paragraph" w:styleId="NoSpacing">
    <w:name w:val="No Spacing"/>
    <w:uiPriority w:val="1"/>
    <w:qFormat/>
    <w:rsid w:val="00183B17"/>
    <w:pPr>
      <w:spacing w:after="0" w:line="240" w:lineRule="auto"/>
    </w:pPr>
    <w:rPr>
      <w:rFonts w:eastAsiaTheme="minorEastAsia"/>
      <w:kern w:val="0"/>
      <w:sz w:val="22"/>
      <w:szCs w:val="22"/>
      <w:lang w:val="en-US"/>
      <w14:ligatures w14:val="none"/>
    </w:rPr>
  </w:style>
  <w:style w:type="paragraph" w:styleId="BodyText">
    <w:name w:val="Body Text"/>
    <w:basedOn w:val="Normal"/>
    <w:link w:val="BodyTextChar"/>
    <w:uiPriority w:val="99"/>
    <w:unhideWhenUsed/>
    <w:rsid w:val="00183B17"/>
    <w:pPr>
      <w:spacing w:after="120" w:line="276" w:lineRule="auto"/>
    </w:pPr>
    <w:rPr>
      <w:rFonts w:eastAsiaTheme="minorEastAsia"/>
      <w:kern w:val="0"/>
      <w:sz w:val="22"/>
      <w:szCs w:val="22"/>
      <w:lang w:val="en-US"/>
      <w14:ligatures w14:val="none"/>
    </w:rPr>
  </w:style>
  <w:style w:type="character" w:customStyle="1" w:styleId="BodyTextChar">
    <w:name w:val="Body Text Char"/>
    <w:basedOn w:val="DefaultParagraphFont"/>
    <w:link w:val="BodyText"/>
    <w:uiPriority w:val="99"/>
    <w:rsid w:val="00183B17"/>
    <w:rPr>
      <w:rFonts w:eastAsiaTheme="minorEastAsia"/>
      <w:kern w:val="0"/>
      <w:sz w:val="22"/>
      <w:szCs w:val="22"/>
      <w:lang w:val="en-US"/>
      <w14:ligatures w14:val="none"/>
    </w:rPr>
  </w:style>
  <w:style w:type="paragraph" w:styleId="BodyText2">
    <w:name w:val="Body Text 2"/>
    <w:basedOn w:val="Normal"/>
    <w:link w:val="BodyText2Char"/>
    <w:uiPriority w:val="99"/>
    <w:unhideWhenUsed/>
    <w:rsid w:val="00183B17"/>
    <w:pPr>
      <w:spacing w:after="120" w:line="480" w:lineRule="auto"/>
    </w:pPr>
    <w:rPr>
      <w:rFonts w:eastAsiaTheme="minorEastAsia"/>
      <w:kern w:val="0"/>
      <w:sz w:val="22"/>
      <w:szCs w:val="22"/>
      <w:lang w:val="en-US"/>
      <w14:ligatures w14:val="none"/>
    </w:rPr>
  </w:style>
  <w:style w:type="character" w:customStyle="1" w:styleId="BodyText2Char">
    <w:name w:val="Body Text 2 Char"/>
    <w:basedOn w:val="DefaultParagraphFont"/>
    <w:link w:val="BodyText2"/>
    <w:uiPriority w:val="99"/>
    <w:rsid w:val="00183B17"/>
    <w:rPr>
      <w:rFonts w:eastAsiaTheme="minorEastAsia"/>
      <w:kern w:val="0"/>
      <w:sz w:val="22"/>
      <w:szCs w:val="22"/>
      <w:lang w:val="en-US"/>
      <w14:ligatures w14:val="none"/>
    </w:rPr>
  </w:style>
  <w:style w:type="paragraph" w:styleId="BodyText3">
    <w:name w:val="Body Text 3"/>
    <w:basedOn w:val="Normal"/>
    <w:link w:val="BodyText3Char"/>
    <w:uiPriority w:val="99"/>
    <w:unhideWhenUsed/>
    <w:rsid w:val="00183B17"/>
    <w:pPr>
      <w:spacing w:after="120" w:line="276" w:lineRule="auto"/>
    </w:pPr>
    <w:rPr>
      <w:rFonts w:eastAsiaTheme="minorEastAsia"/>
      <w:kern w:val="0"/>
      <w:sz w:val="16"/>
      <w:szCs w:val="16"/>
      <w:lang w:val="en-US"/>
      <w14:ligatures w14:val="none"/>
    </w:rPr>
  </w:style>
  <w:style w:type="character" w:customStyle="1" w:styleId="BodyText3Char">
    <w:name w:val="Body Text 3 Char"/>
    <w:basedOn w:val="DefaultParagraphFont"/>
    <w:link w:val="BodyText3"/>
    <w:uiPriority w:val="99"/>
    <w:rsid w:val="00183B17"/>
    <w:rPr>
      <w:rFonts w:eastAsiaTheme="minorEastAsia"/>
      <w:kern w:val="0"/>
      <w:sz w:val="16"/>
      <w:szCs w:val="16"/>
      <w:lang w:val="en-US"/>
      <w14:ligatures w14:val="none"/>
    </w:rPr>
  </w:style>
  <w:style w:type="paragraph" w:styleId="List">
    <w:name w:val="List"/>
    <w:basedOn w:val="Normal"/>
    <w:uiPriority w:val="99"/>
    <w:unhideWhenUsed/>
    <w:rsid w:val="00183B17"/>
    <w:pPr>
      <w:spacing w:after="200" w:line="276" w:lineRule="auto"/>
      <w:ind w:left="360" w:hanging="360"/>
      <w:contextualSpacing/>
    </w:pPr>
    <w:rPr>
      <w:rFonts w:eastAsiaTheme="minorEastAsia"/>
      <w:kern w:val="0"/>
      <w:sz w:val="22"/>
      <w:szCs w:val="22"/>
      <w:lang w:val="en-US"/>
      <w14:ligatures w14:val="none"/>
    </w:rPr>
  </w:style>
  <w:style w:type="paragraph" w:styleId="List2">
    <w:name w:val="List 2"/>
    <w:basedOn w:val="Normal"/>
    <w:uiPriority w:val="99"/>
    <w:unhideWhenUsed/>
    <w:rsid w:val="00183B17"/>
    <w:pPr>
      <w:spacing w:after="200" w:line="276" w:lineRule="auto"/>
      <w:ind w:left="720" w:hanging="360"/>
      <w:contextualSpacing/>
    </w:pPr>
    <w:rPr>
      <w:rFonts w:eastAsiaTheme="minorEastAsia"/>
      <w:kern w:val="0"/>
      <w:sz w:val="22"/>
      <w:szCs w:val="22"/>
      <w:lang w:val="en-US"/>
      <w14:ligatures w14:val="none"/>
    </w:rPr>
  </w:style>
  <w:style w:type="paragraph" w:styleId="List3">
    <w:name w:val="List 3"/>
    <w:basedOn w:val="Normal"/>
    <w:uiPriority w:val="99"/>
    <w:unhideWhenUsed/>
    <w:rsid w:val="00183B17"/>
    <w:pPr>
      <w:spacing w:after="200" w:line="276" w:lineRule="auto"/>
      <w:ind w:left="1080" w:hanging="360"/>
      <w:contextualSpacing/>
    </w:pPr>
    <w:rPr>
      <w:rFonts w:eastAsiaTheme="minorEastAsia"/>
      <w:kern w:val="0"/>
      <w:sz w:val="22"/>
      <w:szCs w:val="22"/>
      <w:lang w:val="en-US"/>
      <w14:ligatures w14:val="none"/>
    </w:rPr>
  </w:style>
  <w:style w:type="paragraph" w:styleId="ListBullet">
    <w:name w:val="List Bullet"/>
    <w:basedOn w:val="Normal"/>
    <w:uiPriority w:val="99"/>
    <w:unhideWhenUsed/>
    <w:rsid w:val="00183B17"/>
    <w:pPr>
      <w:numPr>
        <w:numId w:val="1"/>
      </w:numPr>
      <w:tabs>
        <w:tab w:val="clear" w:pos="360"/>
      </w:tabs>
      <w:spacing w:after="200" w:line="276" w:lineRule="auto"/>
      <w:ind w:left="0" w:firstLine="0"/>
      <w:contextualSpacing/>
    </w:pPr>
    <w:rPr>
      <w:rFonts w:eastAsiaTheme="minorEastAsia"/>
      <w:kern w:val="0"/>
      <w:sz w:val="22"/>
      <w:szCs w:val="22"/>
      <w:lang w:val="en-US"/>
      <w14:ligatures w14:val="none"/>
    </w:rPr>
  </w:style>
  <w:style w:type="paragraph" w:styleId="ListBullet2">
    <w:name w:val="List Bullet 2"/>
    <w:basedOn w:val="Normal"/>
    <w:uiPriority w:val="99"/>
    <w:unhideWhenUsed/>
    <w:rsid w:val="00183B17"/>
    <w:pPr>
      <w:numPr>
        <w:numId w:val="2"/>
      </w:numPr>
      <w:tabs>
        <w:tab w:val="clear" w:pos="720"/>
      </w:tabs>
      <w:spacing w:after="200" w:line="276" w:lineRule="auto"/>
      <w:ind w:left="0" w:firstLine="0"/>
      <w:contextualSpacing/>
    </w:pPr>
    <w:rPr>
      <w:rFonts w:eastAsiaTheme="minorEastAsia"/>
      <w:kern w:val="0"/>
      <w:sz w:val="22"/>
      <w:szCs w:val="22"/>
      <w:lang w:val="en-US"/>
      <w14:ligatures w14:val="none"/>
    </w:rPr>
  </w:style>
  <w:style w:type="paragraph" w:styleId="ListBullet3">
    <w:name w:val="List Bullet 3"/>
    <w:basedOn w:val="Normal"/>
    <w:uiPriority w:val="99"/>
    <w:unhideWhenUsed/>
    <w:rsid w:val="00183B17"/>
    <w:pPr>
      <w:numPr>
        <w:numId w:val="3"/>
      </w:numPr>
      <w:tabs>
        <w:tab w:val="clear" w:pos="1080"/>
      </w:tabs>
      <w:spacing w:after="200" w:line="276" w:lineRule="auto"/>
      <w:ind w:left="0" w:firstLine="0"/>
      <w:contextualSpacing/>
    </w:pPr>
    <w:rPr>
      <w:rFonts w:eastAsiaTheme="minorEastAsia"/>
      <w:kern w:val="0"/>
      <w:sz w:val="22"/>
      <w:szCs w:val="22"/>
      <w:lang w:val="en-US"/>
      <w14:ligatures w14:val="none"/>
    </w:rPr>
  </w:style>
  <w:style w:type="paragraph" w:styleId="ListNumber">
    <w:name w:val="List Number"/>
    <w:basedOn w:val="Normal"/>
    <w:uiPriority w:val="99"/>
    <w:unhideWhenUsed/>
    <w:rsid w:val="00183B17"/>
    <w:pPr>
      <w:numPr>
        <w:numId w:val="5"/>
      </w:numPr>
      <w:tabs>
        <w:tab w:val="clear" w:pos="360"/>
      </w:tabs>
      <w:spacing w:after="200" w:line="276" w:lineRule="auto"/>
      <w:ind w:left="0" w:firstLine="0"/>
      <w:contextualSpacing/>
    </w:pPr>
    <w:rPr>
      <w:rFonts w:eastAsiaTheme="minorEastAsia"/>
      <w:kern w:val="0"/>
      <w:sz w:val="22"/>
      <w:szCs w:val="22"/>
      <w:lang w:val="en-US"/>
      <w14:ligatures w14:val="none"/>
    </w:rPr>
  </w:style>
  <w:style w:type="paragraph" w:styleId="ListNumber2">
    <w:name w:val="List Number 2"/>
    <w:basedOn w:val="Normal"/>
    <w:uiPriority w:val="99"/>
    <w:unhideWhenUsed/>
    <w:rsid w:val="00183B17"/>
    <w:pPr>
      <w:numPr>
        <w:numId w:val="6"/>
      </w:numPr>
      <w:tabs>
        <w:tab w:val="clear" w:pos="720"/>
      </w:tabs>
      <w:spacing w:after="200" w:line="276" w:lineRule="auto"/>
      <w:ind w:left="0" w:firstLine="0"/>
      <w:contextualSpacing/>
    </w:pPr>
    <w:rPr>
      <w:rFonts w:eastAsiaTheme="minorEastAsia"/>
      <w:kern w:val="0"/>
      <w:sz w:val="22"/>
      <w:szCs w:val="22"/>
      <w:lang w:val="en-US"/>
      <w14:ligatures w14:val="none"/>
    </w:rPr>
  </w:style>
  <w:style w:type="paragraph" w:styleId="ListNumber3">
    <w:name w:val="List Number 3"/>
    <w:basedOn w:val="Normal"/>
    <w:uiPriority w:val="99"/>
    <w:unhideWhenUsed/>
    <w:rsid w:val="00183B17"/>
    <w:pPr>
      <w:numPr>
        <w:numId w:val="7"/>
      </w:numPr>
      <w:tabs>
        <w:tab w:val="clear" w:pos="1080"/>
      </w:tabs>
      <w:spacing w:after="200" w:line="276" w:lineRule="auto"/>
      <w:ind w:left="0" w:firstLine="0"/>
      <w:contextualSpacing/>
    </w:pPr>
    <w:rPr>
      <w:rFonts w:eastAsiaTheme="minorEastAsia"/>
      <w:kern w:val="0"/>
      <w:sz w:val="22"/>
      <w:szCs w:val="22"/>
      <w:lang w:val="en-US"/>
      <w14:ligatures w14:val="none"/>
    </w:rPr>
  </w:style>
  <w:style w:type="paragraph" w:styleId="ListContinue">
    <w:name w:val="List Continue"/>
    <w:basedOn w:val="Normal"/>
    <w:uiPriority w:val="99"/>
    <w:unhideWhenUsed/>
    <w:rsid w:val="00183B17"/>
    <w:pPr>
      <w:spacing w:after="120" w:line="276" w:lineRule="auto"/>
      <w:ind w:left="360"/>
      <w:contextualSpacing/>
    </w:pPr>
    <w:rPr>
      <w:rFonts w:eastAsiaTheme="minorEastAsia"/>
      <w:kern w:val="0"/>
      <w:sz w:val="22"/>
      <w:szCs w:val="22"/>
      <w:lang w:val="en-US"/>
      <w14:ligatures w14:val="none"/>
    </w:rPr>
  </w:style>
  <w:style w:type="paragraph" w:styleId="ListContinue2">
    <w:name w:val="List Continue 2"/>
    <w:basedOn w:val="Normal"/>
    <w:uiPriority w:val="99"/>
    <w:unhideWhenUsed/>
    <w:rsid w:val="00183B17"/>
    <w:pPr>
      <w:spacing w:after="120" w:line="276" w:lineRule="auto"/>
      <w:ind w:left="720"/>
      <w:contextualSpacing/>
    </w:pPr>
    <w:rPr>
      <w:rFonts w:eastAsiaTheme="minorEastAsia"/>
      <w:kern w:val="0"/>
      <w:sz w:val="22"/>
      <w:szCs w:val="22"/>
      <w:lang w:val="en-US"/>
      <w14:ligatures w14:val="none"/>
    </w:rPr>
  </w:style>
  <w:style w:type="paragraph" w:styleId="ListContinue3">
    <w:name w:val="List Continue 3"/>
    <w:basedOn w:val="Normal"/>
    <w:uiPriority w:val="99"/>
    <w:unhideWhenUsed/>
    <w:rsid w:val="00183B17"/>
    <w:pPr>
      <w:spacing w:after="120" w:line="276" w:lineRule="auto"/>
      <w:ind w:left="1080"/>
      <w:contextualSpacing/>
    </w:pPr>
    <w:rPr>
      <w:rFonts w:eastAsiaTheme="minorEastAsia"/>
      <w:kern w:val="0"/>
      <w:sz w:val="22"/>
      <w:szCs w:val="22"/>
      <w:lang w:val="en-US"/>
      <w14:ligatures w14:val="none"/>
    </w:rPr>
  </w:style>
  <w:style w:type="paragraph" w:styleId="MacroText">
    <w:name w:val="macro"/>
    <w:link w:val="MacroTextChar"/>
    <w:uiPriority w:val="99"/>
    <w:unhideWhenUsed/>
    <w:rsid w:val="00183B17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  <w:spacing w:after="200" w:line="276" w:lineRule="auto"/>
    </w:pPr>
    <w:rPr>
      <w:rFonts w:ascii="Courier" w:eastAsiaTheme="minorEastAsia" w:hAnsi="Courier"/>
      <w:kern w:val="0"/>
      <w:sz w:val="20"/>
      <w:szCs w:val="20"/>
      <w:lang w:val="en-US"/>
      <w14:ligatures w14:val="none"/>
    </w:rPr>
  </w:style>
  <w:style w:type="character" w:customStyle="1" w:styleId="MacroTextChar">
    <w:name w:val="Macro Text Char"/>
    <w:basedOn w:val="DefaultParagraphFont"/>
    <w:link w:val="MacroText"/>
    <w:uiPriority w:val="99"/>
    <w:rsid w:val="00183B17"/>
    <w:rPr>
      <w:rFonts w:ascii="Courier" w:eastAsiaTheme="minorEastAsia" w:hAnsi="Courier"/>
      <w:kern w:val="0"/>
      <w:sz w:val="20"/>
      <w:szCs w:val="20"/>
      <w:lang w:val="en-US"/>
      <w14:ligatures w14:val="none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183B17"/>
    <w:pPr>
      <w:spacing w:after="200" w:line="240" w:lineRule="auto"/>
    </w:pPr>
    <w:rPr>
      <w:rFonts w:eastAsiaTheme="minorEastAsia"/>
      <w:b/>
      <w:bCs/>
      <w:color w:val="4472C4" w:themeColor="accent1"/>
      <w:kern w:val="0"/>
      <w:sz w:val="18"/>
      <w:szCs w:val="18"/>
      <w:lang w:val="en-US"/>
      <w14:ligatures w14:val="none"/>
    </w:rPr>
  </w:style>
  <w:style w:type="character" w:styleId="Strong">
    <w:name w:val="Strong"/>
    <w:basedOn w:val="DefaultParagraphFont"/>
    <w:uiPriority w:val="22"/>
    <w:qFormat/>
    <w:rsid w:val="00183B17"/>
    <w:rPr>
      <w:b/>
      <w:bCs/>
    </w:rPr>
  </w:style>
  <w:style w:type="character" w:styleId="Emphasis">
    <w:name w:val="Emphasis"/>
    <w:basedOn w:val="DefaultParagraphFont"/>
    <w:uiPriority w:val="20"/>
    <w:qFormat/>
    <w:rsid w:val="00183B17"/>
    <w:rPr>
      <w:i/>
      <w:iCs/>
    </w:rPr>
  </w:style>
  <w:style w:type="character" w:styleId="SubtleEmphasis">
    <w:name w:val="Subtle Emphasis"/>
    <w:basedOn w:val="DefaultParagraphFont"/>
    <w:uiPriority w:val="19"/>
    <w:qFormat/>
    <w:rsid w:val="00183B17"/>
    <w:rPr>
      <w:i/>
      <w:iCs/>
      <w:color w:val="808080" w:themeColor="text1" w:themeTint="7F"/>
    </w:rPr>
  </w:style>
  <w:style w:type="character" w:styleId="SubtleReference">
    <w:name w:val="Subtle Reference"/>
    <w:basedOn w:val="DefaultParagraphFont"/>
    <w:uiPriority w:val="31"/>
    <w:qFormat/>
    <w:rsid w:val="00183B17"/>
    <w:rPr>
      <w:smallCaps/>
      <w:color w:val="ED7D31" w:themeColor="accent2"/>
      <w:u w:val="single"/>
    </w:rPr>
  </w:style>
  <w:style w:type="character" w:styleId="BookTitle">
    <w:name w:val="Book Title"/>
    <w:basedOn w:val="DefaultParagraphFont"/>
    <w:uiPriority w:val="33"/>
    <w:qFormat/>
    <w:rsid w:val="00183B17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183B17"/>
    <w:pPr>
      <w:spacing w:before="480" w:after="0" w:line="276" w:lineRule="auto"/>
      <w:outlineLvl w:val="9"/>
    </w:pPr>
    <w:rPr>
      <w:b/>
      <w:bCs/>
      <w:kern w:val="0"/>
      <w:sz w:val="28"/>
      <w:szCs w:val="28"/>
      <w:lang w:val="en-US"/>
      <w14:ligatures w14:val="none"/>
    </w:rPr>
  </w:style>
  <w:style w:type="table" w:styleId="TableGrid">
    <w:name w:val="Table Grid"/>
    <w:basedOn w:val="TableNormal"/>
    <w:uiPriority w:val="59"/>
    <w:rsid w:val="00183B17"/>
    <w:pPr>
      <w:spacing w:after="0" w:line="240" w:lineRule="auto"/>
    </w:pPr>
    <w:rPr>
      <w:rFonts w:eastAsiaTheme="minorEastAsia"/>
      <w:kern w:val="0"/>
      <w:sz w:val="22"/>
      <w:szCs w:val="22"/>
      <w:lang w:val="en-US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183B17"/>
    <w:pPr>
      <w:spacing w:after="0" w:line="240" w:lineRule="auto"/>
    </w:pPr>
    <w:rPr>
      <w:rFonts w:eastAsiaTheme="minorEastAsia"/>
      <w:color w:val="000000" w:themeColor="text1" w:themeShade="BF"/>
      <w:kern w:val="0"/>
      <w:sz w:val="22"/>
      <w:szCs w:val="22"/>
      <w:lang w:val="en-US"/>
      <w14:ligatures w14:val="none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183B17"/>
    <w:pPr>
      <w:spacing w:after="0" w:line="240" w:lineRule="auto"/>
    </w:pPr>
    <w:rPr>
      <w:rFonts w:eastAsiaTheme="minorEastAsia"/>
      <w:color w:val="2F5496" w:themeColor="accent1" w:themeShade="BF"/>
      <w:kern w:val="0"/>
      <w:sz w:val="22"/>
      <w:szCs w:val="22"/>
      <w:lang w:val="en-US"/>
      <w14:ligatures w14:val="none"/>
    </w:rPr>
    <w:tblPr>
      <w:tblStyleRowBandSize w:val="1"/>
      <w:tblStyleColBandSize w:val="1"/>
      <w:tblBorders>
        <w:top w:val="single" w:sz="8" w:space="0" w:color="4472C4" w:themeColor="accent1"/>
        <w:bottom w:val="single" w:sz="8" w:space="0" w:color="4472C4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472C4" w:themeColor="accent1"/>
          <w:left w:val="nil"/>
          <w:bottom w:val="single" w:sz="8" w:space="0" w:color="4472C4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472C4" w:themeColor="accent1"/>
          <w:left w:val="nil"/>
          <w:bottom w:val="single" w:sz="8" w:space="0" w:color="4472C4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0DBF0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0DBF0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183B17"/>
    <w:pPr>
      <w:spacing w:after="0" w:line="240" w:lineRule="auto"/>
    </w:pPr>
    <w:rPr>
      <w:rFonts w:eastAsiaTheme="minorEastAsia"/>
      <w:color w:val="C45911" w:themeColor="accent2" w:themeShade="BF"/>
      <w:kern w:val="0"/>
      <w:sz w:val="22"/>
      <w:szCs w:val="22"/>
      <w:lang w:val="en-US"/>
      <w14:ligatures w14:val="none"/>
    </w:rPr>
    <w:tblPr>
      <w:tblStyleRowBandSize w:val="1"/>
      <w:tblStyleColBandSize w:val="1"/>
      <w:tblBorders>
        <w:top w:val="single" w:sz="8" w:space="0" w:color="ED7D31" w:themeColor="accent2"/>
        <w:bottom w:val="single" w:sz="8" w:space="0" w:color="ED7D31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ED7D31" w:themeColor="accent2"/>
          <w:left w:val="nil"/>
          <w:bottom w:val="single" w:sz="8" w:space="0" w:color="ED7D31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ED7D31" w:themeColor="accent2"/>
          <w:left w:val="nil"/>
          <w:bottom w:val="single" w:sz="8" w:space="0" w:color="ED7D31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ADECB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ADECB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183B17"/>
    <w:pPr>
      <w:spacing w:after="0" w:line="240" w:lineRule="auto"/>
    </w:pPr>
    <w:rPr>
      <w:rFonts w:eastAsiaTheme="minorEastAsia"/>
      <w:color w:val="7B7B7B" w:themeColor="accent3" w:themeShade="BF"/>
      <w:kern w:val="0"/>
      <w:sz w:val="22"/>
      <w:szCs w:val="22"/>
      <w:lang w:val="en-US"/>
      <w14:ligatures w14:val="none"/>
    </w:rPr>
    <w:tblPr>
      <w:tblStyleRowBandSize w:val="1"/>
      <w:tblStyleColBandSize w:val="1"/>
      <w:tblBorders>
        <w:top w:val="single" w:sz="8" w:space="0" w:color="A5A5A5" w:themeColor="accent3"/>
        <w:bottom w:val="single" w:sz="8" w:space="0" w:color="A5A5A5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A5A5A5" w:themeColor="accent3"/>
          <w:left w:val="nil"/>
          <w:bottom w:val="single" w:sz="8" w:space="0" w:color="A5A5A5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A5A5A5" w:themeColor="accent3"/>
          <w:left w:val="nil"/>
          <w:bottom w:val="single" w:sz="8" w:space="0" w:color="A5A5A5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8E8E8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8E8E8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183B17"/>
    <w:pPr>
      <w:spacing w:after="0" w:line="240" w:lineRule="auto"/>
    </w:pPr>
    <w:rPr>
      <w:rFonts w:eastAsiaTheme="minorEastAsia"/>
      <w:color w:val="BF8F00" w:themeColor="accent4" w:themeShade="BF"/>
      <w:kern w:val="0"/>
      <w:sz w:val="22"/>
      <w:szCs w:val="22"/>
      <w:lang w:val="en-US"/>
      <w14:ligatures w14:val="none"/>
    </w:rPr>
    <w:tblPr>
      <w:tblStyleRowBandSize w:val="1"/>
      <w:tblStyleColBandSize w:val="1"/>
      <w:tblBorders>
        <w:top w:val="single" w:sz="8" w:space="0" w:color="FFC000" w:themeColor="accent4"/>
        <w:bottom w:val="single" w:sz="8" w:space="0" w:color="FFC000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FC000" w:themeColor="accent4"/>
          <w:left w:val="nil"/>
          <w:bottom w:val="single" w:sz="8" w:space="0" w:color="FFC000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FC000" w:themeColor="accent4"/>
          <w:left w:val="nil"/>
          <w:bottom w:val="single" w:sz="8" w:space="0" w:color="FFC000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FEFC0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FEFC0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183B17"/>
    <w:pPr>
      <w:spacing w:after="0" w:line="240" w:lineRule="auto"/>
    </w:pPr>
    <w:rPr>
      <w:rFonts w:eastAsiaTheme="minorEastAsia"/>
      <w:color w:val="2E74B5" w:themeColor="accent5" w:themeShade="BF"/>
      <w:kern w:val="0"/>
      <w:sz w:val="22"/>
      <w:szCs w:val="22"/>
      <w:lang w:val="en-US"/>
      <w14:ligatures w14:val="none"/>
    </w:rPr>
    <w:tblPr>
      <w:tblStyleRowBandSize w:val="1"/>
      <w:tblStyleColBandSize w:val="1"/>
      <w:tblBorders>
        <w:top w:val="single" w:sz="8" w:space="0" w:color="5B9BD5" w:themeColor="accent5"/>
        <w:bottom w:val="single" w:sz="8" w:space="0" w:color="5B9BD5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5B9BD5" w:themeColor="accent5"/>
          <w:left w:val="nil"/>
          <w:bottom w:val="single" w:sz="8" w:space="0" w:color="5B9BD5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5B9BD5" w:themeColor="accent5"/>
          <w:left w:val="nil"/>
          <w:bottom w:val="single" w:sz="8" w:space="0" w:color="5B9BD5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6E6F4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6E6F4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183B17"/>
    <w:pPr>
      <w:spacing w:after="0" w:line="240" w:lineRule="auto"/>
    </w:pPr>
    <w:rPr>
      <w:rFonts w:eastAsiaTheme="minorEastAsia"/>
      <w:color w:val="538135" w:themeColor="accent6" w:themeShade="BF"/>
      <w:kern w:val="0"/>
      <w:sz w:val="22"/>
      <w:szCs w:val="22"/>
      <w:lang w:val="en-US"/>
      <w14:ligatures w14:val="none"/>
    </w:rPr>
    <w:tblPr>
      <w:tblStyleRowBandSize w:val="1"/>
      <w:tblStyleColBandSize w:val="1"/>
      <w:tblBorders>
        <w:top w:val="single" w:sz="8" w:space="0" w:color="70AD47" w:themeColor="accent6"/>
        <w:bottom w:val="single" w:sz="8" w:space="0" w:color="70AD47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70AD47" w:themeColor="accent6"/>
          <w:left w:val="nil"/>
          <w:bottom w:val="single" w:sz="8" w:space="0" w:color="70AD47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70AD47" w:themeColor="accent6"/>
          <w:left w:val="nil"/>
          <w:bottom w:val="single" w:sz="8" w:space="0" w:color="70AD47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BEB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BEBD0" w:themeFill="accent6" w:themeFillTint="3F"/>
      </w:tcPr>
    </w:tblStylePr>
  </w:style>
  <w:style w:type="table" w:styleId="LightList">
    <w:name w:val="Light List"/>
    <w:basedOn w:val="TableNormal"/>
    <w:uiPriority w:val="61"/>
    <w:rsid w:val="00183B17"/>
    <w:pPr>
      <w:spacing w:after="0" w:line="240" w:lineRule="auto"/>
    </w:pPr>
    <w:rPr>
      <w:rFonts w:eastAsiaTheme="minorEastAsia"/>
      <w:kern w:val="0"/>
      <w:sz w:val="22"/>
      <w:szCs w:val="22"/>
      <w:lang w:val="en-US"/>
      <w14:ligatures w14:val="none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183B17"/>
    <w:pPr>
      <w:spacing w:after="0" w:line="240" w:lineRule="auto"/>
    </w:pPr>
    <w:rPr>
      <w:rFonts w:eastAsiaTheme="minorEastAsia"/>
      <w:kern w:val="0"/>
      <w:sz w:val="22"/>
      <w:szCs w:val="22"/>
      <w:lang w:val="en-US"/>
      <w14:ligatures w14:val="none"/>
    </w:rPr>
    <w:tblPr>
      <w:tblStyleRowBandSize w:val="1"/>
      <w:tblStyleColBandSize w:val="1"/>
      <w:tblBorders>
        <w:top w:val="single" w:sz="8" w:space="0" w:color="4472C4" w:themeColor="accent1"/>
        <w:left w:val="single" w:sz="8" w:space="0" w:color="4472C4" w:themeColor="accent1"/>
        <w:bottom w:val="single" w:sz="8" w:space="0" w:color="4472C4" w:themeColor="accent1"/>
        <w:right w:val="single" w:sz="8" w:space="0" w:color="4472C4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472C4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472C4" w:themeColor="accent1"/>
          <w:left w:val="single" w:sz="8" w:space="0" w:color="4472C4" w:themeColor="accent1"/>
          <w:bottom w:val="single" w:sz="8" w:space="0" w:color="4472C4" w:themeColor="accent1"/>
          <w:right w:val="single" w:sz="8" w:space="0" w:color="4472C4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472C4" w:themeColor="accent1"/>
          <w:left w:val="single" w:sz="8" w:space="0" w:color="4472C4" w:themeColor="accent1"/>
          <w:bottom w:val="single" w:sz="8" w:space="0" w:color="4472C4" w:themeColor="accent1"/>
          <w:right w:val="single" w:sz="8" w:space="0" w:color="4472C4" w:themeColor="accent1"/>
        </w:tcBorders>
      </w:tcPr>
    </w:tblStylePr>
    <w:tblStylePr w:type="band1Horz">
      <w:tblPr/>
      <w:tcPr>
        <w:tcBorders>
          <w:top w:val="single" w:sz="8" w:space="0" w:color="4472C4" w:themeColor="accent1"/>
          <w:left w:val="single" w:sz="8" w:space="0" w:color="4472C4" w:themeColor="accent1"/>
          <w:bottom w:val="single" w:sz="8" w:space="0" w:color="4472C4" w:themeColor="accent1"/>
          <w:right w:val="single" w:sz="8" w:space="0" w:color="4472C4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183B17"/>
    <w:pPr>
      <w:spacing w:after="0" w:line="240" w:lineRule="auto"/>
    </w:pPr>
    <w:rPr>
      <w:rFonts w:eastAsiaTheme="minorEastAsia"/>
      <w:kern w:val="0"/>
      <w:sz w:val="22"/>
      <w:szCs w:val="22"/>
      <w:lang w:val="en-US"/>
      <w14:ligatures w14:val="none"/>
    </w:rPr>
    <w:tblPr>
      <w:tblStyleRowBandSize w:val="1"/>
      <w:tblStyleColBandSize w:val="1"/>
      <w:tblBorders>
        <w:top w:val="single" w:sz="8" w:space="0" w:color="ED7D31" w:themeColor="accent2"/>
        <w:left w:val="single" w:sz="8" w:space="0" w:color="ED7D31" w:themeColor="accent2"/>
        <w:bottom w:val="single" w:sz="8" w:space="0" w:color="ED7D31" w:themeColor="accent2"/>
        <w:right w:val="single" w:sz="8" w:space="0" w:color="ED7D31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ED7D31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</w:tcBorders>
      </w:tcPr>
    </w:tblStylePr>
    <w:tblStylePr w:type="band1Horz"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183B17"/>
    <w:pPr>
      <w:spacing w:after="0" w:line="240" w:lineRule="auto"/>
    </w:pPr>
    <w:rPr>
      <w:rFonts w:eastAsiaTheme="minorEastAsia"/>
      <w:kern w:val="0"/>
      <w:sz w:val="22"/>
      <w:szCs w:val="22"/>
      <w:lang w:val="en-US"/>
      <w14:ligatures w14:val="none"/>
    </w:rPr>
    <w:tblPr>
      <w:tblStyleRowBandSize w:val="1"/>
      <w:tblStyleColBandSize w:val="1"/>
      <w:tblBorders>
        <w:top w:val="single" w:sz="8" w:space="0" w:color="A5A5A5" w:themeColor="accent3"/>
        <w:left w:val="single" w:sz="8" w:space="0" w:color="A5A5A5" w:themeColor="accent3"/>
        <w:bottom w:val="single" w:sz="8" w:space="0" w:color="A5A5A5" w:themeColor="accent3"/>
        <w:right w:val="single" w:sz="8" w:space="0" w:color="A5A5A5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A5A5A5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</w:tcBorders>
      </w:tcPr>
    </w:tblStylePr>
    <w:tblStylePr w:type="band1Horz"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183B17"/>
    <w:pPr>
      <w:spacing w:after="0" w:line="240" w:lineRule="auto"/>
    </w:pPr>
    <w:rPr>
      <w:rFonts w:eastAsiaTheme="minorEastAsia"/>
      <w:kern w:val="0"/>
      <w:sz w:val="22"/>
      <w:szCs w:val="22"/>
      <w:lang w:val="en-US"/>
      <w14:ligatures w14:val="none"/>
    </w:rPr>
    <w:tblPr>
      <w:tblStyleRowBandSize w:val="1"/>
      <w:tblStyleColBandSize w:val="1"/>
      <w:tblBorders>
        <w:top w:val="single" w:sz="8" w:space="0" w:color="FFC000" w:themeColor="accent4"/>
        <w:left w:val="single" w:sz="8" w:space="0" w:color="FFC000" w:themeColor="accent4"/>
        <w:bottom w:val="single" w:sz="8" w:space="0" w:color="FFC000" w:themeColor="accent4"/>
        <w:right w:val="single" w:sz="8" w:space="0" w:color="FFC000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FC000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</w:tcBorders>
      </w:tcPr>
    </w:tblStylePr>
    <w:tblStylePr w:type="band1Horz">
      <w:tblPr/>
      <w:tcPr>
        <w:tcBorders>
          <w:top w:val="single" w:sz="8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183B17"/>
    <w:pPr>
      <w:spacing w:after="0" w:line="240" w:lineRule="auto"/>
    </w:pPr>
    <w:rPr>
      <w:rFonts w:eastAsiaTheme="minorEastAsia"/>
      <w:kern w:val="0"/>
      <w:sz w:val="22"/>
      <w:szCs w:val="22"/>
      <w:lang w:val="en-US"/>
      <w14:ligatures w14:val="none"/>
    </w:rPr>
    <w:tblPr>
      <w:tblStyleRowBandSize w:val="1"/>
      <w:tblStyleColBandSize w:val="1"/>
      <w:tblBorders>
        <w:top w:val="single" w:sz="8" w:space="0" w:color="5B9BD5" w:themeColor="accent5"/>
        <w:left w:val="single" w:sz="8" w:space="0" w:color="5B9BD5" w:themeColor="accent5"/>
        <w:bottom w:val="single" w:sz="8" w:space="0" w:color="5B9BD5" w:themeColor="accent5"/>
        <w:right w:val="single" w:sz="8" w:space="0" w:color="5B9BD5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5B9BD5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5B9BD5" w:themeColor="accent5"/>
          <w:left w:val="single" w:sz="8" w:space="0" w:color="5B9BD5" w:themeColor="accent5"/>
          <w:bottom w:val="single" w:sz="8" w:space="0" w:color="5B9BD5" w:themeColor="accent5"/>
          <w:right w:val="single" w:sz="8" w:space="0" w:color="5B9BD5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5B9BD5" w:themeColor="accent5"/>
          <w:left w:val="single" w:sz="8" w:space="0" w:color="5B9BD5" w:themeColor="accent5"/>
          <w:bottom w:val="single" w:sz="8" w:space="0" w:color="5B9BD5" w:themeColor="accent5"/>
          <w:right w:val="single" w:sz="8" w:space="0" w:color="5B9BD5" w:themeColor="accent5"/>
        </w:tcBorders>
      </w:tcPr>
    </w:tblStylePr>
    <w:tblStylePr w:type="band1Horz">
      <w:tblPr/>
      <w:tcPr>
        <w:tcBorders>
          <w:top w:val="single" w:sz="8" w:space="0" w:color="5B9BD5" w:themeColor="accent5"/>
          <w:left w:val="single" w:sz="8" w:space="0" w:color="5B9BD5" w:themeColor="accent5"/>
          <w:bottom w:val="single" w:sz="8" w:space="0" w:color="5B9BD5" w:themeColor="accent5"/>
          <w:right w:val="single" w:sz="8" w:space="0" w:color="5B9BD5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183B17"/>
    <w:pPr>
      <w:spacing w:after="0" w:line="240" w:lineRule="auto"/>
    </w:pPr>
    <w:rPr>
      <w:rFonts w:eastAsiaTheme="minorEastAsia"/>
      <w:kern w:val="0"/>
      <w:sz w:val="22"/>
      <w:szCs w:val="22"/>
      <w:lang w:val="en-US"/>
      <w14:ligatures w14:val="none"/>
    </w:rPr>
    <w:tblPr>
      <w:tblStyleRowBandSize w:val="1"/>
      <w:tblStyleColBandSize w:val="1"/>
      <w:tblBorders>
        <w:top w:val="single" w:sz="8" w:space="0" w:color="70AD47" w:themeColor="accent6"/>
        <w:left w:val="single" w:sz="8" w:space="0" w:color="70AD47" w:themeColor="accent6"/>
        <w:bottom w:val="single" w:sz="8" w:space="0" w:color="70AD47" w:themeColor="accent6"/>
        <w:right w:val="single" w:sz="8" w:space="0" w:color="70AD47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70AD47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</w:tcBorders>
      </w:tcPr>
    </w:tblStylePr>
    <w:tblStylePr w:type="band1Horz"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</w:tcBorders>
      </w:tcPr>
    </w:tblStylePr>
  </w:style>
  <w:style w:type="table" w:styleId="LightGrid">
    <w:name w:val="Light Grid"/>
    <w:basedOn w:val="TableNormal"/>
    <w:uiPriority w:val="62"/>
    <w:rsid w:val="00183B17"/>
    <w:pPr>
      <w:spacing w:after="0" w:line="240" w:lineRule="auto"/>
    </w:pPr>
    <w:rPr>
      <w:rFonts w:eastAsiaTheme="minorEastAsia"/>
      <w:kern w:val="0"/>
      <w:sz w:val="22"/>
      <w:szCs w:val="22"/>
      <w:lang w:val="en-US"/>
      <w14:ligatures w14:val="none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183B17"/>
    <w:pPr>
      <w:spacing w:after="0" w:line="240" w:lineRule="auto"/>
    </w:pPr>
    <w:rPr>
      <w:rFonts w:eastAsiaTheme="minorEastAsia"/>
      <w:kern w:val="0"/>
      <w:sz w:val="22"/>
      <w:szCs w:val="22"/>
      <w:lang w:val="en-US"/>
      <w14:ligatures w14:val="none"/>
    </w:rPr>
    <w:tblPr>
      <w:tblStyleRowBandSize w:val="1"/>
      <w:tblStyleColBandSize w:val="1"/>
      <w:tblBorders>
        <w:top w:val="single" w:sz="8" w:space="0" w:color="4472C4" w:themeColor="accent1"/>
        <w:left w:val="single" w:sz="8" w:space="0" w:color="4472C4" w:themeColor="accent1"/>
        <w:bottom w:val="single" w:sz="8" w:space="0" w:color="4472C4" w:themeColor="accent1"/>
        <w:right w:val="single" w:sz="8" w:space="0" w:color="4472C4" w:themeColor="accent1"/>
        <w:insideH w:val="single" w:sz="8" w:space="0" w:color="4472C4" w:themeColor="accent1"/>
        <w:insideV w:val="single" w:sz="8" w:space="0" w:color="4472C4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472C4" w:themeColor="accent1"/>
          <w:left w:val="single" w:sz="8" w:space="0" w:color="4472C4" w:themeColor="accent1"/>
          <w:bottom w:val="single" w:sz="18" w:space="0" w:color="4472C4" w:themeColor="accent1"/>
          <w:right w:val="single" w:sz="8" w:space="0" w:color="4472C4" w:themeColor="accent1"/>
          <w:insideH w:val="nil"/>
          <w:insideV w:val="single" w:sz="8" w:space="0" w:color="4472C4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472C4" w:themeColor="accent1"/>
          <w:left w:val="single" w:sz="8" w:space="0" w:color="4472C4" w:themeColor="accent1"/>
          <w:bottom w:val="single" w:sz="8" w:space="0" w:color="4472C4" w:themeColor="accent1"/>
          <w:right w:val="single" w:sz="8" w:space="0" w:color="4472C4" w:themeColor="accent1"/>
          <w:insideH w:val="nil"/>
          <w:insideV w:val="single" w:sz="8" w:space="0" w:color="4472C4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472C4" w:themeColor="accent1"/>
          <w:left w:val="single" w:sz="8" w:space="0" w:color="4472C4" w:themeColor="accent1"/>
          <w:bottom w:val="single" w:sz="8" w:space="0" w:color="4472C4" w:themeColor="accent1"/>
          <w:right w:val="single" w:sz="8" w:space="0" w:color="4472C4" w:themeColor="accent1"/>
        </w:tcBorders>
      </w:tcPr>
    </w:tblStylePr>
    <w:tblStylePr w:type="band1Vert">
      <w:tblPr/>
      <w:tcPr>
        <w:tcBorders>
          <w:top w:val="single" w:sz="8" w:space="0" w:color="4472C4" w:themeColor="accent1"/>
          <w:left w:val="single" w:sz="8" w:space="0" w:color="4472C4" w:themeColor="accent1"/>
          <w:bottom w:val="single" w:sz="8" w:space="0" w:color="4472C4" w:themeColor="accent1"/>
          <w:right w:val="single" w:sz="8" w:space="0" w:color="4472C4" w:themeColor="accent1"/>
        </w:tcBorders>
        <w:shd w:val="clear" w:color="auto" w:fill="D0DBF0" w:themeFill="accent1" w:themeFillTint="3F"/>
      </w:tcPr>
    </w:tblStylePr>
    <w:tblStylePr w:type="band1Horz">
      <w:tblPr/>
      <w:tcPr>
        <w:tcBorders>
          <w:top w:val="single" w:sz="8" w:space="0" w:color="4472C4" w:themeColor="accent1"/>
          <w:left w:val="single" w:sz="8" w:space="0" w:color="4472C4" w:themeColor="accent1"/>
          <w:bottom w:val="single" w:sz="8" w:space="0" w:color="4472C4" w:themeColor="accent1"/>
          <w:right w:val="single" w:sz="8" w:space="0" w:color="4472C4" w:themeColor="accent1"/>
          <w:insideV w:val="single" w:sz="8" w:space="0" w:color="4472C4" w:themeColor="accent1"/>
        </w:tcBorders>
        <w:shd w:val="clear" w:color="auto" w:fill="D0DBF0" w:themeFill="accent1" w:themeFillTint="3F"/>
      </w:tcPr>
    </w:tblStylePr>
    <w:tblStylePr w:type="band2Horz">
      <w:tblPr/>
      <w:tcPr>
        <w:tcBorders>
          <w:top w:val="single" w:sz="8" w:space="0" w:color="4472C4" w:themeColor="accent1"/>
          <w:left w:val="single" w:sz="8" w:space="0" w:color="4472C4" w:themeColor="accent1"/>
          <w:bottom w:val="single" w:sz="8" w:space="0" w:color="4472C4" w:themeColor="accent1"/>
          <w:right w:val="single" w:sz="8" w:space="0" w:color="4472C4" w:themeColor="accent1"/>
          <w:insideV w:val="single" w:sz="8" w:space="0" w:color="4472C4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183B17"/>
    <w:pPr>
      <w:spacing w:after="0" w:line="240" w:lineRule="auto"/>
    </w:pPr>
    <w:rPr>
      <w:rFonts w:eastAsiaTheme="minorEastAsia"/>
      <w:kern w:val="0"/>
      <w:sz w:val="22"/>
      <w:szCs w:val="22"/>
      <w:lang w:val="en-US"/>
      <w14:ligatures w14:val="none"/>
    </w:rPr>
    <w:tblPr>
      <w:tblStyleRowBandSize w:val="1"/>
      <w:tblStyleColBandSize w:val="1"/>
      <w:tblBorders>
        <w:top w:val="single" w:sz="8" w:space="0" w:color="ED7D31" w:themeColor="accent2"/>
        <w:left w:val="single" w:sz="8" w:space="0" w:color="ED7D31" w:themeColor="accent2"/>
        <w:bottom w:val="single" w:sz="8" w:space="0" w:color="ED7D31" w:themeColor="accent2"/>
        <w:right w:val="single" w:sz="8" w:space="0" w:color="ED7D31" w:themeColor="accent2"/>
        <w:insideH w:val="single" w:sz="8" w:space="0" w:color="ED7D31" w:themeColor="accent2"/>
        <w:insideV w:val="single" w:sz="8" w:space="0" w:color="ED7D31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18" w:space="0" w:color="ED7D31" w:themeColor="accent2"/>
          <w:right w:val="single" w:sz="8" w:space="0" w:color="ED7D31" w:themeColor="accent2"/>
          <w:insideH w:val="nil"/>
          <w:insideV w:val="single" w:sz="8" w:space="0" w:color="ED7D31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  <w:insideH w:val="nil"/>
          <w:insideV w:val="single" w:sz="8" w:space="0" w:color="ED7D31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</w:tcBorders>
      </w:tcPr>
    </w:tblStylePr>
    <w:tblStylePr w:type="band1Vert"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</w:tcBorders>
        <w:shd w:val="clear" w:color="auto" w:fill="FADECB" w:themeFill="accent2" w:themeFillTint="3F"/>
      </w:tcPr>
    </w:tblStylePr>
    <w:tblStylePr w:type="band1Horz"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  <w:insideV w:val="single" w:sz="8" w:space="0" w:color="ED7D31" w:themeColor="accent2"/>
        </w:tcBorders>
        <w:shd w:val="clear" w:color="auto" w:fill="FADECB" w:themeFill="accent2" w:themeFillTint="3F"/>
      </w:tcPr>
    </w:tblStylePr>
    <w:tblStylePr w:type="band2Horz"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  <w:insideV w:val="single" w:sz="8" w:space="0" w:color="ED7D31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183B17"/>
    <w:pPr>
      <w:spacing w:after="0" w:line="240" w:lineRule="auto"/>
    </w:pPr>
    <w:rPr>
      <w:rFonts w:eastAsiaTheme="minorEastAsia"/>
      <w:kern w:val="0"/>
      <w:sz w:val="22"/>
      <w:szCs w:val="22"/>
      <w:lang w:val="en-US"/>
      <w14:ligatures w14:val="none"/>
    </w:rPr>
    <w:tblPr>
      <w:tblStyleRowBandSize w:val="1"/>
      <w:tblStyleColBandSize w:val="1"/>
      <w:tblBorders>
        <w:top w:val="single" w:sz="8" w:space="0" w:color="A5A5A5" w:themeColor="accent3"/>
        <w:left w:val="single" w:sz="8" w:space="0" w:color="A5A5A5" w:themeColor="accent3"/>
        <w:bottom w:val="single" w:sz="8" w:space="0" w:color="A5A5A5" w:themeColor="accent3"/>
        <w:right w:val="single" w:sz="8" w:space="0" w:color="A5A5A5" w:themeColor="accent3"/>
        <w:insideH w:val="single" w:sz="8" w:space="0" w:color="A5A5A5" w:themeColor="accent3"/>
        <w:insideV w:val="single" w:sz="8" w:space="0" w:color="A5A5A5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18" w:space="0" w:color="A5A5A5" w:themeColor="accent3"/>
          <w:right w:val="single" w:sz="8" w:space="0" w:color="A5A5A5" w:themeColor="accent3"/>
          <w:insideH w:val="nil"/>
          <w:insideV w:val="single" w:sz="8" w:space="0" w:color="A5A5A5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  <w:insideH w:val="nil"/>
          <w:insideV w:val="single" w:sz="8" w:space="0" w:color="A5A5A5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</w:tcBorders>
      </w:tcPr>
    </w:tblStylePr>
    <w:tblStylePr w:type="band1Vert"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</w:tcBorders>
        <w:shd w:val="clear" w:color="auto" w:fill="E8E8E8" w:themeFill="accent3" w:themeFillTint="3F"/>
      </w:tcPr>
    </w:tblStylePr>
    <w:tblStylePr w:type="band1Horz"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  <w:insideV w:val="single" w:sz="8" w:space="0" w:color="A5A5A5" w:themeColor="accent3"/>
        </w:tcBorders>
        <w:shd w:val="clear" w:color="auto" w:fill="E8E8E8" w:themeFill="accent3" w:themeFillTint="3F"/>
      </w:tcPr>
    </w:tblStylePr>
    <w:tblStylePr w:type="band2Horz"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  <w:insideV w:val="single" w:sz="8" w:space="0" w:color="A5A5A5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183B17"/>
    <w:pPr>
      <w:spacing w:after="0" w:line="240" w:lineRule="auto"/>
    </w:pPr>
    <w:rPr>
      <w:rFonts w:eastAsiaTheme="minorEastAsia"/>
      <w:kern w:val="0"/>
      <w:sz w:val="22"/>
      <w:szCs w:val="22"/>
      <w:lang w:val="en-US"/>
      <w14:ligatures w14:val="none"/>
    </w:rPr>
    <w:tblPr>
      <w:tblStyleRowBandSize w:val="1"/>
      <w:tblStyleColBandSize w:val="1"/>
      <w:tblBorders>
        <w:top w:val="single" w:sz="8" w:space="0" w:color="FFC000" w:themeColor="accent4"/>
        <w:left w:val="single" w:sz="8" w:space="0" w:color="FFC000" w:themeColor="accent4"/>
        <w:bottom w:val="single" w:sz="8" w:space="0" w:color="FFC000" w:themeColor="accent4"/>
        <w:right w:val="single" w:sz="8" w:space="0" w:color="FFC000" w:themeColor="accent4"/>
        <w:insideH w:val="single" w:sz="8" w:space="0" w:color="FFC000" w:themeColor="accent4"/>
        <w:insideV w:val="single" w:sz="8" w:space="0" w:color="FFC000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FC000" w:themeColor="accent4"/>
          <w:left w:val="single" w:sz="8" w:space="0" w:color="FFC000" w:themeColor="accent4"/>
          <w:bottom w:val="single" w:sz="18" w:space="0" w:color="FFC000" w:themeColor="accent4"/>
          <w:right w:val="single" w:sz="8" w:space="0" w:color="FFC000" w:themeColor="accent4"/>
          <w:insideH w:val="nil"/>
          <w:insideV w:val="single" w:sz="8" w:space="0" w:color="FFC000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  <w:insideH w:val="nil"/>
          <w:insideV w:val="single" w:sz="8" w:space="0" w:color="FFC000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</w:tcBorders>
      </w:tcPr>
    </w:tblStylePr>
    <w:tblStylePr w:type="band1Vert">
      <w:tblPr/>
      <w:tcPr>
        <w:tcBorders>
          <w:top w:val="single" w:sz="8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</w:tcBorders>
        <w:shd w:val="clear" w:color="auto" w:fill="FFEFC0" w:themeFill="accent4" w:themeFillTint="3F"/>
      </w:tcPr>
    </w:tblStylePr>
    <w:tblStylePr w:type="band1Horz">
      <w:tblPr/>
      <w:tcPr>
        <w:tcBorders>
          <w:top w:val="single" w:sz="8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  <w:insideV w:val="single" w:sz="8" w:space="0" w:color="FFC000" w:themeColor="accent4"/>
        </w:tcBorders>
        <w:shd w:val="clear" w:color="auto" w:fill="FFEFC0" w:themeFill="accent4" w:themeFillTint="3F"/>
      </w:tcPr>
    </w:tblStylePr>
    <w:tblStylePr w:type="band2Horz">
      <w:tblPr/>
      <w:tcPr>
        <w:tcBorders>
          <w:top w:val="single" w:sz="8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  <w:insideV w:val="single" w:sz="8" w:space="0" w:color="FFC000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183B17"/>
    <w:pPr>
      <w:spacing w:after="0" w:line="240" w:lineRule="auto"/>
    </w:pPr>
    <w:rPr>
      <w:rFonts w:eastAsiaTheme="minorEastAsia"/>
      <w:kern w:val="0"/>
      <w:sz w:val="22"/>
      <w:szCs w:val="22"/>
      <w:lang w:val="en-US"/>
      <w14:ligatures w14:val="none"/>
    </w:rPr>
    <w:tblPr>
      <w:tblStyleRowBandSize w:val="1"/>
      <w:tblStyleColBandSize w:val="1"/>
      <w:tblBorders>
        <w:top w:val="single" w:sz="8" w:space="0" w:color="5B9BD5" w:themeColor="accent5"/>
        <w:left w:val="single" w:sz="8" w:space="0" w:color="5B9BD5" w:themeColor="accent5"/>
        <w:bottom w:val="single" w:sz="8" w:space="0" w:color="5B9BD5" w:themeColor="accent5"/>
        <w:right w:val="single" w:sz="8" w:space="0" w:color="5B9BD5" w:themeColor="accent5"/>
        <w:insideH w:val="single" w:sz="8" w:space="0" w:color="5B9BD5" w:themeColor="accent5"/>
        <w:insideV w:val="single" w:sz="8" w:space="0" w:color="5B9BD5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5B9BD5" w:themeColor="accent5"/>
          <w:left w:val="single" w:sz="8" w:space="0" w:color="5B9BD5" w:themeColor="accent5"/>
          <w:bottom w:val="single" w:sz="18" w:space="0" w:color="5B9BD5" w:themeColor="accent5"/>
          <w:right w:val="single" w:sz="8" w:space="0" w:color="5B9BD5" w:themeColor="accent5"/>
          <w:insideH w:val="nil"/>
          <w:insideV w:val="single" w:sz="8" w:space="0" w:color="5B9BD5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5B9BD5" w:themeColor="accent5"/>
          <w:left w:val="single" w:sz="8" w:space="0" w:color="5B9BD5" w:themeColor="accent5"/>
          <w:bottom w:val="single" w:sz="8" w:space="0" w:color="5B9BD5" w:themeColor="accent5"/>
          <w:right w:val="single" w:sz="8" w:space="0" w:color="5B9BD5" w:themeColor="accent5"/>
          <w:insideH w:val="nil"/>
          <w:insideV w:val="single" w:sz="8" w:space="0" w:color="5B9BD5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5B9BD5" w:themeColor="accent5"/>
          <w:left w:val="single" w:sz="8" w:space="0" w:color="5B9BD5" w:themeColor="accent5"/>
          <w:bottom w:val="single" w:sz="8" w:space="0" w:color="5B9BD5" w:themeColor="accent5"/>
          <w:right w:val="single" w:sz="8" w:space="0" w:color="5B9BD5" w:themeColor="accent5"/>
        </w:tcBorders>
      </w:tcPr>
    </w:tblStylePr>
    <w:tblStylePr w:type="band1Vert">
      <w:tblPr/>
      <w:tcPr>
        <w:tcBorders>
          <w:top w:val="single" w:sz="8" w:space="0" w:color="5B9BD5" w:themeColor="accent5"/>
          <w:left w:val="single" w:sz="8" w:space="0" w:color="5B9BD5" w:themeColor="accent5"/>
          <w:bottom w:val="single" w:sz="8" w:space="0" w:color="5B9BD5" w:themeColor="accent5"/>
          <w:right w:val="single" w:sz="8" w:space="0" w:color="5B9BD5" w:themeColor="accent5"/>
        </w:tcBorders>
        <w:shd w:val="clear" w:color="auto" w:fill="D6E6F4" w:themeFill="accent5" w:themeFillTint="3F"/>
      </w:tcPr>
    </w:tblStylePr>
    <w:tblStylePr w:type="band1Horz">
      <w:tblPr/>
      <w:tcPr>
        <w:tcBorders>
          <w:top w:val="single" w:sz="8" w:space="0" w:color="5B9BD5" w:themeColor="accent5"/>
          <w:left w:val="single" w:sz="8" w:space="0" w:color="5B9BD5" w:themeColor="accent5"/>
          <w:bottom w:val="single" w:sz="8" w:space="0" w:color="5B9BD5" w:themeColor="accent5"/>
          <w:right w:val="single" w:sz="8" w:space="0" w:color="5B9BD5" w:themeColor="accent5"/>
          <w:insideV w:val="single" w:sz="8" w:space="0" w:color="5B9BD5" w:themeColor="accent5"/>
        </w:tcBorders>
        <w:shd w:val="clear" w:color="auto" w:fill="D6E6F4" w:themeFill="accent5" w:themeFillTint="3F"/>
      </w:tcPr>
    </w:tblStylePr>
    <w:tblStylePr w:type="band2Horz">
      <w:tblPr/>
      <w:tcPr>
        <w:tcBorders>
          <w:top w:val="single" w:sz="8" w:space="0" w:color="5B9BD5" w:themeColor="accent5"/>
          <w:left w:val="single" w:sz="8" w:space="0" w:color="5B9BD5" w:themeColor="accent5"/>
          <w:bottom w:val="single" w:sz="8" w:space="0" w:color="5B9BD5" w:themeColor="accent5"/>
          <w:right w:val="single" w:sz="8" w:space="0" w:color="5B9BD5" w:themeColor="accent5"/>
          <w:insideV w:val="single" w:sz="8" w:space="0" w:color="5B9BD5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183B17"/>
    <w:pPr>
      <w:spacing w:after="0" w:line="240" w:lineRule="auto"/>
    </w:pPr>
    <w:rPr>
      <w:rFonts w:eastAsiaTheme="minorEastAsia"/>
      <w:kern w:val="0"/>
      <w:sz w:val="22"/>
      <w:szCs w:val="22"/>
      <w:lang w:val="en-US"/>
      <w14:ligatures w14:val="none"/>
    </w:rPr>
    <w:tblPr>
      <w:tblStyleRowBandSize w:val="1"/>
      <w:tblStyleColBandSize w:val="1"/>
      <w:tblBorders>
        <w:top w:val="single" w:sz="8" w:space="0" w:color="70AD47" w:themeColor="accent6"/>
        <w:left w:val="single" w:sz="8" w:space="0" w:color="70AD47" w:themeColor="accent6"/>
        <w:bottom w:val="single" w:sz="8" w:space="0" w:color="70AD47" w:themeColor="accent6"/>
        <w:right w:val="single" w:sz="8" w:space="0" w:color="70AD47" w:themeColor="accent6"/>
        <w:insideH w:val="single" w:sz="8" w:space="0" w:color="70AD47" w:themeColor="accent6"/>
        <w:insideV w:val="single" w:sz="8" w:space="0" w:color="70AD47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18" w:space="0" w:color="70AD47" w:themeColor="accent6"/>
          <w:right w:val="single" w:sz="8" w:space="0" w:color="70AD47" w:themeColor="accent6"/>
          <w:insideH w:val="nil"/>
          <w:insideV w:val="single" w:sz="8" w:space="0" w:color="70AD47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  <w:insideH w:val="nil"/>
          <w:insideV w:val="single" w:sz="8" w:space="0" w:color="70AD47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</w:tcBorders>
      </w:tcPr>
    </w:tblStylePr>
    <w:tblStylePr w:type="band1Vert"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</w:tcBorders>
        <w:shd w:val="clear" w:color="auto" w:fill="DBEBD0" w:themeFill="accent6" w:themeFillTint="3F"/>
      </w:tcPr>
    </w:tblStylePr>
    <w:tblStylePr w:type="band1Horz"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  <w:insideV w:val="single" w:sz="8" w:space="0" w:color="70AD47" w:themeColor="accent6"/>
        </w:tcBorders>
        <w:shd w:val="clear" w:color="auto" w:fill="DBEBD0" w:themeFill="accent6" w:themeFillTint="3F"/>
      </w:tcPr>
    </w:tblStylePr>
    <w:tblStylePr w:type="band2Horz"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  <w:insideV w:val="single" w:sz="8" w:space="0" w:color="70AD47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183B17"/>
    <w:pPr>
      <w:spacing w:after="0" w:line="240" w:lineRule="auto"/>
    </w:pPr>
    <w:rPr>
      <w:rFonts w:eastAsiaTheme="minorEastAsia"/>
      <w:kern w:val="0"/>
      <w:sz w:val="22"/>
      <w:szCs w:val="22"/>
      <w:lang w:val="en-US"/>
      <w14:ligatures w14:val="none"/>
    </w:r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183B17"/>
    <w:pPr>
      <w:spacing w:after="0" w:line="240" w:lineRule="auto"/>
    </w:pPr>
    <w:rPr>
      <w:rFonts w:eastAsiaTheme="minorEastAsia"/>
      <w:kern w:val="0"/>
      <w:sz w:val="22"/>
      <w:szCs w:val="22"/>
      <w:lang w:val="en-US"/>
      <w14:ligatures w14:val="none"/>
    </w:rPr>
    <w:tblPr>
      <w:tblStyleRowBandSize w:val="1"/>
      <w:tblStyleColBandSize w:val="1"/>
      <w:tblBorders>
        <w:top w:val="single" w:sz="8" w:space="0" w:color="7295D2" w:themeColor="accent1" w:themeTint="BF"/>
        <w:left w:val="single" w:sz="8" w:space="0" w:color="7295D2" w:themeColor="accent1" w:themeTint="BF"/>
        <w:bottom w:val="single" w:sz="8" w:space="0" w:color="7295D2" w:themeColor="accent1" w:themeTint="BF"/>
        <w:right w:val="single" w:sz="8" w:space="0" w:color="7295D2" w:themeColor="accent1" w:themeTint="BF"/>
        <w:insideH w:val="single" w:sz="8" w:space="0" w:color="7295D2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295D2" w:themeColor="accent1" w:themeTint="BF"/>
          <w:left w:val="single" w:sz="8" w:space="0" w:color="7295D2" w:themeColor="accent1" w:themeTint="BF"/>
          <w:bottom w:val="single" w:sz="8" w:space="0" w:color="7295D2" w:themeColor="accent1" w:themeTint="BF"/>
          <w:right w:val="single" w:sz="8" w:space="0" w:color="7295D2" w:themeColor="accent1" w:themeTint="BF"/>
          <w:insideH w:val="nil"/>
          <w:insideV w:val="nil"/>
        </w:tcBorders>
        <w:shd w:val="clear" w:color="auto" w:fill="4472C4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295D2" w:themeColor="accent1" w:themeTint="BF"/>
          <w:left w:val="single" w:sz="8" w:space="0" w:color="7295D2" w:themeColor="accent1" w:themeTint="BF"/>
          <w:bottom w:val="single" w:sz="8" w:space="0" w:color="7295D2" w:themeColor="accent1" w:themeTint="BF"/>
          <w:right w:val="single" w:sz="8" w:space="0" w:color="7295D2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0DBF0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0DBF0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183B17"/>
    <w:pPr>
      <w:spacing w:after="0" w:line="240" w:lineRule="auto"/>
    </w:pPr>
    <w:rPr>
      <w:rFonts w:eastAsiaTheme="minorEastAsia"/>
      <w:kern w:val="0"/>
      <w:sz w:val="22"/>
      <w:szCs w:val="22"/>
      <w:lang w:val="en-US"/>
      <w14:ligatures w14:val="none"/>
    </w:rPr>
    <w:tblPr>
      <w:tblStyleRowBandSize w:val="1"/>
      <w:tblStyleColBandSize w:val="1"/>
      <w:tblBorders>
        <w:top w:val="single" w:sz="8" w:space="0" w:color="F19D64" w:themeColor="accent2" w:themeTint="BF"/>
        <w:left w:val="single" w:sz="8" w:space="0" w:color="F19D64" w:themeColor="accent2" w:themeTint="BF"/>
        <w:bottom w:val="single" w:sz="8" w:space="0" w:color="F19D64" w:themeColor="accent2" w:themeTint="BF"/>
        <w:right w:val="single" w:sz="8" w:space="0" w:color="F19D64" w:themeColor="accent2" w:themeTint="BF"/>
        <w:insideH w:val="single" w:sz="8" w:space="0" w:color="F19D64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19D64" w:themeColor="accent2" w:themeTint="BF"/>
          <w:left w:val="single" w:sz="8" w:space="0" w:color="F19D64" w:themeColor="accent2" w:themeTint="BF"/>
          <w:bottom w:val="single" w:sz="8" w:space="0" w:color="F19D64" w:themeColor="accent2" w:themeTint="BF"/>
          <w:right w:val="single" w:sz="8" w:space="0" w:color="F19D64" w:themeColor="accent2" w:themeTint="BF"/>
          <w:insideH w:val="nil"/>
          <w:insideV w:val="nil"/>
        </w:tcBorders>
        <w:shd w:val="clear" w:color="auto" w:fill="ED7D31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19D64" w:themeColor="accent2" w:themeTint="BF"/>
          <w:left w:val="single" w:sz="8" w:space="0" w:color="F19D64" w:themeColor="accent2" w:themeTint="BF"/>
          <w:bottom w:val="single" w:sz="8" w:space="0" w:color="F19D64" w:themeColor="accent2" w:themeTint="BF"/>
          <w:right w:val="single" w:sz="8" w:space="0" w:color="F19D64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ADECB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ADECB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183B17"/>
    <w:pPr>
      <w:spacing w:after="0" w:line="240" w:lineRule="auto"/>
    </w:pPr>
    <w:rPr>
      <w:rFonts w:eastAsiaTheme="minorEastAsia"/>
      <w:kern w:val="0"/>
      <w:sz w:val="22"/>
      <w:szCs w:val="22"/>
      <w:lang w:val="en-US"/>
      <w14:ligatures w14:val="none"/>
    </w:rPr>
    <w:tblPr>
      <w:tblStyleRowBandSize w:val="1"/>
      <w:tblStyleColBandSize w:val="1"/>
      <w:tblBorders>
        <w:top w:val="single" w:sz="8" w:space="0" w:color="BBBBBB" w:themeColor="accent3" w:themeTint="BF"/>
        <w:left w:val="single" w:sz="8" w:space="0" w:color="BBBBBB" w:themeColor="accent3" w:themeTint="BF"/>
        <w:bottom w:val="single" w:sz="8" w:space="0" w:color="BBBBBB" w:themeColor="accent3" w:themeTint="BF"/>
        <w:right w:val="single" w:sz="8" w:space="0" w:color="BBBBBB" w:themeColor="accent3" w:themeTint="BF"/>
        <w:insideH w:val="single" w:sz="8" w:space="0" w:color="BBBBBB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BBBBB" w:themeColor="accent3" w:themeTint="BF"/>
          <w:left w:val="single" w:sz="8" w:space="0" w:color="BBBBBB" w:themeColor="accent3" w:themeTint="BF"/>
          <w:bottom w:val="single" w:sz="8" w:space="0" w:color="BBBBBB" w:themeColor="accent3" w:themeTint="BF"/>
          <w:right w:val="single" w:sz="8" w:space="0" w:color="BBBBBB" w:themeColor="accent3" w:themeTint="BF"/>
          <w:insideH w:val="nil"/>
          <w:insideV w:val="nil"/>
        </w:tcBorders>
        <w:shd w:val="clear" w:color="auto" w:fill="A5A5A5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BBBBB" w:themeColor="accent3" w:themeTint="BF"/>
          <w:left w:val="single" w:sz="8" w:space="0" w:color="BBBBBB" w:themeColor="accent3" w:themeTint="BF"/>
          <w:bottom w:val="single" w:sz="8" w:space="0" w:color="BBBBBB" w:themeColor="accent3" w:themeTint="BF"/>
          <w:right w:val="single" w:sz="8" w:space="0" w:color="BBBBBB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8E8E8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8E8E8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183B17"/>
    <w:pPr>
      <w:spacing w:after="0" w:line="240" w:lineRule="auto"/>
    </w:pPr>
    <w:rPr>
      <w:rFonts w:eastAsiaTheme="minorEastAsia"/>
      <w:kern w:val="0"/>
      <w:sz w:val="22"/>
      <w:szCs w:val="22"/>
      <w:lang w:val="en-US"/>
      <w14:ligatures w14:val="none"/>
    </w:rPr>
    <w:tblPr>
      <w:tblStyleRowBandSize w:val="1"/>
      <w:tblStyleColBandSize w:val="1"/>
      <w:tblBorders>
        <w:top w:val="single" w:sz="8" w:space="0" w:color="FFCF40" w:themeColor="accent4" w:themeTint="BF"/>
        <w:left w:val="single" w:sz="8" w:space="0" w:color="FFCF40" w:themeColor="accent4" w:themeTint="BF"/>
        <w:bottom w:val="single" w:sz="8" w:space="0" w:color="FFCF40" w:themeColor="accent4" w:themeTint="BF"/>
        <w:right w:val="single" w:sz="8" w:space="0" w:color="FFCF40" w:themeColor="accent4" w:themeTint="BF"/>
        <w:insideH w:val="single" w:sz="8" w:space="0" w:color="FFCF40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FCF40" w:themeColor="accent4" w:themeTint="BF"/>
          <w:left w:val="single" w:sz="8" w:space="0" w:color="FFCF40" w:themeColor="accent4" w:themeTint="BF"/>
          <w:bottom w:val="single" w:sz="8" w:space="0" w:color="FFCF40" w:themeColor="accent4" w:themeTint="BF"/>
          <w:right w:val="single" w:sz="8" w:space="0" w:color="FFCF40" w:themeColor="accent4" w:themeTint="BF"/>
          <w:insideH w:val="nil"/>
          <w:insideV w:val="nil"/>
        </w:tcBorders>
        <w:shd w:val="clear" w:color="auto" w:fill="FFC000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FCF40" w:themeColor="accent4" w:themeTint="BF"/>
          <w:left w:val="single" w:sz="8" w:space="0" w:color="FFCF40" w:themeColor="accent4" w:themeTint="BF"/>
          <w:bottom w:val="single" w:sz="8" w:space="0" w:color="FFCF40" w:themeColor="accent4" w:themeTint="BF"/>
          <w:right w:val="single" w:sz="8" w:space="0" w:color="FFCF40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EFC0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FEFC0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183B17"/>
    <w:pPr>
      <w:spacing w:after="0" w:line="240" w:lineRule="auto"/>
    </w:pPr>
    <w:rPr>
      <w:rFonts w:eastAsiaTheme="minorEastAsia"/>
      <w:kern w:val="0"/>
      <w:sz w:val="22"/>
      <w:szCs w:val="22"/>
      <w:lang w:val="en-US"/>
      <w14:ligatures w14:val="none"/>
    </w:rPr>
    <w:tblPr>
      <w:tblStyleRowBandSize w:val="1"/>
      <w:tblStyleColBandSize w:val="1"/>
      <w:tblBorders>
        <w:top w:val="single" w:sz="8" w:space="0" w:color="84B3DF" w:themeColor="accent5" w:themeTint="BF"/>
        <w:left w:val="single" w:sz="8" w:space="0" w:color="84B3DF" w:themeColor="accent5" w:themeTint="BF"/>
        <w:bottom w:val="single" w:sz="8" w:space="0" w:color="84B3DF" w:themeColor="accent5" w:themeTint="BF"/>
        <w:right w:val="single" w:sz="8" w:space="0" w:color="84B3DF" w:themeColor="accent5" w:themeTint="BF"/>
        <w:insideH w:val="single" w:sz="8" w:space="0" w:color="84B3DF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84B3DF" w:themeColor="accent5" w:themeTint="BF"/>
          <w:left w:val="single" w:sz="8" w:space="0" w:color="84B3DF" w:themeColor="accent5" w:themeTint="BF"/>
          <w:bottom w:val="single" w:sz="8" w:space="0" w:color="84B3DF" w:themeColor="accent5" w:themeTint="BF"/>
          <w:right w:val="single" w:sz="8" w:space="0" w:color="84B3DF" w:themeColor="accent5" w:themeTint="BF"/>
          <w:insideH w:val="nil"/>
          <w:insideV w:val="nil"/>
        </w:tcBorders>
        <w:shd w:val="clear" w:color="auto" w:fill="5B9BD5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4B3DF" w:themeColor="accent5" w:themeTint="BF"/>
          <w:left w:val="single" w:sz="8" w:space="0" w:color="84B3DF" w:themeColor="accent5" w:themeTint="BF"/>
          <w:bottom w:val="single" w:sz="8" w:space="0" w:color="84B3DF" w:themeColor="accent5" w:themeTint="BF"/>
          <w:right w:val="single" w:sz="8" w:space="0" w:color="84B3DF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6E6F4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6E6F4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183B17"/>
    <w:pPr>
      <w:spacing w:after="0" w:line="240" w:lineRule="auto"/>
    </w:pPr>
    <w:rPr>
      <w:rFonts w:eastAsiaTheme="minorEastAsia"/>
      <w:kern w:val="0"/>
      <w:sz w:val="22"/>
      <w:szCs w:val="22"/>
      <w:lang w:val="en-US"/>
      <w14:ligatures w14:val="none"/>
    </w:rPr>
    <w:tblPr>
      <w:tblStyleRowBandSize w:val="1"/>
      <w:tblStyleColBandSize w:val="1"/>
      <w:tblBorders>
        <w:top w:val="single" w:sz="8" w:space="0" w:color="93C571" w:themeColor="accent6" w:themeTint="BF"/>
        <w:left w:val="single" w:sz="8" w:space="0" w:color="93C571" w:themeColor="accent6" w:themeTint="BF"/>
        <w:bottom w:val="single" w:sz="8" w:space="0" w:color="93C571" w:themeColor="accent6" w:themeTint="BF"/>
        <w:right w:val="single" w:sz="8" w:space="0" w:color="93C571" w:themeColor="accent6" w:themeTint="BF"/>
        <w:insideH w:val="single" w:sz="8" w:space="0" w:color="93C571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3C571" w:themeColor="accent6" w:themeTint="BF"/>
          <w:left w:val="single" w:sz="8" w:space="0" w:color="93C571" w:themeColor="accent6" w:themeTint="BF"/>
          <w:bottom w:val="single" w:sz="8" w:space="0" w:color="93C571" w:themeColor="accent6" w:themeTint="BF"/>
          <w:right w:val="single" w:sz="8" w:space="0" w:color="93C571" w:themeColor="accent6" w:themeTint="BF"/>
          <w:insideH w:val="nil"/>
          <w:insideV w:val="nil"/>
        </w:tcBorders>
        <w:shd w:val="clear" w:color="auto" w:fill="70AD47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3C571" w:themeColor="accent6" w:themeTint="BF"/>
          <w:left w:val="single" w:sz="8" w:space="0" w:color="93C571" w:themeColor="accent6" w:themeTint="BF"/>
          <w:bottom w:val="single" w:sz="8" w:space="0" w:color="93C571" w:themeColor="accent6" w:themeTint="BF"/>
          <w:right w:val="single" w:sz="8" w:space="0" w:color="93C571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B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BEB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183B17"/>
    <w:pPr>
      <w:spacing w:after="0" w:line="240" w:lineRule="auto"/>
    </w:pPr>
    <w:rPr>
      <w:rFonts w:eastAsiaTheme="minorEastAsia"/>
      <w:kern w:val="0"/>
      <w:sz w:val="22"/>
      <w:szCs w:val="22"/>
      <w:lang w:val="en-US"/>
      <w14:ligatures w14:val="none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183B17"/>
    <w:pPr>
      <w:spacing w:after="0" w:line="240" w:lineRule="auto"/>
    </w:pPr>
    <w:rPr>
      <w:rFonts w:eastAsiaTheme="minorEastAsia"/>
      <w:kern w:val="0"/>
      <w:sz w:val="22"/>
      <w:szCs w:val="22"/>
      <w:lang w:val="en-US"/>
      <w14:ligatures w14:val="none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472C4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472C4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472C4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183B17"/>
    <w:pPr>
      <w:spacing w:after="0" w:line="240" w:lineRule="auto"/>
    </w:pPr>
    <w:rPr>
      <w:rFonts w:eastAsiaTheme="minorEastAsia"/>
      <w:kern w:val="0"/>
      <w:sz w:val="22"/>
      <w:szCs w:val="22"/>
      <w:lang w:val="en-US"/>
      <w14:ligatures w14:val="none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ED7D31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ED7D31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ED7D31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183B17"/>
    <w:pPr>
      <w:spacing w:after="0" w:line="240" w:lineRule="auto"/>
    </w:pPr>
    <w:rPr>
      <w:rFonts w:eastAsiaTheme="minorEastAsia"/>
      <w:kern w:val="0"/>
      <w:sz w:val="22"/>
      <w:szCs w:val="22"/>
      <w:lang w:val="en-US"/>
      <w14:ligatures w14:val="none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A5A5A5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A5A5A5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A5A5A5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183B17"/>
    <w:pPr>
      <w:spacing w:after="0" w:line="240" w:lineRule="auto"/>
    </w:pPr>
    <w:rPr>
      <w:rFonts w:eastAsiaTheme="minorEastAsia"/>
      <w:kern w:val="0"/>
      <w:sz w:val="22"/>
      <w:szCs w:val="22"/>
      <w:lang w:val="en-US"/>
      <w14:ligatures w14:val="none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C000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C000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FC000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183B17"/>
    <w:pPr>
      <w:spacing w:after="0" w:line="240" w:lineRule="auto"/>
    </w:pPr>
    <w:rPr>
      <w:rFonts w:eastAsiaTheme="minorEastAsia"/>
      <w:kern w:val="0"/>
      <w:sz w:val="22"/>
      <w:szCs w:val="22"/>
      <w:lang w:val="en-US"/>
      <w14:ligatures w14:val="none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5B9BD5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5B9BD5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5B9BD5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183B17"/>
    <w:pPr>
      <w:spacing w:after="0" w:line="240" w:lineRule="auto"/>
    </w:pPr>
    <w:rPr>
      <w:rFonts w:eastAsiaTheme="minorEastAsia"/>
      <w:kern w:val="0"/>
      <w:sz w:val="22"/>
      <w:szCs w:val="22"/>
      <w:lang w:val="en-US"/>
      <w14:ligatures w14:val="none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70AD47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70AD47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70AD47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183B17"/>
    <w:pPr>
      <w:spacing w:after="0" w:line="240" w:lineRule="auto"/>
    </w:pPr>
    <w:rPr>
      <w:rFonts w:eastAsiaTheme="minorEastAsia"/>
      <w:color w:val="000000" w:themeColor="text1"/>
      <w:kern w:val="0"/>
      <w:sz w:val="22"/>
      <w:szCs w:val="22"/>
      <w:lang w:val="en-US"/>
      <w14:ligatures w14:val="none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183B17"/>
    <w:pPr>
      <w:spacing w:after="0" w:line="240" w:lineRule="auto"/>
    </w:pPr>
    <w:rPr>
      <w:rFonts w:eastAsiaTheme="minorEastAsia"/>
      <w:color w:val="000000" w:themeColor="text1"/>
      <w:kern w:val="0"/>
      <w:sz w:val="22"/>
      <w:szCs w:val="22"/>
      <w:lang w:val="en-US"/>
      <w14:ligatures w14:val="none"/>
    </w:rPr>
    <w:tblPr>
      <w:tblStyleRowBandSize w:val="1"/>
      <w:tblStyleColBandSize w:val="1"/>
      <w:tblBorders>
        <w:top w:val="single" w:sz="8" w:space="0" w:color="4472C4" w:themeColor="accent1"/>
        <w:bottom w:val="single" w:sz="8" w:space="0" w:color="4472C4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472C4" w:themeColor="accent1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4472C4" w:themeColor="accent1"/>
          <w:bottom w:val="single" w:sz="8" w:space="0" w:color="4472C4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472C4" w:themeColor="accent1"/>
          <w:bottom w:val="single" w:sz="8" w:space="0" w:color="4472C4" w:themeColor="accent1"/>
        </w:tcBorders>
      </w:tcPr>
    </w:tblStylePr>
    <w:tblStylePr w:type="band1Vert">
      <w:tblPr/>
      <w:tcPr>
        <w:shd w:val="clear" w:color="auto" w:fill="D0DBF0" w:themeFill="accent1" w:themeFillTint="3F"/>
      </w:tcPr>
    </w:tblStylePr>
    <w:tblStylePr w:type="band1Horz">
      <w:tblPr/>
      <w:tcPr>
        <w:shd w:val="clear" w:color="auto" w:fill="D0DBF0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183B17"/>
    <w:pPr>
      <w:spacing w:after="0" w:line="240" w:lineRule="auto"/>
    </w:pPr>
    <w:rPr>
      <w:rFonts w:eastAsiaTheme="minorEastAsia"/>
      <w:color w:val="000000" w:themeColor="text1"/>
      <w:kern w:val="0"/>
      <w:sz w:val="22"/>
      <w:szCs w:val="22"/>
      <w:lang w:val="en-US"/>
      <w14:ligatures w14:val="none"/>
    </w:rPr>
    <w:tblPr>
      <w:tblStyleRowBandSize w:val="1"/>
      <w:tblStyleColBandSize w:val="1"/>
      <w:tblBorders>
        <w:top w:val="single" w:sz="8" w:space="0" w:color="ED7D31" w:themeColor="accent2"/>
        <w:bottom w:val="single" w:sz="8" w:space="0" w:color="ED7D31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ED7D31" w:themeColor="accent2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ED7D31" w:themeColor="accent2"/>
          <w:bottom w:val="single" w:sz="8" w:space="0" w:color="ED7D31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ED7D31" w:themeColor="accent2"/>
          <w:bottom w:val="single" w:sz="8" w:space="0" w:color="ED7D31" w:themeColor="accent2"/>
        </w:tcBorders>
      </w:tcPr>
    </w:tblStylePr>
    <w:tblStylePr w:type="band1Vert">
      <w:tblPr/>
      <w:tcPr>
        <w:shd w:val="clear" w:color="auto" w:fill="FADECB" w:themeFill="accent2" w:themeFillTint="3F"/>
      </w:tcPr>
    </w:tblStylePr>
    <w:tblStylePr w:type="band1Horz">
      <w:tblPr/>
      <w:tcPr>
        <w:shd w:val="clear" w:color="auto" w:fill="FADECB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183B17"/>
    <w:pPr>
      <w:spacing w:after="0" w:line="240" w:lineRule="auto"/>
    </w:pPr>
    <w:rPr>
      <w:rFonts w:eastAsiaTheme="minorEastAsia"/>
      <w:color w:val="000000" w:themeColor="text1"/>
      <w:kern w:val="0"/>
      <w:sz w:val="22"/>
      <w:szCs w:val="22"/>
      <w:lang w:val="en-US"/>
      <w14:ligatures w14:val="none"/>
    </w:rPr>
    <w:tblPr>
      <w:tblStyleRowBandSize w:val="1"/>
      <w:tblStyleColBandSize w:val="1"/>
      <w:tblBorders>
        <w:top w:val="single" w:sz="8" w:space="0" w:color="A5A5A5" w:themeColor="accent3"/>
        <w:bottom w:val="single" w:sz="8" w:space="0" w:color="A5A5A5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A5A5A5" w:themeColor="accent3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A5A5A5" w:themeColor="accent3"/>
          <w:bottom w:val="single" w:sz="8" w:space="0" w:color="A5A5A5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A5A5A5" w:themeColor="accent3"/>
          <w:bottom w:val="single" w:sz="8" w:space="0" w:color="A5A5A5" w:themeColor="accent3"/>
        </w:tcBorders>
      </w:tcPr>
    </w:tblStylePr>
    <w:tblStylePr w:type="band1Vert">
      <w:tblPr/>
      <w:tcPr>
        <w:shd w:val="clear" w:color="auto" w:fill="E8E8E8" w:themeFill="accent3" w:themeFillTint="3F"/>
      </w:tcPr>
    </w:tblStylePr>
    <w:tblStylePr w:type="band1Horz">
      <w:tblPr/>
      <w:tcPr>
        <w:shd w:val="clear" w:color="auto" w:fill="E8E8E8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183B17"/>
    <w:pPr>
      <w:spacing w:after="0" w:line="240" w:lineRule="auto"/>
    </w:pPr>
    <w:rPr>
      <w:rFonts w:eastAsiaTheme="minorEastAsia"/>
      <w:color w:val="000000" w:themeColor="text1"/>
      <w:kern w:val="0"/>
      <w:sz w:val="22"/>
      <w:szCs w:val="22"/>
      <w:lang w:val="en-US"/>
      <w14:ligatures w14:val="none"/>
    </w:rPr>
    <w:tblPr>
      <w:tblStyleRowBandSize w:val="1"/>
      <w:tblStyleColBandSize w:val="1"/>
      <w:tblBorders>
        <w:top w:val="single" w:sz="8" w:space="0" w:color="FFC000" w:themeColor="accent4"/>
        <w:bottom w:val="single" w:sz="8" w:space="0" w:color="FFC000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FC000" w:themeColor="accent4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FFC000" w:themeColor="accent4"/>
          <w:bottom w:val="single" w:sz="8" w:space="0" w:color="FFC000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FC000" w:themeColor="accent4"/>
          <w:bottom w:val="single" w:sz="8" w:space="0" w:color="FFC000" w:themeColor="accent4"/>
        </w:tcBorders>
      </w:tcPr>
    </w:tblStylePr>
    <w:tblStylePr w:type="band1Vert">
      <w:tblPr/>
      <w:tcPr>
        <w:shd w:val="clear" w:color="auto" w:fill="FFEFC0" w:themeFill="accent4" w:themeFillTint="3F"/>
      </w:tcPr>
    </w:tblStylePr>
    <w:tblStylePr w:type="band1Horz">
      <w:tblPr/>
      <w:tcPr>
        <w:shd w:val="clear" w:color="auto" w:fill="FFEFC0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183B17"/>
    <w:pPr>
      <w:spacing w:after="0" w:line="240" w:lineRule="auto"/>
    </w:pPr>
    <w:rPr>
      <w:rFonts w:eastAsiaTheme="minorEastAsia"/>
      <w:color w:val="000000" w:themeColor="text1"/>
      <w:kern w:val="0"/>
      <w:sz w:val="22"/>
      <w:szCs w:val="22"/>
      <w:lang w:val="en-US"/>
      <w14:ligatures w14:val="none"/>
    </w:rPr>
    <w:tblPr>
      <w:tblStyleRowBandSize w:val="1"/>
      <w:tblStyleColBandSize w:val="1"/>
      <w:tblBorders>
        <w:top w:val="single" w:sz="8" w:space="0" w:color="5B9BD5" w:themeColor="accent5"/>
        <w:bottom w:val="single" w:sz="8" w:space="0" w:color="5B9BD5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5B9BD5" w:themeColor="accent5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5B9BD5" w:themeColor="accent5"/>
          <w:bottom w:val="single" w:sz="8" w:space="0" w:color="5B9BD5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5B9BD5" w:themeColor="accent5"/>
          <w:bottom w:val="single" w:sz="8" w:space="0" w:color="5B9BD5" w:themeColor="accent5"/>
        </w:tcBorders>
      </w:tcPr>
    </w:tblStylePr>
    <w:tblStylePr w:type="band1Vert">
      <w:tblPr/>
      <w:tcPr>
        <w:shd w:val="clear" w:color="auto" w:fill="D6E6F4" w:themeFill="accent5" w:themeFillTint="3F"/>
      </w:tcPr>
    </w:tblStylePr>
    <w:tblStylePr w:type="band1Horz">
      <w:tblPr/>
      <w:tcPr>
        <w:shd w:val="clear" w:color="auto" w:fill="D6E6F4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183B17"/>
    <w:pPr>
      <w:spacing w:after="0" w:line="240" w:lineRule="auto"/>
    </w:pPr>
    <w:rPr>
      <w:rFonts w:eastAsiaTheme="minorEastAsia"/>
      <w:color w:val="000000" w:themeColor="text1"/>
      <w:kern w:val="0"/>
      <w:sz w:val="22"/>
      <w:szCs w:val="22"/>
      <w:lang w:val="en-US"/>
      <w14:ligatures w14:val="none"/>
    </w:rPr>
    <w:tblPr>
      <w:tblStyleRowBandSize w:val="1"/>
      <w:tblStyleColBandSize w:val="1"/>
      <w:tblBorders>
        <w:top w:val="single" w:sz="8" w:space="0" w:color="70AD47" w:themeColor="accent6"/>
        <w:bottom w:val="single" w:sz="8" w:space="0" w:color="70AD47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70AD47" w:themeColor="accent6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70AD47" w:themeColor="accent6"/>
          <w:bottom w:val="single" w:sz="8" w:space="0" w:color="70AD47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70AD47" w:themeColor="accent6"/>
          <w:bottom w:val="single" w:sz="8" w:space="0" w:color="70AD47" w:themeColor="accent6"/>
        </w:tcBorders>
      </w:tcPr>
    </w:tblStylePr>
    <w:tblStylePr w:type="band1Vert">
      <w:tblPr/>
      <w:tcPr>
        <w:shd w:val="clear" w:color="auto" w:fill="DBEBD0" w:themeFill="accent6" w:themeFillTint="3F"/>
      </w:tcPr>
    </w:tblStylePr>
    <w:tblStylePr w:type="band1Horz">
      <w:tblPr/>
      <w:tcPr>
        <w:shd w:val="clear" w:color="auto" w:fill="DBEBD0" w:themeFill="accent6" w:themeFillTint="3F"/>
      </w:tcPr>
    </w:tblStylePr>
  </w:style>
  <w:style w:type="table" w:styleId="MediumList2">
    <w:name w:val="Medium List 2"/>
    <w:basedOn w:val="TableNormal"/>
    <w:uiPriority w:val="66"/>
    <w:rsid w:val="00183B17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  <w:kern w:val="0"/>
      <w:sz w:val="22"/>
      <w:szCs w:val="22"/>
      <w:lang w:val="en-US"/>
      <w14:ligatures w14:val="none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183B17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  <w:kern w:val="0"/>
      <w:sz w:val="22"/>
      <w:szCs w:val="22"/>
      <w:lang w:val="en-US"/>
      <w14:ligatures w14:val="none"/>
    </w:rPr>
    <w:tblPr>
      <w:tblStyleRowBandSize w:val="1"/>
      <w:tblStyleColBandSize w:val="1"/>
      <w:tblBorders>
        <w:top w:val="single" w:sz="8" w:space="0" w:color="4472C4" w:themeColor="accent1"/>
        <w:left w:val="single" w:sz="8" w:space="0" w:color="4472C4" w:themeColor="accent1"/>
        <w:bottom w:val="single" w:sz="8" w:space="0" w:color="4472C4" w:themeColor="accent1"/>
        <w:right w:val="single" w:sz="8" w:space="0" w:color="4472C4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472C4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472C4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472C4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472C4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0DBF0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0DBF0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183B17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  <w:kern w:val="0"/>
      <w:sz w:val="22"/>
      <w:szCs w:val="22"/>
      <w:lang w:val="en-US"/>
      <w14:ligatures w14:val="none"/>
    </w:rPr>
    <w:tblPr>
      <w:tblStyleRowBandSize w:val="1"/>
      <w:tblStyleColBandSize w:val="1"/>
      <w:tblBorders>
        <w:top w:val="single" w:sz="8" w:space="0" w:color="ED7D31" w:themeColor="accent2"/>
        <w:left w:val="single" w:sz="8" w:space="0" w:color="ED7D31" w:themeColor="accent2"/>
        <w:bottom w:val="single" w:sz="8" w:space="0" w:color="ED7D31" w:themeColor="accent2"/>
        <w:right w:val="single" w:sz="8" w:space="0" w:color="ED7D31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ED7D31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ED7D31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ED7D31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ED7D31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ADECB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ADECB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183B17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  <w:kern w:val="0"/>
      <w:sz w:val="22"/>
      <w:szCs w:val="22"/>
      <w:lang w:val="en-US"/>
      <w14:ligatures w14:val="none"/>
    </w:rPr>
    <w:tblPr>
      <w:tblStyleRowBandSize w:val="1"/>
      <w:tblStyleColBandSize w:val="1"/>
      <w:tblBorders>
        <w:top w:val="single" w:sz="8" w:space="0" w:color="A5A5A5" w:themeColor="accent3"/>
        <w:left w:val="single" w:sz="8" w:space="0" w:color="A5A5A5" w:themeColor="accent3"/>
        <w:bottom w:val="single" w:sz="8" w:space="0" w:color="A5A5A5" w:themeColor="accent3"/>
        <w:right w:val="single" w:sz="8" w:space="0" w:color="A5A5A5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A5A5A5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A5A5A5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A5A5A5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A5A5A5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8E8E8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8E8E8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183B17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  <w:kern w:val="0"/>
      <w:sz w:val="22"/>
      <w:szCs w:val="22"/>
      <w:lang w:val="en-US"/>
      <w14:ligatures w14:val="none"/>
    </w:rPr>
    <w:tblPr>
      <w:tblStyleRowBandSize w:val="1"/>
      <w:tblStyleColBandSize w:val="1"/>
      <w:tblBorders>
        <w:top w:val="single" w:sz="8" w:space="0" w:color="FFC000" w:themeColor="accent4"/>
        <w:left w:val="single" w:sz="8" w:space="0" w:color="FFC000" w:themeColor="accent4"/>
        <w:bottom w:val="single" w:sz="8" w:space="0" w:color="FFC000" w:themeColor="accent4"/>
        <w:right w:val="single" w:sz="8" w:space="0" w:color="FFC000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FC000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FC000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FC000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FC000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FEFC0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FEFC0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183B17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  <w:kern w:val="0"/>
      <w:sz w:val="22"/>
      <w:szCs w:val="22"/>
      <w:lang w:val="en-US"/>
      <w14:ligatures w14:val="none"/>
    </w:rPr>
    <w:tblPr>
      <w:tblStyleRowBandSize w:val="1"/>
      <w:tblStyleColBandSize w:val="1"/>
      <w:tblBorders>
        <w:top w:val="single" w:sz="8" w:space="0" w:color="5B9BD5" w:themeColor="accent5"/>
        <w:left w:val="single" w:sz="8" w:space="0" w:color="5B9BD5" w:themeColor="accent5"/>
        <w:bottom w:val="single" w:sz="8" w:space="0" w:color="5B9BD5" w:themeColor="accent5"/>
        <w:right w:val="single" w:sz="8" w:space="0" w:color="5B9BD5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5B9BD5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5B9BD5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5B9BD5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5B9BD5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6E6F4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6E6F4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183B17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  <w:kern w:val="0"/>
      <w:sz w:val="22"/>
      <w:szCs w:val="22"/>
      <w:lang w:val="en-US"/>
      <w14:ligatures w14:val="none"/>
    </w:rPr>
    <w:tblPr>
      <w:tblStyleRowBandSize w:val="1"/>
      <w:tblStyleColBandSize w:val="1"/>
      <w:tblBorders>
        <w:top w:val="single" w:sz="8" w:space="0" w:color="70AD47" w:themeColor="accent6"/>
        <w:left w:val="single" w:sz="8" w:space="0" w:color="70AD47" w:themeColor="accent6"/>
        <w:bottom w:val="single" w:sz="8" w:space="0" w:color="70AD47" w:themeColor="accent6"/>
        <w:right w:val="single" w:sz="8" w:space="0" w:color="70AD47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70AD47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70AD47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70AD47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70AD47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BEB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BEB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183B17"/>
    <w:pPr>
      <w:spacing w:after="0" w:line="240" w:lineRule="auto"/>
    </w:pPr>
    <w:rPr>
      <w:rFonts w:eastAsiaTheme="minorEastAsia"/>
      <w:kern w:val="0"/>
      <w:sz w:val="22"/>
      <w:szCs w:val="22"/>
      <w:lang w:val="en-US"/>
      <w14:ligatures w14:val="none"/>
    </w:r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183B17"/>
    <w:pPr>
      <w:spacing w:after="0" w:line="240" w:lineRule="auto"/>
    </w:pPr>
    <w:rPr>
      <w:rFonts w:eastAsiaTheme="minorEastAsia"/>
      <w:kern w:val="0"/>
      <w:sz w:val="22"/>
      <w:szCs w:val="22"/>
      <w:lang w:val="en-US"/>
      <w14:ligatures w14:val="none"/>
    </w:rPr>
    <w:tblPr>
      <w:tblStyleRowBandSize w:val="1"/>
      <w:tblStyleColBandSize w:val="1"/>
      <w:tblBorders>
        <w:top w:val="single" w:sz="8" w:space="0" w:color="7295D2" w:themeColor="accent1" w:themeTint="BF"/>
        <w:left w:val="single" w:sz="8" w:space="0" w:color="7295D2" w:themeColor="accent1" w:themeTint="BF"/>
        <w:bottom w:val="single" w:sz="8" w:space="0" w:color="7295D2" w:themeColor="accent1" w:themeTint="BF"/>
        <w:right w:val="single" w:sz="8" w:space="0" w:color="7295D2" w:themeColor="accent1" w:themeTint="BF"/>
        <w:insideH w:val="single" w:sz="8" w:space="0" w:color="7295D2" w:themeColor="accent1" w:themeTint="BF"/>
        <w:insideV w:val="single" w:sz="8" w:space="0" w:color="7295D2" w:themeColor="accent1" w:themeTint="BF"/>
      </w:tblBorders>
    </w:tblPr>
    <w:tcPr>
      <w:shd w:val="clear" w:color="auto" w:fill="D0DBF0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295D2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1B8E1" w:themeFill="accent1" w:themeFillTint="7F"/>
      </w:tcPr>
    </w:tblStylePr>
    <w:tblStylePr w:type="band1Horz">
      <w:tblPr/>
      <w:tcPr>
        <w:shd w:val="clear" w:color="auto" w:fill="A1B8E1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183B17"/>
    <w:pPr>
      <w:spacing w:after="0" w:line="240" w:lineRule="auto"/>
    </w:pPr>
    <w:rPr>
      <w:rFonts w:eastAsiaTheme="minorEastAsia"/>
      <w:kern w:val="0"/>
      <w:sz w:val="22"/>
      <w:szCs w:val="22"/>
      <w:lang w:val="en-US"/>
      <w14:ligatures w14:val="none"/>
    </w:rPr>
    <w:tblPr>
      <w:tblStyleRowBandSize w:val="1"/>
      <w:tblStyleColBandSize w:val="1"/>
      <w:tblBorders>
        <w:top w:val="single" w:sz="8" w:space="0" w:color="F19D64" w:themeColor="accent2" w:themeTint="BF"/>
        <w:left w:val="single" w:sz="8" w:space="0" w:color="F19D64" w:themeColor="accent2" w:themeTint="BF"/>
        <w:bottom w:val="single" w:sz="8" w:space="0" w:color="F19D64" w:themeColor="accent2" w:themeTint="BF"/>
        <w:right w:val="single" w:sz="8" w:space="0" w:color="F19D64" w:themeColor="accent2" w:themeTint="BF"/>
        <w:insideH w:val="single" w:sz="8" w:space="0" w:color="F19D64" w:themeColor="accent2" w:themeTint="BF"/>
        <w:insideV w:val="single" w:sz="8" w:space="0" w:color="F19D64" w:themeColor="accent2" w:themeTint="BF"/>
      </w:tblBorders>
    </w:tblPr>
    <w:tcPr>
      <w:shd w:val="clear" w:color="auto" w:fill="FADECB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19D64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6BE98" w:themeFill="accent2" w:themeFillTint="7F"/>
      </w:tcPr>
    </w:tblStylePr>
    <w:tblStylePr w:type="band1Horz">
      <w:tblPr/>
      <w:tcPr>
        <w:shd w:val="clear" w:color="auto" w:fill="F6BE98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183B17"/>
    <w:pPr>
      <w:spacing w:after="0" w:line="240" w:lineRule="auto"/>
    </w:pPr>
    <w:rPr>
      <w:rFonts w:eastAsiaTheme="minorEastAsia"/>
      <w:kern w:val="0"/>
      <w:sz w:val="22"/>
      <w:szCs w:val="22"/>
      <w:lang w:val="en-US"/>
      <w14:ligatures w14:val="none"/>
    </w:rPr>
    <w:tblPr>
      <w:tblStyleRowBandSize w:val="1"/>
      <w:tblStyleColBandSize w:val="1"/>
      <w:tblBorders>
        <w:top w:val="single" w:sz="8" w:space="0" w:color="BBBBBB" w:themeColor="accent3" w:themeTint="BF"/>
        <w:left w:val="single" w:sz="8" w:space="0" w:color="BBBBBB" w:themeColor="accent3" w:themeTint="BF"/>
        <w:bottom w:val="single" w:sz="8" w:space="0" w:color="BBBBBB" w:themeColor="accent3" w:themeTint="BF"/>
        <w:right w:val="single" w:sz="8" w:space="0" w:color="BBBBBB" w:themeColor="accent3" w:themeTint="BF"/>
        <w:insideH w:val="single" w:sz="8" w:space="0" w:color="BBBBBB" w:themeColor="accent3" w:themeTint="BF"/>
        <w:insideV w:val="single" w:sz="8" w:space="0" w:color="BBBBBB" w:themeColor="accent3" w:themeTint="BF"/>
      </w:tblBorders>
    </w:tblPr>
    <w:tcPr>
      <w:shd w:val="clear" w:color="auto" w:fill="E8E8E8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BBBBB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D2D2" w:themeFill="accent3" w:themeFillTint="7F"/>
      </w:tcPr>
    </w:tblStylePr>
    <w:tblStylePr w:type="band1Horz">
      <w:tblPr/>
      <w:tcPr>
        <w:shd w:val="clear" w:color="auto" w:fill="D2D2D2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183B17"/>
    <w:pPr>
      <w:spacing w:after="0" w:line="240" w:lineRule="auto"/>
    </w:pPr>
    <w:rPr>
      <w:rFonts w:eastAsiaTheme="minorEastAsia"/>
      <w:kern w:val="0"/>
      <w:sz w:val="22"/>
      <w:szCs w:val="22"/>
      <w:lang w:val="en-US"/>
      <w14:ligatures w14:val="none"/>
    </w:rPr>
    <w:tblPr>
      <w:tblStyleRowBandSize w:val="1"/>
      <w:tblStyleColBandSize w:val="1"/>
      <w:tblBorders>
        <w:top w:val="single" w:sz="8" w:space="0" w:color="FFCF40" w:themeColor="accent4" w:themeTint="BF"/>
        <w:left w:val="single" w:sz="8" w:space="0" w:color="FFCF40" w:themeColor="accent4" w:themeTint="BF"/>
        <w:bottom w:val="single" w:sz="8" w:space="0" w:color="FFCF40" w:themeColor="accent4" w:themeTint="BF"/>
        <w:right w:val="single" w:sz="8" w:space="0" w:color="FFCF40" w:themeColor="accent4" w:themeTint="BF"/>
        <w:insideH w:val="single" w:sz="8" w:space="0" w:color="FFCF40" w:themeColor="accent4" w:themeTint="BF"/>
        <w:insideV w:val="single" w:sz="8" w:space="0" w:color="FFCF40" w:themeColor="accent4" w:themeTint="BF"/>
      </w:tblBorders>
    </w:tblPr>
    <w:tcPr>
      <w:shd w:val="clear" w:color="auto" w:fill="FFEFC0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FCF40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DF80" w:themeFill="accent4" w:themeFillTint="7F"/>
      </w:tcPr>
    </w:tblStylePr>
    <w:tblStylePr w:type="band1Horz">
      <w:tblPr/>
      <w:tcPr>
        <w:shd w:val="clear" w:color="auto" w:fill="FFDF8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183B17"/>
    <w:pPr>
      <w:spacing w:after="0" w:line="240" w:lineRule="auto"/>
    </w:pPr>
    <w:rPr>
      <w:rFonts w:eastAsiaTheme="minorEastAsia"/>
      <w:kern w:val="0"/>
      <w:sz w:val="22"/>
      <w:szCs w:val="22"/>
      <w:lang w:val="en-US"/>
      <w14:ligatures w14:val="none"/>
    </w:rPr>
    <w:tblPr>
      <w:tblStyleRowBandSize w:val="1"/>
      <w:tblStyleColBandSize w:val="1"/>
      <w:tblBorders>
        <w:top w:val="single" w:sz="8" w:space="0" w:color="84B3DF" w:themeColor="accent5" w:themeTint="BF"/>
        <w:left w:val="single" w:sz="8" w:space="0" w:color="84B3DF" w:themeColor="accent5" w:themeTint="BF"/>
        <w:bottom w:val="single" w:sz="8" w:space="0" w:color="84B3DF" w:themeColor="accent5" w:themeTint="BF"/>
        <w:right w:val="single" w:sz="8" w:space="0" w:color="84B3DF" w:themeColor="accent5" w:themeTint="BF"/>
        <w:insideH w:val="single" w:sz="8" w:space="0" w:color="84B3DF" w:themeColor="accent5" w:themeTint="BF"/>
        <w:insideV w:val="single" w:sz="8" w:space="0" w:color="84B3DF" w:themeColor="accent5" w:themeTint="BF"/>
      </w:tblBorders>
    </w:tblPr>
    <w:tcPr>
      <w:shd w:val="clear" w:color="auto" w:fill="D6E6F4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84B3DF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DCCEA" w:themeFill="accent5" w:themeFillTint="7F"/>
      </w:tcPr>
    </w:tblStylePr>
    <w:tblStylePr w:type="band1Horz">
      <w:tblPr/>
      <w:tcPr>
        <w:shd w:val="clear" w:color="auto" w:fill="ADCCEA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183B17"/>
    <w:pPr>
      <w:spacing w:after="0" w:line="240" w:lineRule="auto"/>
    </w:pPr>
    <w:rPr>
      <w:rFonts w:eastAsiaTheme="minorEastAsia"/>
      <w:kern w:val="0"/>
      <w:sz w:val="22"/>
      <w:szCs w:val="22"/>
      <w:lang w:val="en-US"/>
      <w14:ligatures w14:val="none"/>
    </w:rPr>
    <w:tblPr>
      <w:tblStyleRowBandSize w:val="1"/>
      <w:tblStyleColBandSize w:val="1"/>
      <w:tblBorders>
        <w:top w:val="single" w:sz="8" w:space="0" w:color="93C571" w:themeColor="accent6" w:themeTint="BF"/>
        <w:left w:val="single" w:sz="8" w:space="0" w:color="93C571" w:themeColor="accent6" w:themeTint="BF"/>
        <w:bottom w:val="single" w:sz="8" w:space="0" w:color="93C571" w:themeColor="accent6" w:themeTint="BF"/>
        <w:right w:val="single" w:sz="8" w:space="0" w:color="93C571" w:themeColor="accent6" w:themeTint="BF"/>
        <w:insideH w:val="single" w:sz="8" w:space="0" w:color="93C571" w:themeColor="accent6" w:themeTint="BF"/>
        <w:insideV w:val="single" w:sz="8" w:space="0" w:color="93C571" w:themeColor="accent6" w:themeTint="BF"/>
      </w:tblBorders>
    </w:tblPr>
    <w:tcPr>
      <w:shd w:val="clear" w:color="auto" w:fill="DBEB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3C571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7D8A0" w:themeFill="accent6" w:themeFillTint="7F"/>
      </w:tcPr>
    </w:tblStylePr>
    <w:tblStylePr w:type="band1Horz">
      <w:tblPr/>
      <w:tcPr>
        <w:shd w:val="clear" w:color="auto" w:fill="B7D8A0" w:themeFill="accent6" w:themeFillTint="7F"/>
      </w:tcPr>
    </w:tblStylePr>
  </w:style>
  <w:style w:type="table" w:styleId="MediumGrid2">
    <w:name w:val="Medium Grid 2"/>
    <w:basedOn w:val="TableNormal"/>
    <w:uiPriority w:val="68"/>
    <w:rsid w:val="00183B17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  <w:kern w:val="0"/>
      <w:sz w:val="22"/>
      <w:szCs w:val="22"/>
      <w:lang w:val="en-US"/>
      <w14:ligatures w14:val="none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183B17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  <w:kern w:val="0"/>
      <w:sz w:val="22"/>
      <w:szCs w:val="22"/>
      <w:lang w:val="en-US"/>
      <w14:ligatures w14:val="none"/>
    </w:rPr>
    <w:tblPr>
      <w:tblStyleRowBandSize w:val="1"/>
      <w:tblStyleColBandSize w:val="1"/>
      <w:tblBorders>
        <w:top w:val="single" w:sz="8" w:space="0" w:color="4472C4" w:themeColor="accent1"/>
        <w:left w:val="single" w:sz="8" w:space="0" w:color="4472C4" w:themeColor="accent1"/>
        <w:bottom w:val="single" w:sz="8" w:space="0" w:color="4472C4" w:themeColor="accent1"/>
        <w:right w:val="single" w:sz="8" w:space="0" w:color="4472C4" w:themeColor="accent1"/>
        <w:insideH w:val="single" w:sz="8" w:space="0" w:color="4472C4" w:themeColor="accent1"/>
        <w:insideV w:val="single" w:sz="8" w:space="0" w:color="4472C4" w:themeColor="accent1"/>
      </w:tblBorders>
    </w:tblPr>
    <w:tcPr>
      <w:shd w:val="clear" w:color="auto" w:fill="D0DBF0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CF1F9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9E2F3" w:themeFill="accent1" w:themeFillTint="33"/>
      </w:tcPr>
    </w:tblStylePr>
    <w:tblStylePr w:type="band1Vert">
      <w:tblPr/>
      <w:tcPr>
        <w:shd w:val="clear" w:color="auto" w:fill="A1B8E1" w:themeFill="accent1" w:themeFillTint="7F"/>
      </w:tcPr>
    </w:tblStylePr>
    <w:tblStylePr w:type="band1Horz">
      <w:tblPr/>
      <w:tcPr>
        <w:tcBorders>
          <w:insideH w:val="single" w:sz="6" w:space="0" w:color="4472C4" w:themeColor="accent1"/>
          <w:insideV w:val="single" w:sz="6" w:space="0" w:color="4472C4" w:themeColor="accent1"/>
        </w:tcBorders>
        <w:shd w:val="clear" w:color="auto" w:fill="A1B8E1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183B17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  <w:kern w:val="0"/>
      <w:sz w:val="22"/>
      <w:szCs w:val="22"/>
      <w:lang w:val="en-US"/>
      <w14:ligatures w14:val="none"/>
    </w:rPr>
    <w:tblPr>
      <w:tblStyleRowBandSize w:val="1"/>
      <w:tblStyleColBandSize w:val="1"/>
      <w:tblBorders>
        <w:top w:val="single" w:sz="8" w:space="0" w:color="ED7D31" w:themeColor="accent2"/>
        <w:left w:val="single" w:sz="8" w:space="0" w:color="ED7D31" w:themeColor="accent2"/>
        <w:bottom w:val="single" w:sz="8" w:space="0" w:color="ED7D31" w:themeColor="accent2"/>
        <w:right w:val="single" w:sz="8" w:space="0" w:color="ED7D31" w:themeColor="accent2"/>
        <w:insideH w:val="single" w:sz="8" w:space="0" w:color="ED7D31" w:themeColor="accent2"/>
        <w:insideV w:val="single" w:sz="8" w:space="0" w:color="ED7D31" w:themeColor="accent2"/>
      </w:tblBorders>
    </w:tblPr>
    <w:tcPr>
      <w:shd w:val="clear" w:color="auto" w:fill="FADECB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DF2EA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BE4D5" w:themeFill="accent2" w:themeFillTint="33"/>
      </w:tcPr>
    </w:tblStylePr>
    <w:tblStylePr w:type="band1Vert">
      <w:tblPr/>
      <w:tcPr>
        <w:shd w:val="clear" w:color="auto" w:fill="F6BE98" w:themeFill="accent2" w:themeFillTint="7F"/>
      </w:tcPr>
    </w:tblStylePr>
    <w:tblStylePr w:type="band1Horz">
      <w:tblPr/>
      <w:tcPr>
        <w:tcBorders>
          <w:insideH w:val="single" w:sz="6" w:space="0" w:color="ED7D31" w:themeColor="accent2"/>
          <w:insideV w:val="single" w:sz="6" w:space="0" w:color="ED7D31" w:themeColor="accent2"/>
        </w:tcBorders>
        <w:shd w:val="clear" w:color="auto" w:fill="F6BE98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183B17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  <w:kern w:val="0"/>
      <w:sz w:val="22"/>
      <w:szCs w:val="22"/>
      <w:lang w:val="en-US"/>
      <w14:ligatures w14:val="none"/>
    </w:rPr>
    <w:tblPr>
      <w:tblStyleRowBandSize w:val="1"/>
      <w:tblStyleColBandSize w:val="1"/>
      <w:tblBorders>
        <w:top w:val="single" w:sz="8" w:space="0" w:color="A5A5A5" w:themeColor="accent3"/>
        <w:left w:val="single" w:sz="8" w:space="0" w:color="A5A5A5" w:themeColor="accent3"/>
        <w:bottom w:val="single" w:sz="8" w:space="0" w:color="A5A5A5" w:themeColor="accent3"/>
        <w:right w:val="single" w:sz="8" w:space="0" w:color="A5A5A5" w:themeColor="accent3"/>
        <w:insideH w:val="single" w:sz="8" w:space="0" w:color="A5A5A5" w:themeColor="accent3"/>
        <w:insideV w:val="single" w:sz="8" w:space="0" w:color="A5A5A5" w:themeColor="accent3"/>
      </w:tblBorders>
    </w:tblPr>
    <w:tcPr>
      <w:shd w:val="clear" w:color="auto" w:fill="E8E8E8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6F6F6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DEDED" w:themeFill="accent3" w:themeFillTint="33"/>
      </w:tcPr>
    </w:tblStylePr>
    <w:tblStylePr w:type="band1Vert">
      <w:tblPr/>
      <w:tcPr>
        <w:shd w:val="clear" w:color="auto" w:fill="D2D2D2" w:themeFill="accent3" w:themeFillTint="7F"/>
      </w:tcPr>
    </w:tblStylePr>
    <w:tblStylePr w:type="band1Horz">
      <w:tblPr/>
      <w:tcPr>
        <w:tcBorders>
          <w:insideH w:val="single" w:sz="6" w:space="0" w:color="A5A5A5" w:themeColor="accent3"/>
          <w:insideV w:val="single" w:sz="6" w:space="0" w:color="A5A5A5" w:themeColor="accent3"/>
        </w:tcBorders>
        <w:shd w:val="clear" w:color="auto" w:fill="D2D2D2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183B17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  <w:kern w:val="0"/>
      <w:sz w:val="22"/>
      <w:szCs w:val="22"/>
      <w:lang w:val="en-US"/>
      <w14:ligatures w14:val="none"/>
    </w:rPr>
    <w:tblPr>
      <w:tblStyleRowBandSize w:val="1"/>
      <w:tblStyleColBandSize w:val="1"/>
      <w:tblBorders>
        <w:top w:val="single" w:sz="8" w:space="0" w:color="FFC000" w:themeColor="accent4"/>
        <w:left w:val="single" w:sz="8" w:space="0" w:color="FFC000" w:themeColor="accent4"/>
        <w:bottom w:val="single" w:sz="8" w:space="0" w:color="FFC000" w:themeColor="accent4"/>
        <w:right w:val="single" w:sz="8" w:space="0" w:color="FFC000" w:themeColor="accent4"/>
        <w:insideH w:val="single" w:sz="8" w:space="0" w:color="FFC000" w:themeColor="accent4"/>
        <w:insideV w:val="single" w:sz="8" w:space="0" w:color="FFC000" w:themeColor="accent4"/>
      </w:tblBorders>
    </w:tblPr>
    <w:tcPr>
      <w:shd w:val="clear" w:color="auto" w:fill="FFEFC0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FF8E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2CC" w:themeFill="accent4" w:themeFillTint="33"/>
      </w:tcPr>
    </w:tblStylePr>
    <w:tblStylePr w:type="band1Vert">
      <w:tblPr/>
      <w:tcPr>
        <w:shd w:val="clear" w:color="auto" w:fill="FFDF80" w:themeFill="accent4" w:themeFillTint="7F"/>
      </w:tcPr>
    </w:tblStylePr>
    <w:tblStylePr w:type="band1Horz">
      <w:tblPr/>
      <w:tcPr>
        <w:tcBorders>
          <w:insideH w:val="single" w:sz="6" w:space="0" w:color="FFC000" w:themeColor="accent4"/>
          <w:insideV w:val="single" w:sz="6" w:space="0" w:color="FFC000" w:themeColor="accent4"/>
        </w:tcBorders>
        <w:shd w:val="clear" w:color="auto" w:fill="FFDF8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183B17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  <w:kern w:val="0"/>
      <w:sz w:val="22"/>
      <w:szCs w:val="22"/>
      <w:lang w:val="en-US"/>
      <w14:ligatures w14:val="none"/>
    </w:rPr>
    <w:tblPr>
      <w:tblStyleRowBandSize w:val="1"/>
      <w:tblStyleColBandSize w:val="1"/>
      <w:tblBorders>
        <w:top w:val="single" w:sz="8" w:space="0" w:color="5B9BD5" w:themeColor="accent5"/>
        <w:left w:val="single" w:sz="8" w:space="0" w:color="5B9BD5" w:themeColor="accent5"/>
        <w:bottom w:val="single" w:sz="8" w:space="0" w:color="5B9BD5" w:themeColor="accent5"/>
        <w:right w:val="single" w:sz="8" w:space="0" w:color="5B9BD5" w:themeColor="accent5"/>
        <w:insideH w:val="single" w:sz="8" w:space="0" w:color="5B9BD5" w:themeColor="accent5"/>
        <w:insideV w:val="single" w:sz="8" w:space="0" w:color="5B9BD5" w:themeColor="accent5"/>
      </w:tblBorders>
    </w:tblPr>
    <w:tcPr>
      <w:shd w:val="clear" w:color="auto" w:fill="D6E6F4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EF5FB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EEAF6" w:themeFill="accent5" w:themeFillTint="33"/>
      </w:tcPr>
    </w:tblStylePr>
    <w:tblStylePr w:type="band1Vert">
      <w:tblPr/>
      <w:tcPr>
        <w:shd w:val="clear" w:color="auto" w:fill="ADCCEA" w:themeFill="accent5" w:themeFillTint="7F"/>
      </w:tcPr>
    </w:tblStylePr>
    <w:tblStylePr w:type="band1Horz">
      <w:tblPr/>
      <w:tcPr>
        <w:tcBorders>
          <w:insideH w:val="single" w:sz="6" w:space="0" w:color="5B9BD5" w:themeColor="accent5"/>
          <w:insideV w:val="single" w:sz="6" w:space="0" w:color="5B9BD5" w:themeColor="accent5"/>
        </w:tcBorders>
        <w:shd w:val="clear" w:color="auto" w:fill="ADCCEA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183B17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  <w:kern w:val="0"/>
      <w:sz w:val="22"/>
      <w:szCs w:val="22"/>
      <w:lang w:val="en-US"/>
      <w14:ligatures w14:val="none"/>
    </w:rPr>
    <w:tblPr>
      <w:tblStyleRowBandSize w:val="1"/>
      <w:tblStyleColBandSize w:val="1"/>
      <w:tblBorders>
        <w:top w:val="single" w:sz="8" w:space="0" w:color="70AD47" w:themeColor="accent6"/>
        <w:left w:val="single" w:sz="8" w:space="0" w:color="70AD47" w:themeColor="accent6"/>
        <w:bottom w:val="single" w:sz="8" w:space="0" w:color="70AD47" w:themeColor="accent6"/>
        <w:right w:val="single" w:sz="8" w:space="0" w:color="70AD47" w:themeColor="accent6"/>
        <w:insideH w:val="single" w:sz="8" w:space="0" w:color="70AD47" w:themeColor="accent6"/>
        <w:insideV w:val="single" w:sz="8" w:space="0" w:color="70AD47" w:themeColor="accent6"/>
      </w:tblBorders>
    </w:tblPr>
    <w:tcPr>
      <w:shd w:val="clear" w:color="auto" w:fill="DBEB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0F7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2EFD9" w:themeFill="accent6" w:themeFillTint="33"/>
      </w:tcPr>
    </w:tblStylePr>
    <w:tblStylePr w:type="band1Vert">
      <w:tblPr/>
      <w:tcPr>
        <w:shd w:val="clear" w:color="auto" w:fill="B7D8A0" w:themeFill="accent6" w:themeFillTint="7F"/>
      </w:tcPr>
    </w:tblStylePr>
    <w:tblStylePr w:type="band1Horz">
      <w:tblPr/>
      <w:tcPr>
        <w:tcBorders>
          <w:insideH w:val="single" w:sz="6" w:space="0" w:color="70AD47" w:themeColor="accent6"/>
          <w:insideV w:val="single" w:sz="6" w:space="0" w:color="70AD47" w:themeColor="accent6"/>
        </w:tcBorders>
        <w:shd w:val="clear" w:color="auto" w:fill="B7D8A0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183B17"/>
    <w:pPr>
      <w:spacing w:after="0" w:line="240" w:lineRule="auto"/>
    </w:pPr>
    <w:rPr>
      <w:rFonts w:eastAsiaTheme="minorEastAsia"/>
      <w:kern w:val="0"/>
      <w:sz w:val="22"/>
      <w:szCs w:val="22"/>
      <w:lang w:val="en-US"/>
      <w14:ligatures w14:val="none"/>
    </w:r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183B17"/>
    <w:pPr>
      <w:spacing w:after="0" w:line="240" w:lineRule="auto"/>
    </w:pPr>
    <w:rPr>
      <w:rFonts w:eastAsiaTheme="minorEastAsia"/>
      <w:kern w:val="0"/>
      <w:sz w:val="22"/>
      <w:szCs w:val="22"/>
      <w:lang w:val="en-US"/>
      <w14:ligatures w14:val="none"/>
    </w:r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0DBF0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472C4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472C4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472C4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472C4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1B8E1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1B8E1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183B17"/>
    <w:pPr>
      <w:spacing w:after="0" w:line="240" w:lineRule="auto"/>
    </w:pPr>
    <w:rPr>
      <w:rFonts w:eastAsiaTheme="minorEastAsia"/>
      <w:kern w:val="0"/>
      <w:sz w:val="22"/>
      <w:szCs w:val="22"/>
      <w:lang w:val="en-US"/>
      <w14:ligatures w14:val="none"/>
    </w:r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ADECB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ED7D31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ED7D31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ED7D31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ED7D31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6BE98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6BE98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183B17"/>
    <w:pPr>
      <w:spacing w:after="0" w:line="240" w:lineRule="auto"/>
    </w:pPr>
    <w:rPr>
      <w:rFonts w:eastAsiaTheme="minorEastAsia"/>
      <w:kern w:val="0"/>
      <w:sz w:val="22"/>
      <w:szCs w:val="22"/>
      <w:lang w:val="en-US"/>
      <w14:ligatures w14:val="none"/>
    </w:r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8E8E8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A5A5A5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A5A5A5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A5A5A5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A5A5A5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2D2D2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2D2D2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183B17"/>
    <w:pPr>
      <w:spacing w:after="0" w:line="240" w:lineRule="auto"/>
    </w:pPr>
    <w:rPr>
      <w:rFonts w:eastAsiaTheme="minorEastAsia"/>
      <w:kern w:val="0"/>
      <w:sz w:val="22"/>
      <w:szCs w:val="22"/>
      <w:lang w:val="en-US"/>
      <w14:ligatures w14:val="none"/>
    </w:r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FEFC0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FC000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FC000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FC000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FC000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FDF8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FDF8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183B17"/>
    <w:pPr>
      <w:spacing w:after="0" w:line="240" w:lineRule="auto"/>
    </w:pPr>
    <w:rPr>
      <w:rFonts w:eastAsiaTheme="minorEastAsia"/>
      <w:kern w:val="0"/>
      <w:sz w:val="22"/>
      <w:szCs w:val="22"/>
      <w:lang w:val="en-US"/>
      <w14:ligatures w14:val="none"/>
    </w:r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6E6F4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5B9BD5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5B9BD5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5B9BD5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5B9BD5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DCCEA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DCCEA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183B17"/>
    <w:pPr>
      <w:spacing w:after="0" w:line="240" w:lineRule="auto"/>
    </w:pPr>
    <w:rPr>
      <w:rFonts w:eastAsiaTheme="minorEastAsia"/>
      <w:kern w:val="0"/>
      <w:sz w:val="22"/>
      <w:szCs w:val="22"/>
      <w:lang w:val="en-US"/>
      <w14:ligatures w14:val="none"/>
    </w:r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BEB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70AD47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70AD47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70AD47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70AD47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7D8A0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7D8A0" w:themeFill="accent6" w:themeFillTint="7F"/>
      </w:tcPr>
    </w:tblStylePr>
  </w:style>
  <w:style w:type="table" w:styleId="DarkList">
    <w:name w:val="Dark List"/>
    <w:basedOn w:val="TableNormal"/>
    <w:uiPriority w:val="70"/>
    <w:rsid w:val="00183B17"/>
    <w:pPr>
      <w:spacing w:after="0" w:line="240" w:lineRule="auto"/>
    </w:pPr>
    <w:rPr>
      <w:rFonts w:eastAsiaTheme="minorEastAsia"/>
      <w:color w:val="FFFFFF" w:themeColor="background1"/>
      <w:kern w:val="0"/>
      <w:sz w:val="22"/>
      <w:szCs w:val="22"/>
      <w:lang w:val="en-US"/>
      <w14:ligatures w14:val="none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183B17"/>
    <w:pPr>
      <w:spacing w:after="0" w:line="240" w:lineRule="auto"/>
    </w:pPr>
    <w:rPr>
      <w:rFonts w:eastAsiaTheme="minorEastAsia"/>
      <w:color w:val="FFFFFF" w:themeColor="background1"/>
      <w:kern w:val="0"/>
      <w:sz w:val="22"/>
      <w:szCs w:val="22"/>
      <w:lang w:val="en-US"/>
      <w14:ligatures w14:val="none"/>
    </w:rPr>
    <w:tblPr>
      <w:tblStyleRowBandSize w:val="1"/>
      <w:tblStyleColBandSize w:val="1"/>
    </w:tblPr>
    <w:tcPr>
      <w:shd w:val="clear" w:color="auto" w:fill="4472C4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1F3763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2F5496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2F5496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F5496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F5496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183B17"/>
    <w:pPr>
      <w:spacing w:after="0" w:line="240" w:lineRule="auto"/>
    </w:pPr>
    <w:rPr>
      <w:rFonts w:eastAsiaTheme="minorEastAsia"/>
      <w:color w:val="FFFFFF" w:themeColor="background1"/>
      <w:kern w:val="0"/>
      <w:sz w:val="22"/>
      <w:szCs w:val="22"/>
      <w:lang w:val="en-US"/>
      <w14:ligatures w14:val="none"/>
    </w:rPr>
    <w:tblPr>
      <w:tblStyleRowBandSize w:val="1"/>
      <w:tblStyleColBandSize w:val="1"/>
    </w:tblPr>
    <w:tcPr>
      <w:shd w:val="clear" w:color="auto" w:fill="ED7D31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823B0B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C45911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C45911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45911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45911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183B17"/>
    <w:pPr>
      <w:spacing w:after="0" w:line="240" w:lineRule="auto"/>
    </w:pPr>
    <w:rPr>
      <w:rFonts w:eastAsiaTheme="minorEastAsia"/>
      <w:color w:val="FFFFFF" w:themeColor="background1"/>
      <w:kern w:val="0"/>
      <w:sz w:val="22"/>
      <w:szCs w:val="22"/>
      <w:lang w:val="en-US"/>
      <w14:ligatures w14:val="none"/>
    </w:rPr>
    <w:tblPr>
      <w:tblStyleRowBandSize w:val="1"/>
      <w:tblStyleColBandSize w:val="1"/>
    </w:tblPr>
    <w:tcPr>
      <w:shd w:val="clear" w:color="auto" w:fill="A5A5A5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525252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B7B7B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B7B7B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B7B7B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B7B7B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183B17"/>
    <w:pPr>
      <w:spacing w:after="0" w:line="240" w:lineRule="auto"/>
    </w:pPr>
    <w:rPr>
      <w:rFonts w:eastAsiaTheme="minorEastAsia"/>
      <w:color w:val="FFFFFF" w:themeColor="background1"/>
      <w:kern w:val="0"/>
      <w:sz w:val="22"/>
      <w:szCs w:val="22"/>
      <w:lang w:val="en-US"/>
      <w14:ligatures w14:val="none"/>
    </w:rPr>
    <w:tblPr>
      <w:tblStyleRowBandSize w:val="1"/>
      <w:tblStyleColBandSize w:val="1"/>
    </w:tblPr>
    <w:tcPr>
      <w:shd w:val="clear" w:color="auto" w:fill="FFC000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7F5F00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BF8F00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BF8F00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F8F00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F8F00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183B17"/>
    <w:pPr>
      <w:spacing w:after="0" w:line="240" w:lineRule="auto"/>
    </w:pPr>
    <w:rPr>
      <w:rFonts w:eastAsiaTheme="minorEastAsia"/>
      <w:color w:val="FFFFFF" w:themeColor="background1"/>
      <w:kern w:val="0"/>
      <w:sz w:val="22"/>
      <w:szCs w:val="22"/>
      <w:lang w:val="en-US"/>
      <w14:ligatures w14:val="none"/>
    </w:rPr>
    <w:tblPr>
      <w:tblStyleRowBandSize w:val="1"/>
      <w:tblStyleColBandSize w:val="1"/>
    </w:tblPr>
    <w:tcPr>
      <w:shd w:val="clear" w:color="auto" w:fill="5B9BD5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1F4D78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2E74B5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2E74B5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E74B5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E74B5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183B17"/>
    <w:pPr>
      <w:spacing w:after="0" w:line="240" w:lineRule="auto"/>
    </w:pPr>
    <w:rPr>
      <w:rFonts w:eastAsiaTheme="minorEastAsia"/>
      <w:color w:val="FFFFFF" w:themeColor="background1"/>
      <w:kern w:val="0"/>
      <w:sz w:val="22"/>
      <w:szCs w:val="22"/>
      <w:lang w:val="en-US"/>
      <w14:ligatures w14:val="none"/>
    </w:rPr>
    <w:tblPr>
      <w:tblStyleRowBandSize w:val="1"/>
      <w:tblStyleColBandSize w:val="1"/>
    </w:tblPr>
    <w:tcPr>
      <w:shd w:val="clear" w:color="auto" w:fill="70AD47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75623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38135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38135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38135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38135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183B17"/>
    <w:pPr>
      <w:spacing w:after="0" w:line="240" w:lineRule="auto"/>
    </w:pPr>
    <w:rPr>
      <w:rFonts w:eastAsiaTheme="minorEastAsia"/>
      <w:color w:val="000000" w:themeColor="text1"/>
      <w:kern w:val="0"/>
      <w:sz w:val="22"/>
      <w:szCs w:val="22"/>
      <w:lang w:val="en-US"/>
      <w14:ligatures w14:val="none"/>
    </w:rPr>
    <w:tblPr>
      <w:tblStyleRowBandSize w:val="1"/>
      <w:tblStyleColBandSize w:val="1"/>
      <w:tblBorders>
        <w:top w:val="single" w:sz="24" w:space="0" w:color="ED7D31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ED7D31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183B17"/>
    <w:pPr>
      <w:spacing w:after="0" w:line="240" w:lineRule="auto"/>
    </w:pPr>
    <w:rPr>
      <w:rFonts w:eastAsiaTheme="minorEastAsia"/>
      <w:color w:val="000000" w:themeColor="text1"/>
      <w:kern w:val="0"/>
      <w:sz w:val="22"/>
      <w:szCs w:val="22"/>
      <w:lang w:val="en-US"/>
      <w14:ligatures w14:val="none"/>
    </w:rPr>
    <w:tblPr>
      <w:tblStyleRowBandSize w:val="1"/>
      <w:tblStyleColBandSize w:val="1"/>
      <w:tblBorders>
        <w:top w:val="single" w:sz="24" w:space="0" w:color="ED7D31" w:themeColor="accent2"/>
        <w:left w:val="single" w:sz="4" w:space="0" w:color="4472C4" w:themeColor="accent1"/>
        <w:bottom w:val="single" w:sz="4" w:space="0" w:color="4472C4" w:themeColor="accent1"/>
        <w:right w:val="single" w:sz="4" w:space="0" w:color="4472C4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CF1F9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ED7D31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64378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64378" w:themeColor="accent1" w:themeShade="99"/>
          <w:insideV w:val="nil"/>
        </w:tcBorders>
        <w:shd w:val="clear" w:color="auto" w:fill="264378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64378" w:themeFill="accent1" w:themeFillShade="99"/>
      </w:tcPr>
    </w:tblStylePr>
    <w:tblStylePr w:type="band1Vert">
      <w:tblPr/>
      <w:tcPr>
        <w:shd w:val="clear" w:color="auto" w:fill="B4C6E7" w:themeFill="accent1" w:themeFillTint="66"/>
      </w:tcPr>
    </w:tblStylePr>
    <w:tblStylePr w:type="band1Horz">
      <w:tblPr/>
      <w:tcPr>
        <w:shd w:val="clear" w:color="auto" w:fill="A1B8E1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183B17"/>
    <w:pPr>
      <w:spacing w:after="0" w:line="240" w:lineRule="auto"/>
    </w:pPr>
    <w:rPr>
      <w:rFonts w:eastAsiaTheme="minorEastAsia"/>
      <w:color w:val="000000" w:themeColor="text1"/>
      <w:kern w:val="0"/>
      <w:sz w:val="22"/>
      <w:szCs w:val="22"/>
      <w:lang w:val="en-US"/>
      <w14:ligatures w14:val="none"/>
    </w:rPr>
    <w:tblPr>
      <w:tblStyleRowBandSize w:val="1"/>
      <w:tblStyleColBandSize w:val="1"/>
      <w:tblBorders>
        <w:top w:val="single" w:sz="24" w:space="0" w:color="ED7D31" w:themeColor="accent2"/>
        <w:left w:val="single" w:sz="4" w:space="0" w:color="ED7D31" w:themeColor="accent2"/>
        <w:bottom w:val="single" w:sz="4" w:space="0" w:color="ED7D31" w:themeColor="accent2"/>
        <w:right w:val="single" w:sz="4" w:space="0" w:color="ED7D31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DF2EA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ED7D31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9D470D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9D470D" w:themeColor="accent2" w:themeShade="99"/>
          <w:insideV w:val="nil"/>
        </w:tcBorders>
        <w:shd w:val="clear" w:color="auto" w:fill="9D470D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D470D" w:themeFill="accent2" w:themeFillShade="99"/>
      </w:tcPr>
    </w:tblStylePr>
    <w:tblStylePr w:type="band1Vert">
      <w:tblPr/>
      <w:tcPr>
        <w:shd w:val="clear" w:color="auto" w:fill="F7CAAC" w:themeFill="accent2" w:themeFillTint="66"/>
      </w:tcPr>
    </w:tblStylePr>
    <w:tblStylePr w:type="band1Horz">
      <w:tblPr/>
      <w:tcPr>
        <w:shd w:val="clear" w:color="auto" w:fill="F6BE98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183B17"/>
    <w:pPr>
      <w:spacing w:after="0" w:line="240" w:lineRule="auto"/>
    </w:pPr>
    <w:rPr>
      <w:rFonts w:eastAsiaTheme="minorEastAsia"/>
      <w:color w:val="000000" w:themeColor="text1"/>
      <w:kern w:val="0"/>
      <w:sz w:val="22"/>
      <w:szCs w:val="22"/>
      <w:lang w:val="en-US"/>
      <w14:ligatures w14:val="none"/>
    </w:rPr>
    <w:tblPr>
      <w:tblStyleRowBandSize w:val="1"/>
      <w:tblStyleColBandSize w:val="1"/>
      <w:tblBorders>
        <w:top w:val="single" w:sz="24" w:space="0" w:color="FFC000" w:themeColor="accent4"/>
        <w:left w:val="single" w:sz="4" w:space="0" w:color="A5A5A5" w:themeColor="accent3"/>
        <w:bottom w:val="single" w:sz="4" w:space="0" w:color="A5A5A5" w:themeColor="accent3"/>
        <w:right w:val="single" w:sz="4" w:space="0" w:color="A5A5A5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6F6F6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FC000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636363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636363" w:themeColor="accent3" w:themeShade="99"/>
          <w:insideV w:val="nil"/>
        </w:tcBorders>
        <w:shd w:val="clear" w:color="auto" w:fill="636363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636363" w:themeFill="accent3" w:themeFillShade="99"/>
      </w:tcPr>
    </w:tblStylePr>
    <w:tblStylePr w:type="band1Vert">
      <w:tblPr/>
      <w:tcPr>
        <w:shd w:val="clear" w:color="auto" w:fill="DBDBDB" w:themeFill="accent3" w:themeFillTint="66"/>
      </w:tcPr>
    </w:tblStylePr>
    <w:tblStylePr w:type="band1Horz">
      <w:tblPr/>
      <w:tcPr>
        <w:shd w:val="clear" w:color="auto" w:fill="D2D2D2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183B17"/>
    <w:pPr>
      <w:spacing w:after="0" w:line="240" w:lineRule="auto"/>
    </w:pPr>
    <w:rPr>
      <w:rFonts w:eastAsiaTheme="minorEastAsia"/>
      <w:color w:val="000000" w:themeColor="text1"/>
      <w:kern w:val="0"/>
      <w:sz w:val="22"/>
      <w:szCs w:val="22"/>
      <w:lang w:val="en-US"/>
      <w14:ligatures w14:val="none"/>
    </w:rPr>
    <w:tblPr>
      <w:tblStyleRowBandSize w:val="1"/>
      <w:tblStyleColBandSize w:val="1"/>
      <w:tblBorders>
        <w:top w:val="single" w:sz="24" w:space="0" w:color="A5A5A5" w:themeColor="accent3"/>
        <w:left w:val="single" w:sz="4" w:space="0" w:color="FFC000" w:themeColor="accent4"/>
        <w:bottom w:val="single" w:sz="4" w:space="0" w:color="FFC000" w:themeColor="accent4"/>
        <w:right w:val="single" w:sz="4" w:space="0" w:color="FFC000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FF8E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A5A5A5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997300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997300" w:themeColor="accent4" w:themeShade="99"/>
          <w:insideV w:val="nil"/>
        </w:tcBorders>
        <w:shd w:val="clear" w:color="auto" w:fill="997300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97300" w:themeFill="accent4" w:themeFillShade="99"/>
      </w:tcPr>
    </w:tblStylePr>
    <w:tblStylePr w:type="band1Vert">
      <w:tblPr/>
      <w:tcPr>
        <w:shd w:val="clear" w:color="auto" w:fill="FFE599" w:themeFill="accent4" w:themeFillTint="66"/>
      </w:tcPr>
    </w:tblStylePr>
    <w:tblStylePr w:type="band1Horz">
      <w:tblPr/>
      <w:tcPr>
        <w:shd w:val="clear" w:color="auto" w:fill="FFDF8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183B17"/>
    <w:pPr>
      <w:spacing w:after="0" w:line="240" w:lineRule="auto"/>
    </w:pPr>
    <w:rPr>
      <w:rFonts w:eastAsiaTheme="minorEastAsia"/>
      <w:color w:val="000000" w:themeColor="text1"/>
      <w:kern w:val="0"/>
      <w:sz w:val="22"/>
      <w:szCs w:val="22"/>
      <w:lang w:val="en-US"/>
      <w14:ligatures w14:val="none"/>
    </w:rPr>
    <w:tblPr>
      <w:tblStyleRowBandSize w:val="1"/>
      <w:tblStyleColBandSize w:val="1"/>
      <w:tblBorders>
        <w:top w:val="single" w:sz="24" w:space="0" w:color="70AD47" w:themeColor="accent6"/>
        <w:left w:val="single" w:sz="4" w:space="0" w:color="5B9BD5" w:themeColor="accent5"/>
        <w:bottom w:val="single" w:sz="4" w:space="0" w:color="5B9BD5" w:themeColor="accent5"/>
        <w:right w:val="single" w:sz="4" w:space="0" w:color="5B9BD5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EF5FB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70AD47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55D91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55D91" w:themeColor="accent5" w:themeShade="99"/>
          <w:insideV w:val="nil"/>
        </w:tcBorders>
        <w:shd w:val="clear" w:color="auto" w:fill="255D91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55D91" w:themeFill="accent5" w:themeFillShade="99"/>
      </w:tcPr>
    </w:tblStylePr>
    <w:tblStylePr w:type="band1Vert">
      <w:tblPr/>
      <w:tcPr>
        <w:shd w:val="clear" w:color="auto" w:fill="BDD6EE" w:themeFill="accent5" w:themeFillTint="66"/>
      </w:tcPr>
    </w:tblStylePr>
    <w:tblStylePr w:type="band1Horz">
      <w:tblPr/>
      <w:tcPr>
        <w:shd w:val="clear" w:color="auto" w:fill="ADCCEA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183B17"/>
    <w:pPr>
      <w:spacing w:after="0" w:line="240" w:lineRule="auto"/>
    </w:pPr>
    <w:rPr>
      <w:rFonts w:eastAsiaTheme="minorEastAsia"/>
      <w:color w:val="000000" w:themeColor="text1"/>
      <w:kern w:val="0"/>
      <w:sz w:val="22"/>
      <w:szCs w:val="22"/>
      <w:lang w:val="en-US"/>
      <w14:ligatures w14:val="none"/>
    </w:rPr>
    <w:tblPr>
      <w:tblStyleRowBandSize w:val="1"/>
      <w:tblStyleColBandSize w:val="1"/>
      <w:tblBorders>
        <w:top w:val="single" w:sz="24" w:space="0" w:color="5B9BD5" w:themeColor="accent5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0F7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5B9BD5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3672A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3672A" w:themeColor="accent6" w:themeShade="99"/>
          <w:insideV w:val="nil"/>
        </w:tcBorders>
        <w:shd w:val="clear" w:color="auto" w:fill="43672A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3672A" w:themeFill="accent6" w:themeFillShade="99"/>
      </w:tcPr>
    </w:tblStylePr>
    <w:tblStylePr w:type="band1Vert">
      <w:tblPr/>
      <w:tcPr>
        <w:shd w:val="clear" w:color="auto" w:fill="C5E0B3" w:themeFill="accent6" w:themeFillTint="66"/>
      </w:tcPr>
    </w:tblStylePr>
    <w:tblStylePr w:type="band1Horz">
      <w:tblPr/>
      <w:tcPr>
        <w:shd w:val="clear" w:color="auto" w:fill="B7D8A0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183B17"/>
    <w:pPr>
      <w:spacing w:after="0" w:line="240" w:lineRule="auto"/>
    </w:pPr>
    <w:rPr>
      <w:rFonts w:eastAsiaTheme="minorEastAsia"/>
      <w:color w:val="000000" w:themeColor="text1"/>
      <w:kern w:val="0"/>
      <w:sz w:val="22"/>
      <w:szCs w:val="22"/>
      <w:lang w:val="en-US"/>
      <w14:ligatures w14:val="none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D25F12" w:themeFill="accent2" w:themeFillShade="CC"/>
      </w:tcPr>
    </w:tblStylePr>
    <w:tblStylePr w:type="lastRow">
      <w:rPr>
        <w:b/>
        <w:bCs/>
        <w:color w:val="D25F12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183B17"/>
    <w:pPr>
      <w:spacing w:after="0" w:line="240" w:lineRule="auto"/>
    </w:pPr>
    <w:rPr>
      <w:rFonts w:eastAsiaTheme="minorEastAsia"/>
      <w:color w:val="000000" w:themeColor="text1"/>
      <w:kern w:val="0"/>
      <w:sz w:val="22"/>
      <w:szCs w:val="22"/>
      <w:lang w:val="en-US"/>
      <w14:ligatures w14:val="none"/>
    </w:rPr>
    <w:tblPr>
      <w:tblStyleRowBandSize w:val="1"/>
      <w:tblStyleColBandSize w:val="1"/>
    </w:tblPr>
    <w:tcPr>
      <w:shd w:val="clear" w:color="auto" w:fill="ECF1F9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D25F12" w:themeFill="accent2" w:themeFillShade="CC"/>
      </w:tcPr>
    </w:tblStylePr>
    <w:tblStylePr w:type="lastRow">
      <w:rPr>
        <w:b/>
        <w:bCs/>
        <w:color w:val="D25F12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0DBF0" w:themeFill="accent1" w:themeFillTint="3F"/>
      </w:tcPr>
    </w:tblStylePr>
    <w:tblStylePr w:type="band1Horz">
      <w:tblPr/>
      <w:tcPr>
        <w:shd w:val="clear" w:color="auto" w:fill="D9E2F3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183B17"/>
    <w:pPr>
      <w:spacing w:after="0" w:line="240" w:lineRule="auto"/>
    </w:pPr>
    <w:rPr>
      <w:rFonts w:eastAsiaTheme="minorEastAsia"/>
      <w:color w:val="000000" w:themeColor="text1"/>
      <w:kern w:val="0"/>
      <w:sz w:val="22"/>
      <w:szCs w:val="22"/>
      <w:lang w:val="en-US"/>
      <w14:ligatures w14:val="none"/>
    </w:rPr>
    <w:tblPr>
      <w:tblStyleRowBandSize w:val="1"/>
      <w:tblStyleColBandSize w:val="1"/>
    </w:tblPr>
    <w:tcPr>
      <w:shd w:val="clear" w:color="auto" w:fill="FDF2EA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D25F12" w:themeFill="accent2" w:themeFillShade="CC"/>
      </w:tcPr>
    </w:tblStylePr>
    <w:tblStylePr w:type="lastRow">
      <w:rPr>
        <w:b/>
        <w:bCs/>
        <w:color w:val="D25F12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ADECB" w:themeFill="accent2" w:themeFillTint="3F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183B17"/>
    <w:pPr>
      <w:spacing w:after="0" w:line="240" w:lineRule="auto"/>
    </w:pPr>
    <w:rPr>
      <w:rFonts w:eastAsiaTheme="minorEastAsia"/>
      <w:color w:val="000000" w:themeColor="text1"/>
      <w:kern w:val="0"/>
      <w:sz w:val="22"/>
      <w:szCs w:val="22"/>
      <w:lang w:val="en-US"/>
      <w14:ligatures w14:val="none"/>
    </w:rPr>
    <w:tblPr>
      <w:tblStyleRowBandSize w:val="1"/>
      <w:tblStyleColBandSize w:val="1"/>
    </w:tblPr>
    <w:tcPr>
      <w:shd w:val="clear" w:color="auto" w:fill="F6F6F6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CC9900" w:themeFill="accent4" w:themeFillShade="CC"/>
      </w:tcPr>
    </w:tblStylePr>
    <w:tblStylePr w:type="lastRow">
      <w:rPr>
        <w:b/>
        <w:bCs/>
        <w:color w:val="CC9900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8E8E8" w:themeFill="accent3" w:themeFillTint="3F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183B17"/>
    <w:pPr>
      <w:spacing w:after="0" w:line="240" w:lineRule="auto"/>
    </w:pPr>
    <w:rPr>
      <w:rFonts w:eastAsiaTheme="minorEastAsia"/>
      <w:color w:val="000000" w:themeColor="text1"/>
      <w:kern w:val="0"/>
      <w:sz w:val="22"/>
      <w:szCs w:val="22"/>
      <w:lang w:val="en-US"/>
      <w14:ligatures w14:val="none"/>
    </w:rPr>
    <w:tblPr>
      <w:tblStyleRowBandSize w:val="1"/>
      <w:tblStyleColBandSize w:val="1"/>
    </w:tblPr>
    <w:tcPr>
      <w:shd w:val="clear" w:color="auto" w:fill="FFF8E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848484" w:themeFill="accent3" w:themeFillShade="CC"/>
      </w:tcPr>
    </w:tblStylePr>
    <w:tblStylePr w:type="lastRow">
      <w:rPr>
        <w:b/>
        <w:bCs/>
        <w:color w:val="848484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EFC0" w:themeFill="accent4" w:themeFillTint="3F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183B17"/>
    <w:pPr>
      <w:spacing w:after="0" w:line="240" w:lineRule="auto"/>
    </w:pPr>
    <w:rPr>
      <w:rFonts w:eastAsiaTheme="minorEastAsia"/>
      <w:color w:val="000000" w:themeColor="text1"/>
      <w:kern w:val="0"/>
      <w:sz w:val="22"/>
      <w:szCs w:val="22"/>
      <w:lang w:val="en-US"/>
      <w14:ligatures w14:val="none"/>
    </w:rPr>
    <w:tblPr>
      <w:tblStyleRowBandSize w:val="1"/>
      <w:tblStyleColBandSize w:val="1"/>
    </w:tblPr>
    <w:tcPr>
      <w:shd w:val="clear" w:color="auto" w:fill="EEF5FB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598A38" w:themeFill="accent6" w:themeFillShade="CC"/>
      </w:tcPr>
    </w:tblStylePr>
    <w:tblStylePr w:type="lastRow">
      <w:rPr>
        <w:b/>
        <w:bCs/>
        <w:color w:val="598A38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6E6F4" w:themeFill="accent5" w:themeFillTint="3F"/>
      </w:tcPr>
    </w:tblStylePr>
    <w:tblStylePr w:type="band1Horz">
      <w:tblPr/>
      <w:tcPr>
        <w:shd w:val="clear" w:color="auto" w:fill="DEEAF6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183B17"/>
    <w:pPr>
      <w:spacing w:after="0" w:line="240" w:lineRule="auto"/>
    </w:pPr>
    <w:rPr>
      <w:rFonts w:eastAsiaTheme="minorEastAsia"/>
      <w:color w:val="000000" w:themeColor="text1"/>
      <w:kern w:val="0"/>
      <w:sz w:val="22"/>
      <w:szCs w:val="22"/>
      <w:lang w:val="en-US"/>
      <w14:ligatures w14:val="none"/>
    </w:rPr>
    <w:tblPr>
      <w:tblStyleRowBandSize w:val="1"/>
      <w:tblStyleColBandSize w:val="1"/>
    </w:tblPr>
    <w:tcPr>
      <w:shd w:val="clear" w:color="auto" w:fill="F0F7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17CC1" w:themeFill="accent5" w:themeFillShade="CC"/>
      </w:tcPr>
    </w:tblStylePr>
    <w:tblStylePr w:type="lastRow">
      <w:rPr>
        <w:b/>
        <w:bCs/>
        <w:color w:val="317CC1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BD0" w:themeFill="accent6" w:themeFillTint="3F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styleId="ColorfulGrid">
    <w:name w:val="Colorful Grid"/>
    <w:basedOn w:val="TableNormal"/>
    <w:uiPriority w:val="73"/>
    <w:rsid w:val="00183B17"/>
    <w:pPr>
      <w:spacing w:after="0" w:line="240" w:lineRule="auto"/>
    </w:pPr>
    <w:rPr>
      <w:rFonts w:eastAsiaTheme="minorEastAsia"/>
      <w:color w:val="000000" w:themeColor="text1"/>
      <w:kern w:val="0"/>
      <w:sz w:val="22"/>
      <w:szCs w:val="22"/>
      <w:lang w:val="en-US"/>
      <w14:ligatures w14:val="none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183B17"/>
    <w:pPr>
      <w:spacing w:after="0" w:line="240" w:lineRule="auto"/>
    </w:pPr>
    <w:rPr>
      <w:rFonts w:eastAsiaTheme="minorEastAsia"/>
      <w:color w:val="000000" w:themeColor="text1"/>
      <w:kern w:val="0"/>
      <w:sz w:val="22"/>
      <w:szCs w:val="22"/>
      <w:lang w:val="en-US"/>
      <w14:ligatures w14:val="none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9E2F3" w:themeFill="accent1" w:themeFillTint="33"/>
    </w:tcPr>
    <w:tblStylePr w:type="firstRow">
      <w:rPr>
        <w:b/>
        <w:bCs/>
      </w:rPr>
      <w:tblPr/>
      <w:tcPr>
        <w:shd w:val="clear" w:color="auto" w:fill="B4C6E7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4C6E7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2F5496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2F5496" w:themeFill="accent1" w:themeFillShade="BF"/>
      </w:tcPr>
    </w:tblStylePr>
    <w:tblStylePr w:type="band1Vert">
      <w:tblPr/>
      <w:tcPr>
        <w:shd w:val="clear" w:color="auto" w:fill="A1B8E1" w:themeFill="accent1" w:themeFillTint="7F"/>
      </w:tcPr>
    </w:tblStylePr>
    <w:tblStylePr w:type="band1Horz">
      <w:tblPr/>
      <w:tcPr>
        <w:shd w:val="clear" w:color="auto" w:fill="A1B8E1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183B17"/>
    <w:pPr>
      <w:spacing w:after="0" w:line="240" w:lineRule="auto"/>
    </w:pPr>
    <w:rPr>
      <w:rFonts w:eastAsiaTheme="minorEastAsia"/>
      <w:color w:val="000000" w:themeColor="text1"/>
      <w:kern w:val="0"/>
      <w:sz w:val="22"/>
      <w:szCs w:val="22"/>
      <w:lang w:val="en-US"/>
      <w14:ligatures w14:val="none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BE4D5" w:themeFill="accent2" w:themeFillTint="33"/>
    </w:tcPr>
    <w:tblStylePr w:type="firstRow">
      <w:rPr>
        <w:b/>
        <w:bCs/>
      </w:rPr>
      <w:tblPr/>
      <w:tcPr>
        <w:shd w:val="clear" w:color="auto" w:fill="F7CAAC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7CAAC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C45911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C45911" w:themeFill="accent2" w:themeFillShade="BF"/>
      </w:tcPr>
    </w:tblStylePr>
    <w:tblStylePr w:type="band1Vert">
      <w:tblPr/>
      <w:tcPr>
        <w:shd w:val="clear" w:color="auto" w:fill="F6BE98" w:themeFill="accent2" w:themeFillTint="7F"/>
      </w:tcPr>
    </w:tblStylePr>
    <w:tblStylePr w:type="band1Horz">
      <w:tblPr/>
      <w:tcPr>
        <w:shd w:val="clear" w:color="auto" w:fill="F6BE98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183B17"/>
    <w:pPr>
      <w:spacing w:after="0" w:line="240" w:lineRule="auto"/>
    </w:pPr>
    <w:rPr>
      <w:rFonts w:eastAsiaTheme="minorEastAsia"/>
      <w:color w:val="000000" w:themeColor="text1"/>
      <w:kern w:val="0"/>
      <w:sz w:val="22"/>
      <w:szCs w:val="22"/>
      <w:lang w:val="en-US"/>
      <w14:ligatures w14:val="none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DEDED" w:themeFill="accent3" w:themeFillTint="33"/>
    </w:tcPr>
    <w:tblStylePr w:type="firstRow">
      <w:rPr>
        <w:b/>
        <w:bCs/>
      </w:rPr>
      <w:tblPr/>
      <w:tcPr>
        <w:shd w:val="clear" w:color="auto" w:fill="DBDBDB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BDBDB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B7B7B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B7B7B" w:themeFill="accent3" w:themeFillShade="BF"/>
      </w:tcPr>
    </w:tblStylePr>
    <w:tblStylePr w:type="band1Vert">
      <w:tblPr/>
      <w:tcPr>
        <w:shd w:val="clear" w:color="auto" w:fill="D2D2D2" w:themeFill="accent3" w:themeFillTint="7F"/>
      </w:tcPr>
    </w:tblStylePr>
    <w:tblStylePr w:type="band1Horz">
      <w:tblPr/>
      <w:tcPr>
        <w:shd w:val="clear" w:color="auto" w:fill="D2D2D2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183B17"/>
    <w:pPr>
      <w:spacing w:after="0" w:line="240" w:lineRule="auto"/>
    </w:pPr>
    <w:rPr>
      <w:rFonts w:eastAsiaTheme="minorEastAsia"/>
      <w:color w:val="000000" w:themeColor="text1"/>
      <w:kern w:val="0"/>
      <w:sz w:val="22"/>
      <w:szCs w:val="22"/>
      <w:lang w:val="en-US"/>
      <w14:ligatures w14:val="none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FF2CC" w:themeFill="accent4" w:themeFillTint="33"/>
    </w:tcPr>
    <w:tblStylePr w:type="firstRow">
      <w:rPr>
        <w:b/>
        <w:bCs/>
      </w:rPr>
      <w:tblPr/>
      <w:tcPr>
        <w:shd w:val="clear" w:color="auto" w:fill="FFE59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FE59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BF8F00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BF8F00" w:themeFill="accent4" w:themeFillShade="BF"/>
      </w:tcPr>
    </w:tblStylePr>
    <w:tblStylePr w:type="band1Vert">
      <w:tblPr/>
      <w:tcPr>
        <w:shd w:val="clear" w:color="auto" w:fill="FFDF80" w:themeFill="accent4" w:themeFillTint="7F"/>
      </w:tcPr>
    </w:tblStylePr>
    <w:tblStylePr w:type="band1Horz">
      <w:tblPr/>
      <w:tcPr>
        <w:shd w:val="clear" w:color="auto" w:fill="FFDF8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183B17"/>
    <w:pPr>
      <w:spacing w:after="0" w:line="240" w:lineRule="auto"/>
    </w:pPr>
    <w:rPr>
      <w:rFonts w:eastAsiaTheme="minorEastAsia"/>
      <w:color w:val="000000" w:themeColor="text1"/>
      <w:kern w:val="0"/>
      <w:sz w:val="22"/>
      <w:szCs w:val="22"/>
      <w:lang w:val="en-US"/>
      <w14:ligatures w14:val="none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EEAF6" w:themeFill="accent5" w:themeFillTint="33"/>
    </w:tcPr>
    <w:tblStylePr w:type="firstRow">
      <w:rPr>
        <w:b/>
        <w:bCs/>
      </w:rPr>
      <w:tblPr/>
      <w:tcPr>
        <w:shd w:val="clear" w:color="auto" w:fill="BDD6EE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DD6EE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2E74B5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2E74B5" w:themeFill="accent5" w:themeFillShade="BF"/>
      </w:tcPr>
    </w:tblStylePr>
    <w:tblStylePr w:type="band1Vert">
      <w:tblPr/>
      <w:tcPr>
        <w:shd w:val="clear" w:color="auto" w:fill="ADCCEA" w:themeFill="accent5" w:themeFillTint="7F"/>
      </w:tcPr>
    </w:tblStylePr>
    <w:tblStylePr w:type="band1Horz">
      <w:tblPr/>
      <w:tcPr>
        <w:shd w:val="clear" w:color="auto" w:fill="ADCCEA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183B17"/>
    <w:pPr>
      <w:spacing w:after="0" w:line="240" w:lineRule="auto"/>
    </w:pPr>
    <w:rPr>
      <w:rFonts w:eastAsiaTheme="minorEastAsia"/>
      <w:color w:val="000000" w:themeColor="text1"/>
      <w:kern w:val="0"/>
      <w:sz w:val="22"/>
      <w:szCs w:val="22"/>
      <w:lang w:val="en-US"/>
      <w14:ligatures w14:val="none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2EFD9" w:themeFill="accent6" w:themeFillTint="33"/>
    </w:tcPr>
    <w:tblStylePr w:type="firstRow">
      <w:rPr>
        <w:b/>
        <w:bCs/>
      </w:rPr>
      <w:tblPr/>
      <w:tcPr>
        <w:shd w:val="clear" w:color="auto" w:fill="C5E0B3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5E0B3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538135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538135" w:themeFill="accent6" w:themeFillShade="BF"/>
      </w:tcPr>
    </w:tblStylePr>
    <w:tblStylePr w:type="band1Vert">
      <w:tblPr/>
      <w:tcPr>
        <w:shd w:val="clear" w:color="auto" w:fill="B7D8A0" w:themeFill="accent6" w:themeFillTint="7F"/>
      </w:tcPr>
    </w:tblStylePr>
    <w:tblStylePr w:type="band1Horz">
      <w:tblPr/>
      <w:tcPr>
        <w:shd w:val="clear" w:color="auto" w:fill="B7D8A0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6.png"/><Relationship Id="rId1" Type="http://schemas.openxmlformats.org/officeDocument/2006/relationships/image" Target="media/image5.png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jpeg"/><Relationship Id="rId2" Type="http://schemas.openxmlformats.org/officeDocument/2006/relationships/image" Target="media/image2.png"/><Relationship Id="rId1" Type="http://schemas.openxmlformats.org/officeDocument/2006/relationships/image" Target="media/image1.png"/><Relationship Id="rId6" Type="http://schemas.openxmlformats.org/officeDocument/2006/relationships/image" Target="media/image12.jpeg"/><Relationship Id="rId5" Type="http://schemas.openxmlformats.org/officeDocument/2006/relationships/image" Target="media/image11.jpeg"/><Relationship Id="rId4" Type="http://schemas.openxmlformats.org/officeDocument/2006/relationships/image" Target="media/image4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115</TotalTime>
  <Pages>1</Pages>
  <Words>166</Words>
  <Characters>952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Pari J</dc:creator>
  <cp:keywords/>
  <dc:description/>
  <cp:lastModifiedBy>Dr. K. Martin Sagayam</cp:lastModifiedBy>
  <cp:revision>80</cp:revision>
  <dcterms:created xsi:type="dcterms:W3CDTF">2026-06-12T06:15:00Z</dcterms:created>
  <dcterms:modified xsi:type="dcterms:W3CDTF">2026-07-12T16:19:00Z</dcterms:modified>
</cp:coreProperties>
</file>